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Téereb Dañeel — Bërii 110</w:t>
      </w:r>
    </w:p>
    <w:p>
      <w:pPr>
        <w:pStyle w:val="ArticleSubtitle"/>
        <w:jc w:val="left"/>
      </w:pPr>
      <w:r>
        <w:rPr>
          <w:rFonts w:ascii="Arial" w:hAnsi="Arial" w:eastAsia="Arial" w:cs="Arial"/>
        </w:rPr>
        <w:t>Booñ bi ci ñett ñiiru Room: Weral njariñu yonent yi ci liif yi nekk ci Peeñu bi</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2024-03-01</w:t>
      </w:r>
    </w:p>
    <w:p>
      <w:pPr>
        <w:pStyle w:val="ArticleBody"/>
        <w:jc w:val="left"/>
      </w:pPr>
      <w:r>
        <w:rPr>
          <w:rFonts w:ascii="Times New Roman" w:hAnsi="Times New Roman" w:eastAsia="Times New Roman" w:cs="Times New Roman"/>
        </w:rPr>
        <w:t>Lislaam bi ci njëkk ak ñaareelu ay musiba yi nekk ci Pexe mu juróom-ñeent ci Kàddug Yàlla dafa tekki àtte bi ñu indil Room. William Miller woowe woon bumb yi nekk “àtte yu xóot yi” ñi ñu indil Room, waaye Miller mënuloon gis Room gu bees gi, ni mooy boole gu ñett-benn gi ji jiite àddina bi ba Armageddon. Uriah Smith xamle woon ne bumb yi dañuy tegu ci àtteg Yàlla ci kaw Room, te bës gu juróomeel ak gu juróom-bennooñeel yi (njëkk ak ñaareelu ay musiba yi), dañoo doon àtte yi ci kaw kërceen Katolig gi.</w:t>
      </w:r>
    </w:p>
    <w:p>
      <w:pPr>
        <w:pStyle w:val="ArticleScripture"/>
        <w:jc w:val="left"/>
      </w:pPr>
      <w:r>
        <w:rPr>
          <w:rFonts w:ascii="Times New Roman" w:hAnsi="Times New Roman" w:eastAsia="Times New Roman" w:cs="Times New Roman"/>
        </w:rPr>
        <w:t>« Ngir xamal bu leer ci bii buuxkat, dinañu dellu jëfandikoo mbind yi yu M. Keith. Bindkat bii wax na dëgg ne: “Amul bëgg-bëgg bu ni mel ci diggante firndekat yi ci benn yeneen xaaj bu Apokalips bi, ni ci jëfandikoo buuxkat bu juróomeel ak bu juróom-beneel, walla njaqare bi njëkk ak ñaareel, ci Sarasen yi ak Turki yi. Loolu leer na ba tax maneesul koo fàhmee ba juum. Te du ay aaya yu néew a ngi jox benn ku nekk ci ñoom, waaye bépp sarax bu juróomeel ci Kàddug Peeñ gi, ci ay xaaj yu yam, dafa yékkati melokaanu ñoom ñaar.” »</w:t>
      </w:r>
    </w:p>
    <w:p>
      <w:pPr>
        <w:pStyle w:val="ArticleScripture"/>
        <w:jc w:val="left"/>
      </w:pPr>
      <w:r>
        <w:rPr>
          <w:rFonts w:ascii="Times New Roman" w:hAnsi="Times New Roman" w:eastAsia="Times New Roman" w:cs="Times New Roman"/>
        </w:rPr>
        <w:t>“‘Nguur gu Room daanu, ni mu yéegoon, ci njariñu nangu; waaye Sarasen yi ak Turki yi dañoo nekk yëf yi ko jaarale woon ngir diine bu dëggul doon yaru njëriñu ab jàngoro ci kanam bëgg-bopp; te moo tax, bañ a tudde ñoom rekk ni trompet bu juróomeel ak bu juróom-benni, ni yi jiitu woon, dañu leen wooye ay musiba.” Uriah Smith, Daniel and Revelation, 495.</w:t>
      </w:r>
    </w:p>
    <w:p>
      <w:pPr>
        <w:pStyle w:val="ArticleBody"/>
        <w:jc w:val="left"/>
      </w:pPr>
      <w:r>
        <w:rPr>
          <w:rFonts w:ascii="Times New Roman" w:hAnsi="Times New Roman" w:eastAsia="Times New Roman" w:cs="Times New Roman"/>
        </w:rPr>
        <w:t>Li Miller ak Smith xamul woon ne li jëm ci trompet yi ni àttey Yàlla ci kaw Room, mooy ne àtte yooyu ñëwoon ndax dafañu dooleel jaamu jant bi. Ci atum 321, Constantine joxe woon njëkk yoonu Dibéer bi, te juróom-ñent at gannaaw loolu mu yóbbu caabu réew mi, ba génn dëkkub Room, dem dëkkub Constantinople, noonu tàmbalee yoonu tasaroog Nguuru Room. Ci Daniel saar 11, Room gu pagan waroon a nguuru ci kaw njépp ci ab “waxtu,” te loolu tekki na ñetti téeméer ak juróom-benn-fukk at, dëgër ci xareb Actium ci atum 31 balaa Krista, ba àgg ci atum 330, bi Constantine xàjjee nguuru gi ci Sowwu ak Penku.</w:t>
      </w:r>
    </w:p>
    <w:p>
      <w:pPr>
        <w:pStyle w:val="ArticleScripture"/>
        <w:jc w:val="left"/>
      </w:pPr>
      <w:r>
        <w:rPr>
          <w:rFonts w:ascii="Times New Roman" w:hAnsi="Times New Roman" w:eastAsia="Times New Roman" w:cs="Times New Roman"/>
        </w:rPr>
        <w:t>Dina dugg ci jàmm sax ci biir bérab yu gëna baree xaalis ci diiwaan ba; te dina def lu baayam yi deful woon, mbaa maamam ya ko jiitu; dina tas ci seen biir alal jëm ci njël, ak yàqute, ak xéewal: waaw, dina xalaat ay pexeëm ngir jëfandikoo leen ci kaw tata yu dëgër yi, waaye ba ci ab jamono rekk. Daniel 11:24.</w:t>
      </w:r>
    </w:p>
    <w:p>
      <w:pPr>
        <w:pStyle w:val="ArticleBody"/>
        <w:jc w:val="left"/>
      </w:pPr>
      <w:r>
        <w:rPr>
          <w:rFonts w:ascii="Times New Roman" w:hAnsi="Times New Roman" w:eastAsia="Times New Roman" w:cs="Times New Roman"/>
        </w:rPr>
        <w:t>Ci biir ak juróom-benn-fukk ak bennoon at yooyu, Mbooloom Buur Room dafa mel ni kenn mënu ko daan; waaye bu ñu yóbbee dëkku nguur gi ca Penku ga, dooley nguuru mbooloo gu mag gu mel noonu dootu woon lu maneesa defati. Constantine jéemoon na saxal nguur gi ci séddale ko ci diggante ñetti doomam, waaye loolu yokk rekk na tasaaroo mbooloom nguur ma woon bu njëkk ba.</w:t>
      </w:r>
    </w:p>
    <w:p>
      <w:pPr>
        <w:pStyle w:val="ArticleBody"/>
        <w:jc w:val="left"/>
      </w:pPr>
      <w:r>
        <w:rPr>
          <w:rFonts w:ascii="Times New Roman" w:hAnsi="Times New Roman" w:eastAsia="Times New Roman" w:cs="Times New Roman"/>
        </w:rPr>
        <w:t>Bi paap yaaŋ béggee àddina ci atum 538, ci ñetteel Kuréel Orleans am nañu benn yoonu Dibeer. Noonu itam, ci atum 606, Mohammed tàmbali na liggéeyam gu yonent, te ci misaal mu doon li bu historian yi xamle ne mooy “mbugalu kerk gu delloo ginnaaw njub.” Jaar-jaaru njëkk ak ñaareelu ay tiis yi, bi mu tàmbee ak liggéeyu Mohammed ci atum 606, jeex na ci 22 Oktoobar 1844, ba fanweetelu juróom-ñaareel bi jolli.</w:t>
      </w:r>
    </w:p>
    <w:p>
      <w:pPr>
        <w:pStyle w:val="ArticleScripture"/>
        <w:jc w:val="left"/>
      </w:pPr>
      <w:r>
        <w:rPr>
          <w:rFonts w:ascii="Times New Roman" w:hAnsi="Times New Roman" w:eastAsia="Times New Roman" w:cs="Times New Roman"/>
        </w:rPr>
        <w:t>Ñaareel ñaareel wi wees na; te gis-leen, ñaareelu torox bi di ñëw gaaw. Noonu malaaka juróom-ñaareel bi wol na; baat yu mag yi daldi am ci asamaan, naan: Nguuru àddina sii nekk na nguuru sunu Boroom ak yu Almasiim; te dina nguuru ba fàww ak fàww. Peeñu gi 11:14, 15.</w:t>
      </w:r>
    </w:p>
    <w:p>
      <w:pPr>
        <w:pStyle w:val="ArticleBody"/>
        <w:jc w:val="left"/>
      </w:pPr>
      <w:r>
        <w:rPr>
          <w:rFonts w:ascii="Times New Roman" w:hAnsi="Times New Roman" w:eastAsia="Times New Roman" w:cs="Times New Roman"/>
        </w:rPr>
        <w:t>Ci biir ñaari Woe yu njëkk yi, Constantinople, péeyu Rom bu penku, dañu ko noot ci atum 1453, te Rom bu papal bi nekk ci sowwu, dañu ko jox gaawu dee gi ci 1798. “Mbet mi jóge ci kërce gu waccu,” moo daanu Rom gu yoon ak Rom gu diine. Booloo bi ñetti wall yu Rom bu Jamono ji tëj na ci yoonu Dibeer bu bëgg a ñëw gaaw ci États-Unis.</w:t>
      </w:r>
    </w:p>
    <w:p>
      <w:pPr>
        <w:pStyle w:val="ArticleScripture"/>
        <w:jc w:val="left"/>
      </w:pPr>
      <w:r>
        <w:rPr>
          <w:rFonts w:ascii="Times New Roman" w:hAnsi="Times New Roman" w:eastAsia="Times New Roman" w:cs="Times New Roman"/>
        </w:rPr>
        <w:t>«Protestan yi nekk ci États-Unis dinañu nekk ñi jiitu ci yóbbul seen loxo jub ci kaw xott ba ngir jàpp loxoy Spiritualism; dinañu jéggi ci kaw mbëx ba ngir lakkal loxo ak dooley Room; te ci suufu dooley boole bu ñetti wàll yii, réew mii dina topp tànk yu Room ci daldi xatal sañ-sàñi xel mu sell mi.» The Great Controversy, 588.</w:t>
      </w:r>
    </w:p>
    <w:p>
      <w:pPr>
        <w:pStyle w:val="ArticleBody"/>
        <w:jc w:val="left"/>
      </w:pPr>
      <w:r>
        <w:rPr>
          <w:rFonts w:ascii="Times New Roman" w:hAnsi="Times New Roman" w:eastAsia="Times New Roman" w:cs="Times New Roman"/>
        </w:rPr>
        <w:t>Ci jamono jooja, Islaam bu ñetteel bi dina matal àtte Yàlla ci kaw Room gu bees gi ndax sampug màggal-dibéeri Dimaas, ni Mu ko defe woon ak Room gu bokkoon ci xonq, ak Room gu baap yi. Ak Room gu bokkoon ci xonq, Mu jëfandikoo ñeenti liit yu jëkk yi ngir jeexal nguurug Room ci péeyub Room gu sowwu ji ba ci atum 476, ndax gannaaw atum 476, kenn ku nguuru dëkk ba nekkoonul waa Room ci xeetu askan wi. Ba ci 1453, ñeenteel liitug Islaam jeexal na nguurug Room gu penku ji. Ba ci 1798, nguurug baap ci former fukk yenn saytu réew yi ci Ërop dañu ko jeexal ci jaar-jaaru juróomeelu liitug Islaam. Yàqub nguurug Room gu àddina wi, sowwu ak penku, ak it nguurug diiney Room, am na gannaaw sampug jaamu jant bu bokkoon ci xonq.</w:t>
      </w:r>
    </w:p>
    <w:p>
      <w:pPr>
        <w:pStyle w:val="ArticleScripture"/>
        <w:jc w:val="left"/>
      </w:pPr>
      <w:r>
        <w:rPr>
          <w:rFonts w:ascii="Times New Roman" w:hAnsi="Times New Roman" w:eastAsia="Times New Roman" w:cs="Times New Roman"/>
        </w:rPr>
        <w:t>“Askani Mbooloom Ittaat yi nekkoon nañu askan wu ñu yiwul ci kaw; waaye bu ñu tënkee sañ-sañu ngëm, bàyyi Protestantisme, te may ndimbal Papism, nattukaayu seen tooñ dina mat, te ‘ngëmadi askan wi’ dees na ko bind ci téerey asamaan. Njéexitalu ngëmadi moomu mooy yàqub askan wi.” Review and Herald, 2 Mee 1893.</w:t>
      </w:r>
    </w:p>
    <w:p>
      <w:pPr>
        <w:pStyle w:val="ArticleBody"/>
        <w:jc w:val="left"/>
      </w:pPr>
      <w:r>
        <w:rPr>
          <w:rFonts w:ascii="Times New Roman" w:hAnsi="Times New Roman" w:eastAsia="Times New Roman" w:cs="Times New Roman"/>
        </w:rPr>
        <w:t>Jëfandikook gu ñett ci waxu yonent bi day taxawal melokaanu matuwaay gu mujju gi ci kow melokaani matuwaay yi jëkk ñaar. Ci 11 Suwe 2001, ñetteelu toroxte bi agsi na ci nettali mbootaay mi. Mu agsi woon na bu njëkk ci 22 Oktoobar 1844, ndaxte ñetteelu toroxte bi mooy juróomeelu trompet bi, te trompet boobu tàmbali woon na wuux ci jamono jooju. Waaye ni ko deme woon ak Israayil gu yàgg gi, Israayil gu bees gi tànn na ñàkk dégg te indi jamono jàkkarloo ci màndiŋ ma, faloo mu mottali liggéey bi. Kon nag, jamonoy tëjju gaaraab gi ci ñetteelu malaaka bi yegg na woon, ba keroog 11 Suwe 2001 la tàmbaliwaat.</w:t>
      </w:r>
    </w:p>
    <w:p>
      <w:pPr>
        <w:pStyle w:val="ArticleScripture"/>
        <w:jc w:val="left"/>
      </w:pPr>
      <w:r>
        <w:rPr>
          <w:rFonts w:ascii="Times New Roman" w:hAnsi="Times New Roman" w:eastAsia="Times New Roman" w:cs="Times New Roman"/>
        </w:rPr>
        <w:t>“Diirub ñeent-fukk at, ngëmadi, ñaawte ak déggadi daan tëj buntu Bani Israel yu yàgg ya ngir ñu duggu ci suuf Canaan. Noonu itam, baakaar yooyu tax nañu ne Israel bu bees bi yebalul ba leegi dugg ci Canaan ju asamaan ji. Ci benn benn xaalis, wax jii Yàlla joxe woon amul benn tooñ. Xanaa ngëmadi, soppeeku ak àddina, bañ a sellal bopp, ak xuloo bi nekk ci biir nit ñi di wax ne ñoom ay nit Boroom bi, mooy li nu téye woon ci àddina su baakaar ak naqar bii ay at yu bare.” Selected Messages, book 2, 69.</w:t>
      </w:r>
    </w:p>
    <w:p>
      <w:pPr>
        <w:pStyle w:val="ArticleBody"/>
        <w:jc w:val="left"/>
      </w:pPr>
      <w:r>
        <w:rPr>
          <w:rFonts w:ascii="Times New Roman" w:hAnsi="Times New Roman" w:eastAsia="Times New Roman" w:cs="Times New Roman"/>
        </w:rPr>
        <w:t>Yàlla du soppiwul, te Mooy àtte ci leer gi ñu am. Israeel bu bees bi amoon na leer gu gën a bari bu Israeel bu yàgg ya, te ñu xamal nu ne: “bàkkaar yu mel noonu yi tax nañu Israeel bu bees bi yéex a dugg ci Kanaana asamaan si.” Su fekkee ne Israeel bu bees bi dafa war a jëfandikoo ci leer rekk gi Israeel bu yàgg ya waroon a jëfandikoo, loolu doyoon na; waaye dañoo amoon leer gu gën a bari. Kon nag, su fekkee ne “bàkkaar yu mel noonu” yooyu taxoon na “Israeel bu yàgg ya” wër kërsa gi “ñeent fukk at,” kon du lii rekk ne Israeel bu bees bi ñu ko génne woon ca “kërsa ga” ci dékkoo gu 1863, waaye itam lu wóor la ne ñoom it dañoo dogaloon a dee fa. “Bàkkaar” yi ñoo yéexal liggéeyu malaaka bu ñetteel ba tey.</w:t>
      </w:r>
    </w:p>
    <w:p>
      <w:pPr>
        <w:pStyle w:val="ArticleScripture"/>
        <w:jc w:val="left"/>
      </w:pPr>
      <w:r>
        <w:rPr>
          <w:rFonts w:ascii="Times New Roman" w:hAnsi="Times New Roman" w:eastAsia="Times New Roman" w:cs="Times New Roman"/>
        </w:rPr>
        <w:t>“Malaka mi wax ne, ‘Ñetteelu malaka mi dafa leen di boole ci ay pakk, walla di leen téye ak màndarga, ngir dencukaayu asamaan bi.’” Boobu ndaw mbooloo bi mel ni ay njàqarey xel dañu leen sonal, mel ni dañu jaar ci ay nattu yu tar ak ay xare yu metti. Te meloon na it ni jant bi a ngi rekk a fenk gannaaw aw niir te leer ci seen kanam, ba tax ñu mel ni ñu daan ci jàmbaar, mel ni seen ay ndam a ngi yegg jeex. Early Writings, 88.</w:t>
      </w:r>
    </w:p>
    <w:p>
      <w:pPr>
        <w:pStyle w:val="ArticleBody"/>
        <w:jc w:val="left"/>
      </w:pPr>
      <w:r>
        <w:rPr>
          <w:rFonts w:ascii="Times New Roman" w:hAnsi="Times New Roman" w:eastAsia="Times New Roman" w:cs="Times New Roman"/>
        </w:rPr>
        <w:t>Bàkkaar yu mel ni yi dàqoon Israayil gu yàgg gi ba mu dee ci màndiŋ mi, yooñoo yóbbale jëfandikoo malaka bu ñetteel bi, bi agsi woon ci 22 Oktoobar 1844.</w:t>
      </w:r>
    </w:p>
    <w:p>
      <w:pPr>
        <w:pStyle w:val="ArticleScripture"/>
        <w:jc w:val="left"/>
      </w:pPr>
      <w:r>
        <w:rPr>
          <w:rFonts w:ascii="Times New Roman" w:hAnsi="Times New Roman" w:eastAsia="Times New Roman" w:cs="Times New Roman"/>
        </w:rPr>
        <w:t>«Gannaaw bi Yeesu ubbee bunt bi jëm ci biir bu gën a sell, leeru bésub noflaay ba feeñ na, te waa Yàlla yi dafañu leen nattu, ni ñu nattu woon lu yàggul waa Israyil, ngir gis ndax dinañu sàmm yoonu Yàlla. Gis naa malaaka bu ñetteel bi di joxoñ yaramam ca kaw, di won ñi ñàkk yaakaar woon yoon wi jëm ci biir bu gën a sell bi nekk ci kërug sellug asamaan bi. Bu ñu duggée ci biir bu gën a sell bi ci ngëm, dinañu fa fekk Yeesu, te yaakaar ak mbégte di dellusiwaat ci seen xol. Gis naa leen ñuy xool gannaaw, di seetaat lu weesu, dale ca waare gu ñaareelu ñëwteb Yeesu, ba ci seen jaar-jaar, ba agsi ca jaareb waxtu wa ci atum 1844. Ñu ngi gis ne seen naqar am na firndeem, te mbégte ak wóor-gu-yàlla delluwaat di leen dundal. Malaaka bu ñetteel bi leeral na lu weesu, lu tey, ak lu ñëw, te ñoom xam nañu ne, ci dëgg-dëgg, Yàlla moo leen ginddi woon ci ay dogalam yu xóot te kumpa.» Early Writings, 254.</w:t>
      </w:r>
    </w:p>
    <w:p>
      <w:pPr>
        <w:pStyle w:val="ArticleBody"/>
        <w:jc w:val="left"/>
      </w:pPr>
      <w:r>
        <w:rPr>
          <w:rFonts w:ascii="Times New Roman" w:hAnsi="Times New Roman" w:eastAsia="Times New Roman" w:cs="Times New Roman"/>
        </w:rPr>
        <w:t>Malaaka bu ñetteel bi mooy malaakabu màndargaal bi, te agsi na woon 22 Oktoobar 1844, waaye liggéeyam yéexoon na ndax bàkkaar yi doon benn ak yi taxoon Israeel gu yàgg gi dee ca màndiŋ ma. Yéexal gi ndax ñàkk dégg-dëgg gi amoon ci 1863, mooy yéexal liggéeyu malaaka bu ñetteel bi, te moo tax màndargaal gi terewu na te yéex na lu ëpp téeméeri at.</w:t>
      </w:r>
    </w:p>
    <w:p>
      <w:pPr>
        <w:pStyle w:val="ArticleScripture"/>
        <w:jc w:val="left"/>
      </w:pPr>
      <w:r>
        <w:rPr>
          <w:rFonts w:ascii="Times New Roman" w:hAnsi="Times New Roman" w:eastAsia="Times New Roman" w:cs="Times New Roman"/>
        </w:rPr>
        <w:t>“[Numbers 32:6–15, quoted.] Boroom bi Yàlla mooy Yàlla buy ñaawlu, waaye mu ngi muñ bu baax ci bàkkaar ak tooñi ay nitam ci jamono jii. Su fekkee ne nit ñi Yàlla doxoon nañu ci i ndigalam, liggéeyu Yàlla dinaa yemoon jëm kanam, te yégle yi ci dëgg dinañu leen yébbaloon ci xeet yépp yi dëkk ci kow suuf si bépp. Su fekkee ne nit ñi Yàlla gëm koon nañu te di defkat yi ay waxam, su ñu sàmmoon ay ndigalam, malaaka mi du koon dikk, buy naaw ci asamaan ak ndaw li ngir jox ñent malaaka yi, yi waroon bàyyi ngelaw yi ngir ñu wole ci suuf si, di wax: Taxawleen, taxawleen ñent ngelaw yi ngir baña wole ci suuf si, ba kera ma màndargaal surga yi Yàlla ci seen kanam. Waaye ndax nit ñi déggadiwul, amul ngërëm, baña sell, ni Israayil gu yàgg ga, moo tax waxtu bi yaatal ngir ñépp man a dégg ndaw li mujj ci yërmande, bi ñu koy waaree ak baat bu réy. Liggéeyu Boroom bi terees na ko, te waxtu màndarga gi yegg na. Ñu bare déggagul dëgg gi. Waaye Boroom bi dina leen may jot ngir dégg te soppeku, te liggéeyu Yàlla bu mag bi dina dem jëm kanam.” Manuscript Releases, volume 15, 292.</w:t>
      </w:r>
    </w:p>
    <w:p>
      <w:pPr>
        <w:pStyle w:val="ArticleBody"/>
        <w:jc w:val="left"/>
      </w:pPr>
      <w:r>
        <w:rPr>
          <w:rFonts w:ascii="Times New Roman" w:hAnsi="Times New Roman" w:eastAsia="Times New Roman" w:cs="Times New Roman"/>
        </w:rPr>
        <w:t>Ca 11i Septambar 2001, ñetteelu malaaka bi dikkat naat, te jamono ji ciñ bi, jiñ diggante woon ndax fippu 1863, tambaliwaat na. Moo doon dikkug Isalaam bu ñetteelu Yàqub bi, te moom it moo di juróomeelu trompet bi mu màndarga tàmbalig jamono ji ciñ bi. Jamono ji ciñ bi dafa tàmbalee ak dikkug ñetteelu malaaka bi ca 22i Oktoobar 1844, ba noppi juróomeelu trompet bi tàmbalee woote; waaye trompet boobu tereesoon na te yéexal nañu ko.</w:t>
      </w:r>
    </w:p>
    <w:p>
      <w:pPr>
        <w:pStyle w:val="ArticleScripture"/>
        <w:jc w:val="left"/>
      </w:pPr>
      <w:r>
        <w:rPr>
          <w:rFonts w:ascii="Times New Roman" w:hAnsi="Times New Roman" w:eastAsia="Times New Roman" w:cs="Times New Roman"/>
        </w:rPr>
        <w:t>Te malaaka bi ma gis ne taxaw ci kaw géej gi ak ci suuf si, yékkati na loxoom jëm ci asamaan, te giñ ci Kiy Dund ba fàww ak ba fàww, mooy Ki bind asamaan ak li nekk ci biiram, ak suuf si ak li nekk ci biiram, ak géej gi ak li nekk ci biiram, ne waxtu du yàggatul: Waaye ci fan yi baatub juróom-ñaareel malaaka bi di xumb, bi muy tàmbalee xumb, kumpag Yàlla dina mat, ni ko waxe woon ay jaamam, yonent yi. Peeñug Yowaana 10:5–7.</w:t>
      </w:r>
    </w:p>
    <w:p>
      <w:pPr>
        <w:pStyle w:val="ArticleBody"/>
        <w:jc w:val="left"/>
      </w:pPr>
      <w:r>
        <w:rPr>
          <w:rFonts w:ascii="Times New Roman" w:hAnsi="Times New Roman" w:eastAsia="Times New Roman" w:cs="Times New Roman"/>
        </w:rPr>
        <w:t>“Baat” bu juróom-ñaareelu malaaka bi, mooy baatu malaaka bi nekk ci Kàdduy Yàlla gi tudd Peeñ mi, saar 18, mi wàcce ba noppi ba kër yu mag yi nekk New York City ñu tas.</w:t>
      </w:r>
    </w:p>
    <w:p>
      <w:pPr>
        <w:pStyle w:val="ArticleScripture"/>
        <w:jc w:val="left"/>
      </w:pPr>
      <w:r>
        <w:rPr>
          <w:rFonts w:ascii="Times New Roman" w:hAnsi="Times New Roman" w:eastAsia="Times New Roman" w:cs="Times New Roman"/>
        </w:rPr>
        <w:t>Gannaaw yooyu weesu ba noppi, gis naa beneen malaaka mu wàcce asamaan, yor kàttan gu réy; te suuf si leer na ci ndamam. Mu yuuxu ak baat bu dëgër ne: Babilon bu mag bi daanu na, daanu na, te tukki na nekk kërug seytaane yi, ak dëkkub bépp xel mu bon, ak pàkkub bépp picc mu laqu te ñaaw. Ndaxte xeeti àddina yépp naan nañu biiñu meram njaaloom; te buur yi ci kaw suuf def nañu njaalo ak moom, te jaaykat yi ci kaw suuf am nañu bareelo ci yalwa yu ëppu yi mu am. Peeñu 18:1–3.</w:t>
      </w:r>
    </w:p>
    <w:p>
      <w:pPr>
        <w:pStyle w:val="ArticleBody"/>
        <w:jc w:val="left"/>
      </w:pPr>
      <w:r>
        <w:rPr>
          <w:rFonts w:ascii="Times New Roman" w:hAnsi="Times New Roman" w:eastAsia="Times New Roman" w:cs="Times New Roman"/>
        </w:rPr>
        <w:t>“Baat” bu malaaka bu mag gi wàcc mooy digal malaaka yi ñu téye ñeenti ngelaw yi, yiñu melal ni “fas wu mer” buy wut a rëcc ngir indi dee ak alag ci yoonam.</w:t>
      </w:r>
    </w:p>
    <w:p>
      <w:pPr>
        <w:pStyle w:val="ArticleScripture"/>
        <w:jc w:val="left"/>
      </w:pPr>
      <w:r>
        <w:rPr>
          <w:rFonts w:ascii="Times New Roman" w:hAnsi="Times New Roman" w:eastAsia="Times New Roman" w:cs="Times New Roman"/>
        </w:rPr>
        <w:t>“Bantu Yàlla yi di def li Mu leen sant, di téye ngelaw yi ci suuf, ngir ngelaw yi bañ a wol ci suuf, walla ci géej gi, walla ci genn garab, ba kera mu nekk ne surga yi Yàlla dañu leen a màndargaal ci seen kanam. Malaka bu am doole loolu feeñ na muy yéeg jógé penku (walla fu jant bi fenk). Gii mooy malaka bi gën a am doole; yore na ci loxoom màndarga Yàlla ju Dund ji, walla Yàlla ki doŋŋ man a joxe dund, ki man a bind ci kanam yi màndarga walla mbind mi, ci ñoom ñi dees di maye ag baña dee, dund gu dul jeex. Baati malaka bii kawe lool moom la amoon sañ-sañu sant ñent malaka yi, ngir ñu téye ñent ngelaw yi ba keroog liggéey boobu mat, te ba kera mu joxe woote bi ngir bàyyi leen ñu rëcc.” Testimonies to Ministers, 445.</w:t>
      </w:r>
    </w:p>
    <w:p>
      <w:pPr>
        <w:pStyle w:val="ArticleBody"/>
        <w:jc w:val="left"/>
      </w:pPr>
      <w:r>
        <w:rPr>
          <w:rFonts w:ascii="Times New Roman" w:hAnsi="Times New Roman" w:eastAsia="Times New Roman" w:cs="Times New Roman"/>
        </w:rPr>
        <w:t>Malaakam mi digle ñenti malaaka yi ñu téye ngelaw yi, mooy malaakam Peeñu gi ci saar fukk ak juróom ñaar, mi leeral suuf si ak ndamamu, te “baatam bu dëgër” mooy baatu malaaka bi juróom ñaareel.</w:t>
      </w:r>
    </w:p>
    <w:p>
      <w:pPr>
        <w:pStyle w:val="ArticleScripture"/>
        <w:jc w:val="left"/>
      </w:pPr>
      <w:r>
        <w:rPr>
          <w:rFonts w:ascii="Times New Roman" w:hAnsi="Times New Roman" w:eastAsia="Times New Roman" w:cs="Times New Roman"/>
        </w:rPr>
        <w:t>«Te léegi ndenc lu tar a taxawu ci sunu xel ngir sunu déggoo, sunu dalal ak sunu dooleel, ñu ko joxe ci Peeñu 7! Ñetti malaaka yi am nañu ndigal ngir def liggéey ci kaw suuf. Waaye Kenn ki jënd àddina bi ci joxe boppam ngir fey njotam, am na ay nit yu tànn ci ñu néew. Kan ñoo? Ñi di sàmm mboolem ndigali Yàlla te am ngëmug Yeesu.»</w:t>
      </w:r>
    </w:p>
    <w:p>
      <w:pPr>
        <w:pStyle w:val="ArticleScripture"/>
        <w:jc w:val="left"/>
      </w:pPr>
      <w:r>
        <w:rPr>
          <w:rFonts w:ascii="Times New Roman" w:hAnsi="Times New Roman" w:eastAsia="Times New Roman" w:cs="Times New Roman"/>
        </w:rPr>
        <w:t>“Yowaana gis-gisam jublu woon na ca beneen xew-xewu: ‘Te gis naa beneen malaaka mu yéegë ca penku, yor màndargay Yàlla ju dund ji’ (Peeñu 7:2). Kan moo di kii? Mooy Malaakabu kóllëreg bi. Mu ngi jóge ca fenkug jant bi. Mooy Njant mu jóge ca kaw. Mooy Leerug àddina si. ‘Dund nekk na woon ci moom; te dund ga mooy leerug nit ñi’ (Yowaana 1:4). Kii mooy Ki Esayi melal ne: ‘Ndax ab Xalees juddu na nu, ab Doom joxees na nu; te nguur gi dina nekk ci mbaggam; te turam dinañu ko wax Kuy Yéemu, Boroom Xel mu tegu, Yàlla ju Kàttan ji, Baay bu Fàww, Buurub Jàmm’ (Esayi 9:6). Mu wax ak xaacu, ni Ki am kawe ak mbooloom malaaka yi ci asamaan, ‘ñi ñu mayoon ñu yàq suuf si ak géej gi,’ ne: ‘Bu leen yàq suuf si, mbaa géej gi, mbaa garab yi, ba kera nu sëllal surga yi sunu Yàlla ci seen jë’ (Peeñu 7:2, 3).”</w:t>
      </w:r>
    </w:p>
    <w:p>
      <w:pPr>
        <w:pStyle w:val="ArticleScripture"/>
        <w:jc w:val="left"/>
      </w:pPr>
      <w:r>
        <w:rPr>
          <w:rFonts w:ascii="Times New Roman" w:hAnsi="Times New Roman" w:eastAsia="Times New Roman" w:cs="Times New Roman"/>
        </w:rPr>
        <w:t>«Fii la, Yàlla ak nit booloo nañu. Ndigal bi ñu jox ñeenti malaaka yi mooy ñu teree ñeenti ngelaw yi ba keraam waaja ci wooteem. Jàngal gépp sarax bi. Wax ji, “Buleen lor,” moom Mi Delloo ak Mi Jotale mooy ko wax.»</w:t>
      </w:r>
    </w:p>
    <w:p>
      <w:pPr>
        <w:pStyle w:val="ArticleScripture"/>
        <w:jc w:val="left"/>
      </w:pPr>
      <w:r>
        <w:rPr>
          <w:rFonts w:ascii="Times New Roman" w:hAnsi="Times New Roman" w:eastAsia="Times New Roman" w:cs="Times New Roman"/>
        </w:rPr>
        <w:t>«Yàlla dafa war a terey àtte ak meram ñu taxaw rekk ab tuuti ba kerook benn liggéey jeexee. Baat bi, muy baat bu mujj baay-waare ak yërmande, jële na yàgg ci def ay njariñam ndax bëgg-bopp gu nit ci xaalis, bëgg-bopp gu nit ci dal ak noflaay, ak ñàkk-a-mëna def liggéey bi war a am. Malaaka mi war a leeral suuf si ak ndamam, dafa xaar jëfandikukat yu nit ñi ngir leerug asamaan man a leer ci seen kaw; te noonu lañuy bokk ci joxe, ci sellam ak yéemam yu tar, baat bi war a dogal àtteb addina si.» Manuscript Releases, volume 15, 222.</w:t>
      </w:r>
    </w:p>
    <w:p>
      <w:pPr>
        <w:pStyle w:val="ArticleBody"/>
        <w:jc w:val="left"/>
      </w:pPr>
      <w:r>
        <w:rPr>
          <w:rFonts w:ascii="Times New Roman" w:hAnsi="Times New Roman" w:eastAsia="Times New Roman" w:cs="Times New Roman"/>
        </w:rPr>
        <w:t>Ñetteelu malaaka mi, miy Kirist, mooy itam malaaka buy tëj ci saa, mi agsi woon 22 Oktoobar 1844, waaye ndax déggadiwu askanu Yàlla, liggéeyam bu tëj juróom-ñeent-fukk ak ñeent junni nit ñi dëkk na ba 11 Sàttumbar 2001. Noonu Islaam bu ñetteel “Woe” bi daan na kër yu mag yi nekk New York, te jëfandikoo bu tëj bi tàmbali. Ci booba réew yi mer nañu, waaye ñu teg leen ci suufu ngànnaay. Baat bu njëkk bi ci Peeñu kapituur fukk ak juróom-ñett, mooy baat bi sant ñeenti malaaka yi ñu téye, fekk askanu Yàlla diñu leen di tëj ci saa.</w:t>
      </w:r>
    </w:p>
    <w:p>
      <w:pPr>
        <w:pStyle w:val="ArticleBody"/>
        <w:jc w:val="left"/>
      </w:pPr>
      <w:r>
        <w:rPr>
          <w:rFonts w:ascii="Times New Roman" w:hAnsi="Times New Roman" w:eastAsia="Times New Roman" w:cs="Times New Roman"/>
        </w:rPr>
        <w:t>Yeesu dafay misaalale jëmu gi ak tambali gi, te ci 26 Fewriye 1993, Islama bu ñetteelu Musiba bi feeñal na bombu kamiyoŋ bi ci garas suuf siitu ga nekk ci suufu Tuuru Bëj-gànnaar bu World Trade Center. Mbomb bi jur na yàqu gu bare ci tabax mi, ba rey juróom-benn nit te gaawloo lu ëpp junniy ñeneen. Ndaxte wàllu xare boobu yéggul woon ba daanale tur yi, moona doon na jëf ju mag ju terorism ci suufu réewum Etazini, te mu doon xam-xam bu jiitu ngir xew-xewu 11 Sàttumbar 2001 yi.</w:t>
      </w:r>
    </w:p>
    <w:p>
      <w:pPr>
        <w:pStyle w:val="ArticleBody"/>
        <w:jc w:val="left"/>
      </w:pPr>
      <w:r>
        <w:rPr>
          <w:rFonts w:ascii="Times New Roman" w:hAnsi="Times New Roman" w:eastAsia="Times New Roman" w:cs="Times New Roman"/>
        </w:rPr>
        <w:t>Jamono tay moom taxawoon tàmbalee na ci 11 Septàmbar 2001, waaye dafa boole woon benn xamle bu jiitu juróom-ñetti at lu jiitu. Mbëkk mi Islaam yi def ci Israyel ci 7 Oktoobar 2023 mooy benn xamle bu jiitu ci jeexitalu jamono tay moom taxawoon. Mélokaan yu yonent yi ci ñetteelu musiba gi sax nañu ak mélokaan yu yonent yi ci ñaareelu musiba yi njëkk. Ci aaya yu ubbi sarax 9 bu Peeñug Yàlla, sellalug téeméeri ak ñeent-fukk ak ñeent-junñaar ñi dafa feeñal.</w:t>
      </w:r>
    </w:p>
    <w:p>
      <w:pPr>
        <w:pStyle w:val="ArticleBody"/>
        <w:jc w:val="left"/>
      </w:pPr>
      <w:r>
        <w:rPr>
          <w:rFonts w:ascii="Times New Roman" w:hAnsi="Times New Roman" w:eastAsia="Times New Roman" w:cs="Times New Roman"/>
        </w:rPr>
        <w:t>Danu xoolu mbir moomu ci article bi ci topp.</w:t>
      </w:r>
    </w:p>
    <w:p>
      <w:pPr>
        <w:pStyle w:val="ArticleScripture"/>
        <w:jc w:val="left"/>
      </w:pPr>
      <w:r>
        <w:rPr>
          <w:rFonts w:ascii="Times New Roman" w:hAnsi="Times New Roman" w:eastAsia="Times New Roman" w:cs="Times New Roman"/>
        </w:rPr>
        <w:t>“Bu ñuy mel ni lii bu fekkee ne ñuy ñëw, àtte yu réy lool ci àddina ju tooñkat, ana fu askanu Yàlla di fekk làqu? Naka lañu leen di muur ba keroog merum Yàlla weesu? Yowaana gis na mbir yi ci nature—yengu-suuf, ngelaw gu tar, ak xuloo yu politig—te ñu teg leen muy lu ñent malaaka yor. Ngelaw yooyu ñu ngi ci suufu kilifteef ba kera Yàlla waxee ba ñu bàyyi leen. Foofa la kaaraangeg kër Yàlla nekk. Malaakay Yàlla da ñuy def ay santaaneem, di tere ngelawi suuf, ngir ngelaw yi bañ a wol ci suuf, mbaa ci géej, mbaa ci benn garab, ba kera surga yi Yàlla di seel ci seen jë. Malaaka bu am kàttan loolu feeñ na muy yéeg bawoo penku (wala fenkub jant bi). Malaaka bii gën a màgg am na ci loxoom seelu Yàlla miy dund, walla seelu Ki man a joxe dund moom rekk, Ki man a bind ci jë yi màndarga walla mbind, ñi ñuy maye ag dul-jeex ak dundug ba fàww. Baatu malaaka bii gëna kawe moo amoon sañ-sañu santaane ñent malaaka yi, ngir ñu téye baaxee ñent ngelaw yi ba kera liggéey bii mattee, ak ba kera moom ci boppam joxe woo wi ngir bàyyi leen.”</w:t>
      </w:r>
    </w:p>
    <w:p>
      <w:pPr>
        <w:pStyle w:val="ArticleScripture"/>
        <w:jc w:val="left"/>
      </w:pPr>
      <w:r>
        <w:rPr>
          <w:rFonts w:ascii="Times New Roman" w:hAnsi="Times New Roman" w:eastAsia="Times New Roman" w:cs="Times New Roman"/>
        </w:rPr>
        <w:t>“Ñi gën a dék adina, yaram ak Seytaane, ñoom dinañu doon ñi ñu gën a tànn, ñi di jot màndarga Yàlla miy Dund. Ñi seeni loxo setul, te seeni xol laabul, duñu am màndarga Yàlla miy Dund. Ñi ngiy wax seen xel ci bàkkaar te di ko def, dees na leen romb. Ñi rekk a nekk, ci seeni taxawaay kanam Yàlla, fii ci bérab bu ñiy tuub seen bàkkaar te di ko wax ci fan wu mag, di Besub Jéggal gu anti-tipik, ñooy ñi dees na xàmle te màndargaal leen ni ñu yelloo aarug Yàlla. Turi ñi sax ci xool, di xaar, di wottu ngir feeñug seen Musalkat—ak coono ak bëgg-bëgg gu gën gaaw ña di xaar suba—dees na leen boole ak ñi ñu màndargaal. Ñi, bi leerug dëgg wépp di melax ci seeni ruu, waroon nañu am jëf yu ànd ak ngëm gu ñu yégle, waaye bàkkaar nax leen, ba ñuy samp sarax ci seeni xol, di yax seen ruu kanam Yàlla, te di sobe ñi bokk ak ñoom ci bàkkaar, seeni tur dinañu far ci téereb dund, te dees na leen bàyyi ci lëndëm guddi, ndaxte amuñu diw ci seeni ndab ak seeni làmp. ‘Waaye yéen ñiy ragal sama tur, Jantub Njub dina fenk ci yéen, ak wéral ci ay laafam.’”</w:t>
      </w:r>
    </w:p>
    <w:p>
      <w:pPr>
        <w:pStyle w:val="ArticleScripture"/>
        <w:jc w:val="left"/>
      </w:pPr>
      <w:r>
        <w:rPr>
          <w:rFonts w:ascii="Times New Roman" w:hAnsi="Times New Roman" w:eastAsia="Times New Roman" w:cs="Times New Roman"/>
        </w:rPr>
        <w:t>“Lii màndargaal jaamu Yàlla yii, moom lañu woonaloon Esekiyel ci ay wér-gu-yaram. Yowaana itam dafa nekkoon seede ci bii xam-xam gu yéem-yéem bu gën a yéngu. Mu gis géej gi ak ay mbubbam di riir, te xolu nit ñi di yàqu ndax ragal. Mu seet suuf si di yëngatu, ak tund yi di yóbbu ca biir géej ga (te loolu mooy lu ñuy def dëgg-dëgg), ndoxam di riir te jaxasoo, ak tund yi di yëngu ndax li géej gi di feesal. Ñu won ko fitna yi, ay mbas yu bon, xiif, ak dee, di mat seen yónnee gu tiis.” Testimonies to Ministers, 445.</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Téereb Dañeel — Bërii 110</dc:title>
  <dc:subject>Booñ bi ci ñett ñiiru Room: Weral njariñu yonent yi ci liif yi nekk ci Peeñu bi</dc:subject>
  <dc:creator>Jeff Pippenger</dc:creator>
  <cp:keywords/>
  <dc:description>Generated by ArticleDigger from daniel\110_daniel.json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