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ak fukk ak ñett</w:t>
      </w:r>
    </w:p>
    <w:p>
      <w:pPr>
        <w:pStyle w:val="ArticleSubtitle"/>
        <w:jc w:val="left"/>
      </w:pPr>
      <w:r>
        <w:rPr>
          <w:rFonts w:ascii="Arial" w:hAnsi="Arial" w:eastAsia="Arial" w:cs="Arial"/>
        </w:rPr>
        <w:t>Ubbi Jëfandikoo Bu Yees Ñett ci Yonent gi: Xam Solo 11 Sàttumbar 2001 ci Njàngum Biibël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Bi Boroom bi gindee nitam njabootam bu bés yu mujj yi dellusi ci “yoon yu mag” yi Yeremi waxoon, ci 11 Sàttumbar 2001, Mu doon woon ba noppi won yoonu njiiteg jëfandikoo yonent ci ñetti jëfandikoo.</w:t>
      </w:r>
    </w:p>
    <w:p>
      <w:pPr>
        <w:pStyle w:val="ArticleScripture"/>
        <w:jc w:val="left"/>
      </w:pPr>
      <w:r>
        <w:rPr>
          <w:rFonts w:ascii="Times New Roman" w:hAnsi="Times New Roman" w:eastAsia="Times New Roman" w:cs="Times New Roman"/>
        </w:rPr>
        <w:t>Nii la Boroom bi wax: Taxawleen ci yoon yi, te xoolleen, te laajleen yoon yu mag yi, fu nekkee yoon wu baax wi, te doxleen ci moom, te dangeen gis noflaay ngir seen bakan. Waaye ñoom ne: Dunu dox ci moom. Te itam tabax naa ci seen kaw ay sàmm, naan: Déggleen baatu trompet bi. Waaye ñoom ne: Dunu dégg. Jérémie 6:16, 17.</w:t>
      </w:r>
    </w:p>
    <w:p>
      <w:pPr>
        <w:pStyle w:val="ArticleBody"/>
        <w:jc w:val="left"/>
      </w:pPr>
      <w:r>
        <w:rPr>
          <w:rFonts w:ascii="Times New Roman" w:hAnsi="Times New Roman" w:eastAsia="Times New Roman" w:cs="Times New Roman"/>
        </w:rPr>
        <w:t>Bi Boroom bi delloo askanam ci yoon yu mag ya, dinañu fa gis noppalu gi (taw wi ci mujj), te noonu ñu jox ñi di wottu ndaw li ci liitkat. Yonent yi ñépp moo gën a leeral bumu mat jeexital fan yu mujj yi, ba tax ndaw li ci liitkat ci fan yu mujj yi mooy liitkat bu mujj bi, muy juróomeel liitkat bi, muy ñetteelu musiba bi.</w:t>
      </w:r>
    </w:p>
    <w:p>
      <w:pPr>
        <w:pStyle w:val="ArticleBody"/>
        <w:jc w:val="left"/>
      </w:pPr>
      <w:r>
        <w:rPr>
          <w:rFonts w:ascii="Times New Roman" w:hAnsi="Times New Roman" w:eastAsia="Times New Roman" w:cs="Times New Roman"/>
        </w:rPr>
        <w:t>Bi ñi bokk ci ay nitam yu mujj ci bés yu mujj yi tàmbalee dox ci yoon yu yàgg ya, ñu ràññee ne jikko yi ci njàqare bu njëkk bi dañuy jëfandikoo ngir tekki kenn ku am solo ci jaar-jaaru taarix bu melo ni misaal (Mohammed), te ne njàqare bu ñaareel bi itam def na noonu (Osman). Ñu gis ne benn bu nekk ci ñeenti trompet yu njëkk yi itam am na ay njiit yu melo ni misaal yu ñuy jëfandikoo ngir xamale trompet bi, te ba noppi ñu ràññee ne Osama bin Laden mooy njiit bi ci misaal bu njàqare bu ñetteel bi.</w:t>
      </w:r>
    </w:p>
    <w:p>
      <w:pPr>
        <w:pStyle w:val="ArticleBody"/>
        <w:jc w:val="left"/>
      </w:pPr>
      <w:r>
        <w:rPr>
          <w:rFonts w:ascii="Times New Roman" w:hAnsi="Times New Roman" w:eastAsia="Times New Roman" w:cs="Times New Roman"/>
        </w:rPr>
        <w:t>Mohammed moomoon na ak Arabi, te Osman doon melokaanu Nguur gu Ottoman ci Tirkki, te Osama bin Laden doon ndawtal njàqare ju Islam gi ci addina bépp, doonte moom itam, ni ko nekkee ak Mohammed, wa Arabi la woon.</w:t>
      </w:r>
    </w:p>
    <w:p>
      <w:pPr>
        <w:pStyle w:val="ArticleBody"/>
        <w:jc w:val="left"/>
      </w:pPr>
      <w:r>
        <w:rPr>
          <w:rFonts w:ascii="Times New Roman" w:hAnsi="Times New Roman" w:eastAsia="Times New Roman" w:cs="Times New Roman"/>
        </w:rPr>
        <w:t>Ñu xam it ne jëfandikooku njëkk bi, moo yàqoon mbooloom xarey Room; te jëfandikooku ñaareel bi, moo reyoon mbooloom xarey Room. Gannaaw loolu, 11 Septambar 2001 xamoon nañu ko ne mooy bérab bi Islam, ci jëfandikooku ñetteel bi, yàqee mbooloom xarey Room (Etazini), waaye bu yoonu Dibeer gi agsee, dina rey mbooloom xarey Room, ndaxte Etazini dina àgg ci mujjam, ni mooy juróomeelu nguur gi ci waxi yonent yi ci Biibël, te dina jébbal boppam ci sañ-sañam gu réew ci booloo gu ñetti wàll gi: nago mi, rab wi, ak yonent wu dëggul wi.</w:t>
      </w:r>
    </w:p>
    <w:p>
      <w:pPr>
        <w:pStyle w:val="ArticleBody"/>
        <w:jc w:val="left"/>
      </w:pPr>
      <w:r>
        <w:rPr>
          <w:rFonts w:ascii="Times New Roman" w:hAnsi="Times New Roman" w:eastAsia="Times New Roman" w:cs="Times New Roman"/>
        </w:rPr>
        <w:t>Ñu xamoon ne États-Unis mooy rab wu suuf wi am ñaari baaraam yu ndamam. Benn jikko ju mag ci waxu yonent bi ci rab wu suuf wi mooy ne soppeeku na, jógé ci xar ba nekk sangara. Ci yonent, baaraam yi dañuy tektal doole, te dooley rab wu suuf wi nekkoon Républicanisme ak Protestantisme, te dañu leen tektale ni ñaari baaraami rab wu suuf wi. Waaye léegi ci fan yu mujj yi, ñaari dooley rab wu suuf wi soppeeku nañu ba nekk dooley xare ak dooley koom-koom. Ci 11 Septembre 2001, Lislaam bu ñetteelu alkande bi dóor na suuf si, muy misaal rab wu suuf wi, Pentagone bi, muy misaal dooley xareem, ak Ñaari Tuur yi nekk New York City, muy misaal dooley koom-koomam.</w:t>
      </w:r>
    </w:p>
    <w:p>
      <w:pPr>
        <w:pStyle w:val="ArticleBody"/>
        <w:jc w:val="left"/>
      </w:pPr>
      <w:r>
        <w:rPr>
          <w:rFonts w:ascii="Times New Roman" w:hAnsi="Times New Roman" w:eastAsia="Times New Roman" w:cs="Times New Roman"/>
        </w:rPr>
        <w:t>Bi ñu mas a xam itam ne jaar-jaari tàmbaliwaayu njàqare bu jëkk bi, ak jaar-jaari mujjug njàqare bu ñaareel bi, ñoom ñaar ñépp daan wane misaal bu sellaalug téeméeri junni ak ñeent-fukk ak ñeent junni ñaar-fukk, kon ca ñëwug njàqare bu ñetteel bi, bi ñu daane woon kër yu mag yi nekk New York, ñu xam ne doxalinu sellaalug téeméeri junni ak ñeent-fukk ak ñeent junni ñaar-fukk ba tàmbalee na.</w:t>
      </w:r>
    </w:p>
    <w:p>
      <w:pPr>
        <w:pStyle w:val="ArticleScripture"/>
        <w:jc w:val="left"/>
      </w:pPr>
      <w:r>
        <w:rPr>
          <w:rFonts w:ascii="Times New Roman" w:hAnsi="Times New Roman" w:eastAsia="Times New Roman" w:cs="Times New Roman"/>
        </w:rPr>
        <w:t>“Léegi, ndax baat bi ma waxoon ne New York dees na ko far ak mbëy-mbaar moo ngi ñëw? Lii waxuma mukk. Li ma wax mooy ne, ba ma nekk di xool jëg yu mag ya fa ñu di yéeg, étage gannaaw étage, ma ne: ‘An ay seeni lu tiit-doole lañuy am bés bu Boroom bi di jóg ngir yëngal suuf si ak tiit bu réy! Kon baat yi nekk ci Peeñu gi 18:1–3 dinañu mat.’ Yëpp ci saar 18 bu Peeñu gi mooy artu ci li di ñëw ci kaw suuf si. Waaye amuma leer gu mat ci lu jëm ci li di ñëw ci New York boppam, lu dul ne xam naa ne benn bés jëg yu mag ya fa nekk dees na leen daaneel ndax ngir wàcc ak tibbalug kàttanu Yàlla. Ci leer giñ ma jox, xam naa ne yàqute am na ci àddina si. Benn baat rekk gu jóge ca Boroom bi, benn laal rekk bu jóge ci kàttanam gu màgg, te tabax yu rëy yii dinañu daanu. Ay seeni dinañu am yu ñu mënul a xeeb xalaat seen njàqare.” Review and Herald, 5 Sulet 1906.</w:t>
      </w:r>
    </w:p>
    <w:p>
      <w:pPr>
        <w:pStyle w:val="ArticleBody"/>
        <w:jc w:val="left"/>
      </w:pPr>
      <w:r>
        <w:rPr>
          <w:rFonts w:ascii="Times New Roman" w:hAnsi="Times New Roman" w:eastAsia="Times New Roman" w:cs="Times New Roman"/>
        </w:rPr>
        <w:t>“Yàqute gi nekk ci àddina bi,” mooy jikkoju Islaam, ndaxte jikkoom feeñ na ko ni Apollyon ak Abaddon ci xaajub juróom-ñeent, saraxu fukk ak benn ci Kàddug Yàlla gu mujj gi.</w:t>
      </w:r>
    </w:p>
    <w:p>
      <w:pPr>
        <w:pStyle w:val="ArticleScripture"/>
        <w:jc w:val="left"/>
      </w:pPr>
      <w:r>
        <w:rPr>
          <w:rFonts w:ascii="Times New Roman" w:hAnsi="Times New Roman" w:eastAsia="Times New Roman" w:cs="Times New Roman"/>
        </w:rPr>
        <w:t>Te amoon nañu woon benn buur ci seen kaw, mooy malaakam kumba gu xóotul de, te turam ci làkku Ebrëe mooy Abaddon, waaye ci làkku Gereg mooy Apollyon. Peeñu yi 9:11 (JUROM-BENNE AK BENN).</w:t>
      </w:r>
    </w:p>
    <w:p>
      <w:pPr>
        <w:pStyle w:val="ArticleBody"/>
        <w:jc w:val="left"/>
      </w:pPr>
      <w:r>
        <w:rPr>
          <w:rFonts w:ascii="Times New Roman" w:hAnsi="Times New Roman" w:eastAsia="Times New Roman" w:cs="Times New Roman"/>
        </w:rPr>
        <w:t>Tekki turu, walla jikko bu buur bu yilif Islaam bi, ci Ebrë ak Gereg, ni ko ñaari tur yi tegtal, mooy “dee” ak “yàqute,” te loolu agsi na ci 11 Suweñ 2001, ba kër yu mag yaa New York yépp dañu leen sànni suuf. Ca jamono jooju la Yàlla wax ji nekk ci Peeñu, saar 18, ay 1 ba 3, tàmbalee mat.</w:t>
      </w:r>
    </w:p>
    <w:p>
      <w:pPr>
        <w:pStyle w:val="ArticleBody"/>
        <w:jc w:val="left"/>
      </w:pPr>
      <w:r>
        <w:rPr>
          <w:rFonts w:ascii="Times New Roman" w:hAnsi="Times New Roman" w:eastAsia="Times New Roman" w:cs="Times New Roman"/>
        </w:rPr>
        <w:t>Xam-xam nañu ne, bi njëkk a tudd nit ku ànd ak yàlla-wul bu Islaam ci téereb Genesis, jëfandikoo nañu baat bu Ebrë ci “mbaam mu sowwu gu Araabi”, te tekki nañu ko ci kàddu ga nekk “nit mu sowwu.” Màndarga Islaam mooy njabootug fas, te ci Péeñu 9 itam, wonees na ko ni fasu xare. Ci tëral yu sell yu Habakkuk, yi nit ñi Yàlla xamaloon ne “warul a soppiku,” Islaam itam wonees na ko ci ay fas yu xare.</w:t>
      </w:r>
    </w:p>
    <w:p>
      <w:pPr>
        <w:pStyle w:val="ArticleScripture"/>
        <w:jc w:val="left"/>
      </w:pPr>
      <w:r>
        <w:rPr>
          <w:rFonts w:ascii="Times New Roman" w:hAnsi="Times New Roman" w:eastAsia="Times New Roman" w:cs="Times New Roman"/>
        </w:rPr>
        <w:t>Te malaakam Boroom bi ne ko: “Xoolal, yaram nga, te dinga jur góor; te dinga tudde turam Ismaël, ndaxte Boroom bi dégg na sa metit. Moom dina doon nit ku jànq; loxoom dina contra nit ku nekk, te loxoy nit ku nekk dina contra moom; te dina dëkk ci kanamu mbokk yi.” Genesis 16:11, 12.</w:t>
      </w:r>
    </w:p>
    <w:p>
      <w:pPr>
        <w:pStyle w:val="ArticleBody"/>
        <w:jc w:val="left"/>
      </w:pPr>
      <w:r>
        <w:rPr>
          <w:rFonts w:ascii="Times New Roman" w:hAnsi="Times New Roman" w:eastAsia="Times New Roman" w:cs="Times New Roman"/>
        </w:rPr>
        <w:t>Yeneen biñ jëkka wax ci juddu Ismayeel, ñu boole ko ak ab “téj”, te loolu nekk na benn màndarga yu njëkk yi ñuy boole ak Islaam.</w:t>
      </w:r>
    </w:p>
    <w:p>
      <w:pPr>
        <w:pStyle w:val="ArticleScripture"/>
        <w:jc w:val="left"/>
      </w:pPr>
      <w:r>
        <w:rPr>
          <w:rFonts w:ascii="Times New Roman" w:hAnsi="Times New Roman" w:eastAsia="Times New Roman" w:cs="Times New Roman"/>
        </w:rPr>
        <w:t>Léegi Saray, jabaru Abram, jurul ko ab doom; te amoon na jaam ju jigéen, waa Misra, turam Ajar. Noonu Saray ne Abram: “Xoolal léegi, Boroom bi tere na ma jur; maa ngi lay ñaan, dugalal ca sama jaam ba; xéy na ma am doom ci moom.” Te Abram dégg baatu Saray. Génèse 16:1, 2.</w:t>
      </w:r>
    </w:p>
    <w:p>
      <w:pPr>
        <w:pStyle w:val="ArticleBody"/>
        <w:jc w:val="left"/>
      </w:pPr>
      <w:r>
        <w:rPr>
          <w:rFonts w:ascii="Times New Roman" w:hAnsi="Times New Roman" w:eastAsia="Times New Roman" w:cs="Times New Roman"/>
        </w:rPr>
        <w:t>Ci wax jiitu bi jëkk ci Islaam, ni ko juddu Ismayil di tegtal, dégg-dëgg liñu ci fésal mooy jébbalu. Xalaatu jébbalu mooy ndombo lu am solo lool ci diine Islaam. Baat bi “Islaam” jógé na ci ñaari baat yu Araab, “salaam,” maanaam “jàmm”, ak “aslama,” maanaam “jébbalu” walla “wacc sa bopp”. Islaam jàngale ne way-gëm yi war nañu a jébbal seen coobare ci coobare Allaah (Yàlla) ci mbir yépp yi aju ci dund. Bi Saara xamé ne dafa def dogal bu baaxul bi mu dëgëral Ibraayma mu jël Ajaar te jur Ismayil, mu jot ndigal ci Ibraayma ngir sonal Ajaar bu tar, ba tax Ajaar daw kër Ibraayma. Foofa la jot ab yégle ci malaakam bi.</w:t>
      </w:r>
    </w:p>
    <w:p>
      <w:pPr>
        <w:pStyle w:val="ArticleScripture"/>
        <w:jc w:val="left"/>
      </w:pPr>
      <w:r>
        <w:rPr>
          <w:rFonts w:ascii="Times New Roman" w:hAnsi="Times New Roman" w:eastAsia="Times New Roman" w:cs="Times New Roman"/>
        </w:rPr>
        <w:t>Waaye Abram neex na Saray ne ko: «Xoolal, sa jaam bi mungi ci sa loxo; defal ko li la neex.» Ba Saray mettile ko lool, mu daw dëgër ba soree ko. Te malaakam Boroom bi gis ko ca wetu bëtu ndox am ci màndiŋ ma, ca bëtu ndox ba nekk ci yoon wi jëm Shur. Mu ne ko: «Agar, jaamu Saray, foo jóge? te fan nga jëm?» Mu ne: «Maa ngi daw dëgër ba soree sama sang Saray.» Noonu malaakam Boroom bi ne ko: «Dellul ca sa sang, te toroxal sa bopp ci suuf ndamam.» Malaakam Boroom bi waxaat na ko ne: «Dinaa yokk sa askan ba ëpp lool, ba kenn du ko man a waññi ndax yàgg-yàggam.» Te malaakam Boroom bi ne ko: «Xoolal, ëmb nga, te dinga jur doom ju góor, te woo ko turam Ismayel; ndaxte Boroom bi dégg na sa metit.» «Dina doon nit ku mel ni mbaam mu àll; loxoom dina tàbbi ci kaw nit ku nekk, te loxoy nit ku nekk dina tàbbi ci kawam; te dina dëkk ci kanamu mboolem ay mbokk.» Njàlbéen ga 16:6–12.</w:t>
      </w:r>
    </w:p>
    <w:p>
      <w:pPr>
        <w:pStyle w:val="ArticleBody"/>
        <w:jc w:val="left"/>
      </w:pPr>
      <w:r>
        <w:rPr>
          <w:rFonts w:ascii="Times New Roman" w:hAnsi="Times New Roman" w:eastAsia="Times New Roman" w:cs="Times New Roman"/>
        </w:rPr>
        <w:t>Tàggatug Islaam, “jëbbalu” bi di melokaanu diine Islaam, ak wàllu Islaam, yépp nekk nañu ci njëkk a tudd Ismaël, te dañuy tegtal ADN yonu waxu Yàlla buy jëm ci Islaam mi ñetti njàqare yu Apokalips di wone. Bu Boroom bi indi woon ay nitam ci yoon yu yàgg ya Yeremi waxoon, noonu itam xam nañu ne “ñenti ngelaw yi” ñuy tereb ndax ñenti malaaka yi ci Apokalips saar 7, mooy ci lu leer ñenti ngelaw yi ci Islaam.</w:t>
      </w:r>
    </w:p>
    <w:p>
      <w:pPr>
        <w:pStyle w:val="ArticleScripture"/>
        <w:jc w:val="left"/>
      </w:pPr>
      <w:r>
        <w:rPr>
          <w:rFonts w:ascii="Times New Roman" w:hAnsi="Times New Roman" w:eastAsia="Times New Roman" w:cs="Times New Roman"/>
        </w:rPr>
        <w:t>“Malaka yi dajale ñenti ngëlaw yi, yu mel ni fas wu mer, buy wut a rëcc ba daw jàll ci kaw suuf si bépp, di yóbbu alag ak dee ci yoonam.” Manuscript Releases, volume 20, 217.</w:t>
      </w:r>
    </w:p>
    <w:p>
      <w:pPr>
        <w:pStyle w:val="ArticleBody"/>
        <w:jc w:val="left"/>
      </w:pPr>
      <w:r>
        <w:rPr>
          <w:rFonts w:ascii="Times New Roman" w:hAnsi="Times New Roman" w:eastAsia="Times New Roman" w:cs="Times New Roman"/>
        </w:rPr>
        <w:t>“fas xonq” bu Islam bi itam “ñeenti ngelaw yi” yu “teyees” ba ker ci lakkug ñetti fukki junni ak ñeent téeméer ñaar fukki junni bi matalee, di yóbbu “dee ak alag” (Abaddon ak Apollyon) ci seen “yoon.” Ni téye gi ñu teg ci Hagar, yóbboo jëfandikooku yonent bi ci misaalu Islam, noonu itam ñeenti ngelaw yi ak fas xonq bi ñoom ñépp a ngi leen di téye; te bu dëggu loolu taxawee, dañu gis ne tambali njàqareb bu njëkk bi, mooy wone téye bu nekk ci Islam, ni ko ndigalu taarixu Abubakar di feeñale.</w:t>
      </w:r>
    </w:p>
    <w:p>
      <w:pPr>
        <w:pStyle w:val="ArticleScripture"/>
        <w:jc w:val="left"/>
      </w:pPr>
      <w:r>
        <w:rPr>
          <w:rFonts w:ascii="Times New Roman" w:hAnsi="Times New Roman" w:eastAsia="Times New Roman" w:cs="Times New Roman"/>
        </w:rPr>
        <w:t>Te ñu sant leen ne buñu lor ñaxu suuf si, mbaa benn lu verde, mbaa benn garab; waaye ñi rekk di nit ñi amul màndargay Yàlla ci seen jë. Révélation 9:4.</w:t>
      </w:r>
    </w:p>
    <w:p>
      <w:pPr>
        <w:pStyle w:val="ArticleBody"/>
        <w:jc w:val="left"/>
      </w:pPr>
      <w:r>
        <w:rPr>
          <w:rFonts w:ascii="Times New Roman" w:hAnsi="Times New Roman" w:eastAsia="Times New Roman" w:cs="Times New Roman"/>
        </w:rPr>
        <w:t>Rëdd ak rëdd, njàlbéenu ñaareelu alkande bi, mi ci ñetti jëfandikoo yi ñetti alkande yi ñu teg ci kaw njàlbéenu njëkku alkande bi, dafay fésal moom càmmoñu ñenti malaaka yi, te ci aaya boobu loolu mooy mel ni moom dafa di tektal génne gi ñaareelu jihaad bu mag bu Islaam.</w:t>
      </w:r>
    </w:p>
    <w:p>
      <w:pPr>
        <w:pStyle w:val="ArticleScripture"/>
        <w:jc w:val="left"/>
      </w:pPr>
      <w:r>
        <w:rPr>
          <w:rFonts w:ascii="Times New Roman" w:hAnsi="Times New Roman" w:eastAsia="Times New Roman" w:cs="Times New Roman"/>
        </w:rPr>
        <w:t>Ne ci malaaka bu juróom bi amoon trompet bi: “Yiwal ñeenti malaaka yi ñu yeew ci dex gu mag gu Éufaraat.” Peeñu 9:14.</w:t>
      </w:r>
    </w:p>
    <w:p>
      <w:pPr>
        <w:pStyle w:val="ArticleBody"/>
        <w:jc w:val="left"/>
      </w:pPr>
      <w:r>
        <w:rPr>
          <w:rFonts w:ascii="Times New Roman" w:hAnsi="Times New Roman" w:eastAsia="Times New Roman" w:cs="Times New Roman"/>
        </w:rPr>
        <w:t>Kon nagoon nag ne, degg nañu ne ci tàmbaliin ñetteelu musiba bi, Islama dinañu ko yiwi te boole ko ak téye, te loolu mooy seede ji Sister White joxe bu leer.</w:t>
      </w:r>
    </w:p>
    <w:p>
      <w:pPr>
        <w:pStyle w:val="ArticleScripture"/>
        <w:jc w:val="left"/>
      </w:pPr>
      <w:r>
        <w:rPr>
          <w:rFonts w:ascii="Times New Roman" w:hAnsi="Times New Roman" w:eastAsia="Times New Roman" w:cs="Times New Roman"/>
        </w:rPr>
        <w:t>«Ci waxtu woowu, bi liggéeyu musiba di tëjje, metit dina dikk ci kow suuf, te xeeti àddina dinañu mer, waaye dees na leen tere ba bañ a taxawal liggéeyu ñetteelu malaaka bi. Ci waxtu woowu “taw bu mujj bi,” walla yeesal gu jóge ci kanamu Boroom bi, dina wàcc ngir jox doole baat bu kawe bi bu ñetteelu malaaka bi, te waajal gaayi Yàlla yi ngir ñu man a taxaw ci jamono ji ñaari fukki mboolem musiba yu mujj yi di ñu sotti.» Early Writings, 85.</w:t>
      </w:r>
    </w:p>
    <w:p>
      <w:pPr>
        <w:pStyle w:val="ArticleBody"/>
        <w:jc w:val="left"/>
      </w:pPr>
      <w:r>
        <w:rPr>
          <w:rFonts w:ascii="Times New Roman" w:hAnsi="Times New Roman" w:eastAsia="Times New Roman" w:cs="Times New Roman"/>
        </w:rPr>
        <w:t>Bi ñu seetee bindkatug jaar-jaaru Islaam ci mboolem nettali gi, gis nañu ne xare ak jëfandikookatug Islaam gu Arab gu njàngat bu njëkk bi, Islaam daf koy déggoo ni mooy “jihad bu mag bu njëkk”; te xarey Mbooloom Otoomaan bi tambalee ba ñu yiwee ñeenti malaaka yi, Islaam daf koy déggoo ni mooy “jihad bu mag bu ñaareel bi”. Ci déggoo ak jëfandikoo bu ñetti yoon bi, Islaam gëm na ne jihad bu mag bu ñetteel bi te mujj bi tambalee na ci 11 Septàmbar 2001. Ni William Miller masoon a bindee: “Jaar-jaaru àddina ak waxu yonent, ñoom ñaar dañuy déggoo.”</w:t>
      </w:r>
    </w:p>
    <w:p>
      <w:pPr>
        <w:pStyle w:val="ArticleBody"/>
        <w:jc w:val="left"/>
      </w:pPr>
      <w:r>
        <w:rPr>
          <w:rFonts w:ascii="Times New Roman" w:hAnsi="Times New Roman" w:eastAsia="Times New Roman" w:cs="Times New Roman"/>
        </w:rPr>
        <w:t>Jëfandikookat bu “rëdd ci kaw rëdd” ngir jëfele génne ak tere boo xam ne dañuy am benn benn, ni ko tegu boppandoo tëraliin waxu yonent bi njëkk te ñaareel ay musiba, benn ci kaw benn, am na woon firnde gu mat sëkk ci Xelum Yonent bi; te ci saa si ngay ginnaaw ba Islaam daan 11i Septàmbre 2001, Prezidaa Joórj W. Bush teg na ci Islaam tere bu aju ci àddina yépp, ba mu tàmbalee xareem ak terorism. Génne ak tere yi dañuy am benn benn ci “fas wu mer” wu Islaam, Biibël bi moo ko dëggal, Xelum Yonent bi itam, ak taarix itam.</w:t>
      </w:r>
    </w:p>
    <w:p>
      <w:pPr>
        <w:pStyle w:val="ArticleBody"/>
        <w:jc w:val="left"/>
      </w:pPr>
      <w:r>
        <w:rPr>
          <w:rFonts w:ascii="Times New Roman" w:hAnsi="Times New Roman" w:eastAsia="Times New Roman" w:cs="Times New Roman"/>
        </w:rPr>
        <w:t>Ñi ñooñ ñi “toppi Mbejur mi” ba dellu ca yoon yu mag yaaŋoon yu Millerite yi, dañuy gis “nooflaay” bi, mooy taw bu mujj bi, bi Sister White wax ne tàmbalee na bu xeeti àddina yi mer, waaye ñu teg leen ci yoon, ni mu melwoon ci 11 Septàmbar 2001.</w:t>
      </w:r>
    </w:p>
    <w:p>
      <w:pPr>
        <w:pStyle w:val="ArticleScripture"/>
        <w:jc w:val="left"/>
      </w:pPr>
      <w:r>
        <w:rPr>
          <w:rFonts w:ascii="Times New Roman" w:hAnsi="Times New Roman" w:eastAsia="Times New Roman" w:cs="Times New Roman"/>
        </w:rPr>
        <w:t>“Ci jamono jooja, bi liggéeyu mucc gi di jeex, metit dina dikk ci kaw suuf, te xeeti àddina yi dinañu mer, waaye dees leen téye ngir ba ñu bañ a tere liggéeyu ñetteelu malaaka ma. Ci jamono jooja, ‘taw bi mujj,’ walla freskóo gi jóge ci kanamu Boroom bi, dina dikk ngir jox doole baat bu réy bu ñetteelu malaaka ma, te waajal gaayi Yàlla yi ngir ñu man a taxaw ci jamono ji ñaari fukk ak juróom-ñaari musiba yu mujj yi dees di tuuru.” Early Writings, 85.</w:t>
      </w:r>
    </w:p>
    <w:p>
      <w:pPr>
        <w:pStyle w:val="ArticleBody"/>
        <w:jc w:val="left"/>
      </w:pPr>
      <w:r>
        <w:rPr>
          <w:rFonts w:ascii="Times New Roman" w:hAnsi="Times New Roman" w:eastAsia="Times New Roman" w:cs="Times New Roman"/>
        </w:rPr>
        <w:t>Ñi ñi topp “Làmmi” bi ba dellu ci yoon yu mag yi yu Millerite, dañuy gis “ndeyjoor” bi, maanaam taw gi mujj gi, bi Sœur White waxe ne tàmbali na ba kerub bu am doole bi ci Apokalips 18 wàccee ci 11 Septàmbar 2001.</w:t>
      </w:r>
    </w:p>
    <w:p>
      <w:pPr>
        <w:pStyle w:val="ArticleScripture"/>
        <w:jc w:val="left"/>
      </w:pPr>
      <w:r>
        <w:rPr>
          <w:rFonts w:ascii="Times New Roman" w:hAnsi="Times New Roman" w:eastAsia="Times New Roman" w:cs="Times New Roman"/>
        </w:rPr>
        <w:t>“Naaw gu mujj gi war na wàcc ci kaw askanu Yàlla. Malaaka bu am kàttan bu réy war na wàccé asamaan, te suuf sépp dina leer ak ndamam.” Review and Herald, 21 Awril 1891.</w:t>
      </w:r>
    </w:p>
    <w:p>
      <w:pPr>
        <w:pStyle w:val="ArticleBody"/>
        <w:jc w:val="left"/>
      </w:pPr>
      <w:r>
        <w:rPr>
          <w:rFonts w:ascii="Times New Roman" w:hAnsi="Times New Roman" w:eastAsia="Times New Roman" w:cs="Times New Roman"/>
        </w:rPr>
        <w:t>Bés bu mag buy wàcc na ba bi kër yu New York daanuwoon, màndargaalug téeméeri ak ñeent-fukki ñaar-fukk ak ñent ña tambalee na, te tawub mujj ga tàmbali na wësëg. Ñi ñu gindi dellu ca yoon yu jëkk ya Yérémie, te gis fa “noppaloo gi,” mi di tawub mujj ga, noonu ñoom it xam nañu ne “noppaloo ak yeesal gi” bu Esaayi waxoon, moom itam tawub mujj la; waaye itam moo doon màndarga wone nattu gi gañsee askanu Yàlla ci 11 Suletaanbar 2001, rawatina “nit ñu xaste ña” ñi “nguurale Yerusalem”. Ñu xam ne nattu ga ñaar-ware la, ndaxte dafa tegu woon yégleb Islaam bu ñetteelu ay, te ni ko am solo noonu itam dafa tegu woon ci yoonu xelu Biibël bi sampu woon yégleb tawub mujj ga.</w:t>
      </w:r>
    </w:p>
    <w:p>
      <w:pPr>
        <w:pStyle w:val="ArticleScripture"/>
        <w:jc w:val="left"/>
      </w:pPr>
      <w:r>
        <w:rPr>
          <w:rFonts w:ascii="Times New Roman" w:hAnsi="Times New Roman" w:eastAsia="Times New Roman" w:cs="Times New Roman"/>
        </w:rPr>
        <w:t>Ñi wax ji waxoon ne: Lii mooy noflaay bi ngeen man a may ci ñi sonn, te lii mooy yeesal gi; waaye bëgguñu woon dégg. Waaye kàddug Boroom bi doon na ci ñoom ndigal ci kaw ndigal, ndigal ci kaw ndigal; rëdd ci kaw rëdd, rëdd ci kaw rëdd; fii tuuti, fee tuuti; ngir ñu dem, dellu ginnaaw, daanu, jàq, tàmbali ci piège, te ñu jàpp leen. Moo tax dégluleen kàddug Boroom bi, yéen nit ñi di ree, yi yilif mbooloo mii nekk Yerusalem. Isaiah 28:12–14.</w:t>
      </w:r>
    </w:p>
    <w:p>
      <w:pPr>
        <w:pStyle w:val="ArticleBody"/>
        <w:jc w:val="left"/>
      </w:pPr>
      <w:r>
        <w:rPr>
          <w:rFonts w:ascii="Times New Roman" w:hAnsi="Times New Roman" w:eastAsia="Times New Roman" w:cs="Times New Roman"/>
        </w:rPr>
        <w:t>Doon yoon ci yoon yu mag yi may na askan Yàlla ci mujjug jamono gis ne léeb bu fukki janq yi, bi “wone xew-xewu askanu Adventist yi,” war nañu ko delloo “ba ci benn araf,” ci waxtu tëj giirug ñent-fukki ñaar ak ñent-junni. Seede bi nekk ci taariix ba léeb boobu njëkk amee, xamle na ne Habakuk saar ñaareel dafa lëkkaloo bu baax ak, te bokk na ci, lééb boobu. Kon nag “werante” gi nekk ci Habakuk ñaar dafa teewoon nattu noflaay ak yeesal gi góor ñi ree te bañ a déglu. Bi taalibeer yi dëggu ci Biibël di wéy di seet yoon yu mag yi, ñu ràññee ne du sax rekk lééb bu fukki janq yi ak Habakuk ñaar ñoo bokk benn waxaj-jàmm, waaye noonu itam la Ezekiel saar fukk ak ñaar.</w:t>
      </w:r>
    </w:p>
    <w:p>
      <w:pPr>
        <w:pStyle w:val="ArticleScripture"/>
        <w:jc w:val="left"/>
      </w:pPr>
      <w:r>
        <w:rPr>
          <w:rFonts w:ascii="Times New Roman" w:hAnsi="Times New Roman" w:eastAsia="Times New Roman" w:cs="Times New Roman"/>
        </w:rPr>
        <w:t>“Benn ci kàdduy Yonent bi Esekiyel nekkoon itam ab cosaanu doole ak diineel ci ñi gëm: ‘Kàddug Boroom bi ñëw ci man, ne: Yow, doom-aadama, lan mooy wax ju ñuy wax ci réewum Israa’iil, naan: Fan yi yàgg nañu, te bépp peeñu amul njariñ? Kon waxleen ne: Nii la Boroom Yàlla wax.... Fan yi jegesi nañu, ak matug bépp peeñu.... Dinaa wax, te kàddu gi ma di wax dina am; du yàggatati.’ ‘Ñi bokk ci kërg Israa’iil nee nañu: Peeñu gi mu gis, ngir ay fan yu bare la; te muy yonent ci mbirum jamono yu sore. Moo tax waxleen ne: Nii la Boroom Yàlla wax; Benn ci samay kàddu du yàggatati mukk, waaye kàddu gi ma wax, mooy am.’ Esekiyel 12:21–25, 27, 28.” The Great Controversy, 393.</w:t>
      </w:r>
    </w:p>
    <w:p>
      <w:pPr>
        <w:pStyle w:val="ArticleBody"/>
        <w:jc w:val="left"/>
      </w:pPr>
      <w:r>
        <w:rPr>
          <w:rFonts w:ascii="Times New Roman" w:hAnsi="Times New Roman" w:eastAsia="Times New Roman" w:cs="Times New Roman"/>
        </w:rPr>
        <w:t>Jamono giñ seel ñaar-fukk ak ñeent junni ak ñeent téeméeri ñaar-fukk ak ñeent war a seel, ni ko yëgle Yëngu Advent bi diggante 1840 ak 1844, moo tekki jamono ji ci mujj yi, bi “njariñu bépp peeñ” “dina am.” Taarixu waxi yonent wi jëkk, buñ ko teg ci taarixu waxi yonent wi ñaareel, moo xamle taarixu waxi yonent wi ñetteel, te mooy taarixu waxi yonent wi ci seeli ñaar-fukk ak ñeent junni ak ñeent téeméeri ñaar-fukk ak ñeent. Te itam mooy taarixu 1840 ba 1844. Te itam mooy taarix bi liggéeyu ndawsi yi waajal yoon wi ngir Yonnenta Kóllëre gi mat. Mooy taarix bi ñaari saxari rabu suuf si jaar ci benn coppite gu joge ci juróomeelu ba ci “juróom-ñaareelu” bi “bokk ci juróom-ñaari yi”. Mooy taarix bi ñaari yonent yi ñu rey ci mbedd mi, ci saaru kumi ak benn ci Kàddug Yëgle bi.</w:t>
      </w:r>
    </w:p>
    <w:p>
      <w:pPr>
        <w:pStyle w:val="ArticleBody"/>
        <w:jc w:val="left"/>
      </w:pPr>
      <w:r>
        <w:rPr>
          <w:rFonts w:ascii="Times New Roman" w:hAnsi="Times New Roman" w:eastAsia="Times New Roman" w:cs="Times New Roman"/>
        </w:rPr>
        <w:t>Waaye itam, li am solo lool mooy ne ndax Kàddu Yàlla du mukk a taxaw ci neen, te boole ak njàngale ne yonent yi yépp dañuy wax ci fan yu mujj yi gën a bare yeneen jamono yépp, ci 11 Sàttumbar 2001 “fan yu yonent yi agsi nañu”, fa “kàddu yi” Yàlla wax “dinañu am”, te “dufa yàggaatati.”</w:t>
      </w:r>
    </w:p>
    <w:p>
      <w:pPr>
        <w:pStyle w:val="ArticleBody"/>
        <w:jc w:val="left"/>
      </w:pPr>
      <w:r>
        <w:rPr>
          <w:rFonts w:ascii="Times New Roman" w:hAnsi="Times New Roman" w:eastAsia="Times New Roman" w:cs="Times New Roman"/>
        </w:rPr>
        <w:t>Bëggu 1863 bi jagle Mbooloom Laodise ci màndiŋ ba ñépp dee. Boroom bi dellu ci jaar-jaar boobu 11 septembre 2001, ni Mu ko defoon ak Israayil gu yàgg ga ca Kadesh.</w:t>
      </w:r>
    </w:p>
    <w:p>
      <w:pPr>
        <w:pStyle w:val="ArticleBody"/>
        <w:jc w:val="left"/>
      </w:pPr>
      <w:r>
        <w:rPr>
          <w:rFonts w:ascii="Times New Roman" w:hAnsi="Times New Roman" w:eastAsia="Times New Roman" w:cs="Times New Roman"/>
        </w:rPr>
        <w:t>Njëkkul gi ci Kadesh moo jur wàllug fukki yëngalekat yi, te indi jamono ji ñu daanu ci màndiŋ mi. Ci njeexital ñeent-fukk at yi, ñu dellu Kadesh, te fa la Musaa dóor Doj wi ñaareelu yoon ba tere ko mu duggu ci Réew mi Yàlla digoon, waaye ñoom dañu dugg ak Yosuwe. 11 Septàmbar 2001, mooy màndargaal gi jëme ci xeetu mujj gi, te Yàlla duatul yokk yàggal Ay Kàdduam.</w:t>
      </w:r>
    </w:p>
    <w:p>
      <w:pPr>
        <w:pStyle w:val="ArticleBody"/>
        <w:jc w:val="left"/>
      </w:pPr>
      <w:r>
        <w:rPr>
          <w:rFonts w:ascii="Times New Roman" w:hAnsi="Times New Roman" w:eastAsia="Times New Roman" w:cs="Times New Roman"/>
        </w:rPr>
        <w:t>Dinanu wax aji ci dëgg bii ci mbind mi ci topp.</w:t>
      </w:r>
    </w:p>
    <w:p>
      <w:pPr>
        <w:pStyle w:val="ArticleScripture"/>
        <w:jc w:val="left"/>
      </w:pPr>
      <w:r>
        <w:rPr>
          <w:rFonts w:ascii="Times New Roman" w:hAnsi="Times New Roman" w:eastAsia="Times New Roman" w:cs="Times New Roman"/>
        </w:rPr>
        <w:t>“Jàngoro dundu-désert ba Israyil dundoon, bind nañu ko ngir njariñu Israyilu Yàlla ba ci jeexital jamono. Naka la Yàlla jëfandikoo ak ñi doon wër-wëri ci màndiŋ mi ci seeni doxalin yu ñëw ak yu dem yépp, ci seen jafe-jafe ci xiif, mar, ak sonn, ak ci kàdduy dooleem yu leer neex ngir seen ndimbal, loolu lépp léebu Yàlla la buy yóbbu artu ak njàngal ngir ay nitam ci jamono yépp. Xew-xew yu bare yu Hébre yi daan jànkoonte woon ab ekoolu waajal ngir seen kër gu ñu leen digoon ci Kanaan. Yàlla bëgg na ne nitam ci àddina si mujj yii xoolaat ak xol yu suufeel ak xel yu nangoo njàngale, nattu yu tàng yi Israyil bu yàgg baaxoon jaar, ngir ñu jàng ci waajal seen bopp ngir Kanaan gu asamaan.”</w:t>
      </w:r>
    </w:p>
    <w:p>
      <w:pPr>
        <w:pStyle w:val="ArticleScripture"/>
        <w:jc w:val="left"/>
      </w:pPr>
      <w:r>
        <w:rPr>
          <w:rFonts w:ascii="Times New Roman" w:hAnsi="Times New Roman" w:eastAsia="Times New Roman" w:cs="Times New Roman"/>
        </w:rPr>
        <w:t>“Doj wi, biññu ko dóor ndax ndigal Yàlla, ba mu génn ay ndoxam yu dund, dafa doon misaalu Kirist, mi ñu dóor te rey ko ngir ci deretam ñu man a waajal bëtu ndox ngir muccug nit ku rey. Naka lañu doon dóor doj wi benn yoon rekk, noonu itam Kirist dafa warañu ko ‘jëbbal benn yoon rekk ngir yóbbu bàkkaar yu bare.’ Waaye bi Muusaa, ci Kades, dóoree doj wi ak gaaw-gàtt, misaal bu rafet bu Kirist bi dafa yàqu. Sunu Musalkat warul woon a sarxaleesaat ñaareel yoon. Ndegam sarax gu màgg ga benn yoon rekk lañu ko joxe, li war ci ñi wut barkey yi ci ay yiwam mooy ñaan ci turu Yeesu,—di tuur seen bëgg-bëgg yu xol ci ñaanu tuub. Ñaan boobu dina yóbbu ci kanam Boroom mbootaay yi ay gaañu Yeesu, te noonu deret ju may dund dina dellu génn bees, ni ko génnug ndox mu dund mi doon misaalal ndax Israayil mi mar.”</w:t>
      </w:r>
    </w:p>
    <w:p>
      <w:pPr>
        <w:pStyle w:val="ArticleScripture"/>
        <w:jc w:val="left"/>
      </w:pPr>
      <w:r>
        <w:rPr>
          <w:rFonts w:ascii="Times New Roman" w:hAnsi="Times New Roman" w:eastAsia="Times New Roman" w:cs="Times New Roman"/>
        </w:rPr>
        <w:t>“Xanaa ci ngëm gu dund ci Yàlla ak ci topp bu suufeey ndigalam, la nit man a yaakaar ne dina dajeek nangu gu Yàlla. Ca jamono jooju bu kéemaan gu mag ga xewe Kadees, Musaa, mi sonn na ndax ngununaan ak moytu gu saxgóor gi, dafa ñàkk gis ndimbalëm Aji Kàttan ji; déggul woon ndigal li ne: ‘Waxleen doj wi, te dina génne ndoxam;’ te gannaaw bi mu amul doole ju jóge ci Yàlla, bàyyiku na ba xaraxal tariixam ak wone mer ak néew-doole nit. Nit ka ko waroon, te mu mana doon ba mu jeex liggéeyam, sell, dëgër te bañ a xam boppam, dafa daanu mujj. Yàlla yàqunañu ko kanam mbooloom Israayil, fa mu manoon a teraloo te màggal turam.”</w:t>
      </w:r>
    </w:p>
    <w:p>
      <w:pPr>
        <w:pStyle w:val="ArticleScripture"/>
        <w:jc w:val="left"/>
      </w:pPr>
      <w:r>
        <w:rPr>
          <w:rFonts w:ascii="Times New Roman" w:hAnsi="Times New Roman" w:eastAsia="Times New Roman" w:cs="Times New Roman"/>
        </w:rPr>
        <w:t>“Àtte bi ñu gaaw a yégle ci kaw Musaa dafa metti lool te toroxal ko,—moom ak Israyil buy weddi dafa war a dee laata ñuy jaare dexu Jurdan. Waaye ndax nit man naa wax ne Boroom bi dafa diggandoo akam bu metti ci ay jaamam ngir benn tooñ boobu rekk? Yàlla teraaloon na Musaa ndam li mu teral kenn ku nekk woon jamono jooju. Dafa mas a wone ne ay mbiram jub naat ak naat. Dafa dégg ay ñaanam, te wax ak moom kanam ak kanam, ni nit di wax ak xaritam. Naka la leer gi ak xam-xam gi Musaa amoon di yokku, noonu la ay tooñam di gën a tar.”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ak fukk ak ñett</dc:title>
  <dc:subject>Ubbi Jëfandikoo Bu Yees Ñett ci Yonent gi: Xam Solo 11 Sàttumbar 2001 ci Njàngum Biibël bi</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