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Dañeel — Téeméeri ak fukk ak juróom-ñett</w:t>
      </w:r>
      <w:r>
        <w:rPr>
          <w:rFonts w:ascii="Leelawadee UI" w:hAnsi="Leelawadee UI" w:eastAsia="Leelawadee UI" w:cs="Leelawadee UI"/>
        </w:rPr>
        <w:t>៕</w:t>
      </w:r>
    </w:p>
    <w:p>
      <w:pPr>
        <w:pStyle w:val="ArticleSubtitle"/>
        <w:jc w:val="left"/>
      </w:pPr>
      <w:r>
        <w:rPr>
          <w:rFonts w:ascii="Arial" w:hAnsi="Arial" w:eastAsia="Arial" w:cs="Arial"/>
        </w:rPr>
        <w:t>Ubbi tay yu mujj ci yégle yi ci àddina ji mujj ci jamono ji mujjull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2024-03-04</w:t>
      </w:r>
    </w:p>
    <w:p>
      <w:pPr>
        <w:pStyle w:val="ArticleBody"/>
        <w:jc w:val="left"/>
      </w:pPr>
      <w:r>
        <w:rPr>
          <w:rFonts w:ascii="Times New Roman" w:hAnsi="Times New Roman" w:eastAsia="Times New Roman" w:cs="Times New Roman"/>
        </w:rPr>
        <w:t>Ci jamono yu mujj bu nit ñi ñuy bàyyi gannaaw, am na ay melokaani waxu yonent yu ñu fésal. Kon nag, ñoom dañuy jamono ju mel ni ay jàngoro, ndaxte ñoo sos jikkoo Seytaane. Dañuy jamono ju njaaloo, ndaxte ñoo def ay jàppale yu sellul ak noonu Yàlla yi. Agsi nañu ci bérab bu ne, gis nañu waaye mënuñu déggal, dégg nañu waaye mënuñu xam, ndaxte ñuñu soppeeku; te loolu mooy li ñu nettali ni seen xol yaa ngi di nooy. Musaa moo jëkk a wax ci wàllu mbir mii sax.</w:t>
      </w:r>
    </w:p>
    <w:p>
      <w:pPr>
        <w:pStyle w:val="ArticleScripture"/>
        <w:jc w:val="left"/>
      </w:pPr>
      <w:r>
        <w:rPr>
          <w:rFonts w:ascii="Times New Roman" w:hAnsi="Times New Roman" w:eastAsia="Times New Roman" w:cs="Times New Roman"/>
        </w:rPr>
        <w:t>Te Musa woo Israayil gépp, ne leen: Yeen gis ngeen lépp lu Boroom bi defoon seen bët yu nekk ca suuf si Misra, ci kanam Firawna, ak mboolem ay jaamam, ak mboolem réewam; nattu yu mag ya seen bët gis, ay kéemaan ya, ak kéemaan yu mag yooyu. Waaye ba tey jii, Boroom bi joxagul leen xol bu xam, ak bët yu gis, ak nopp yu dégg. Deuteronomy 29:2–4.</w:t>
      </w:r>
    </w:p>
    <w:p>
      <w:pPr>
        <w:pStyle w:val="ArticleBody"/>
        <w:jc w:val="left"/>
      </w:pPr>
      <w:r>
        <w:rPr>
          <w:rFonts w:ascii="Times New Roman" w:hAnsi="Times New Roman" w:eastAsia="Times New Roman" w:cs="Times New Roman"/>
        </w:rPr>
        <w:t>Ci njëkk a jëfandikoo bu njëkk ci mbirum Laodise ci gis ak dégg, li askanu Yàlla mënuñu gis mooy màndarga yi ak kéemaan yi nekk ci seen jaar-jaaru màggat gu njëkk. Yeremi wax ne mbir moomu mooy benn melokaanu “janq yu ndaw xel yi” ci fan yu mujj yi, te it muy wone nanguwul gi janq yu ndaw xel yi bañ a nangu ci yégle yi ñetti malaaka yi, te loolu tàmbalee ak yégleb malaaka bu njëkk bi di woo nit ñi ngir ragal Yàlla Mi Bind. Ndax ngëmadi boobu, dañu jotul taw bi mujj bi.</w:t>
      </w:r>
    </w:p>
    <w:p>
      <w:pPr>
        <w:pStyle w:val="ArticleScripture"/>
        <w:jc w:val="left"/>
      </w:pPr>
      <w:r>
        <w:rPr>
          <w:rFonts w:ascii="Times New Roman" w:hAnsi="Times New Roman" w:eastAsia="Times New Roman" w:cs="Times New Roman"/>
        </w:rPr>
        <w:t>Yégleen li ci kërug Yàqóoba, te xamle ko ci Yuda ne: Dégluleen léegi lii, yéen xeet wu ñàkk xel te amul njàngum xam; yi am bët, te gisul; yi am nopp, te déggul. Ndax dungeen maa ragal? wax na Boroom bi. Ndax dungeen yëngu ci sama kanam, man mi tëral suuf-suux si muy diggu géej gi ak suuf, ci ndigal gu sax ba fàww, ngir mu bañ koo jéggi? Bu ay mbindam di yëngu ak doole, te duñu man a not; bu ñuy riir, te duñu ko man a jéggi. Waaye xeet wii am na xol wu dëng te di weddi; dañoo dëng ba dem. Te sax duñu wax ci seen xol ne: Na nuy ragal sunu Yàlla Boroom bi, miy jox taw bi, bu njëkk ak bu mujj, ci jamono jii war; te mooy dencal nu ay ayu-bés yu ñu tëral ngir ngóob mi. Seen ñaawtéef yooyu moo dindi yéen loolu, te seen bàkkaar moo tere yéen yiw. Yeremiya 5:20–25.</w:t>
      </w:r>
    </w:p>
    <w:p>
      <w:pPr>
        <w:pStyle w:val="ArticleBody"/>
        <w:jc w:val="left"/>
      </w:pPr>
      <w:r>
        <w:rPr>
          <w:rFonts w:ascii="Times New Roman" w:hAnsi="Times New Roman" w:eastAsia="Times New Roman" w:cs="Times New Roman"/>
        </w:rPr>
        <w:t>Esekiyel mi ngi xamale ne ñi wone jikko yi ñu tegtal ci gis te xamul, ay kër gu wut dikk lañu. Ay kër gu wut dikk lañu, ñi bañ a gis jaar-jaari seen cosaan yi, ñi di janq yu ñàkk xel, ñi bañeesul soppeeku ndaxte dañuy bañ yëgleb malaaka bu jëkk bi, te loolu mooy bañ leen ñépp; ndax su fekkee ne nga nangul yëgleb malaaka bu jëkk bi, doo man a nangoo bu ñaareel bi walla bu ñetteel bi. Ci nekkin boobu, tawte gu mujj gi dañuy ko tere janq yooyu ci waxtu tawte gu mujj ga. Gannaaw ba Yeesu waxee ci jikko jii ci nettaliam, mu teg ca topp a joxe léebu beykat bi.</w:t>
      </w:r>
    </w:p>
    <w:p>
      <w:pPr>
        <w:pStyle w:val="ArticleScripture"/>
        <w:jc w:val="left"/>
      </w:pPr>
      <w:r>
        <w:rPr>
          <w:rFonts w:ascii="Times New Roman" w:hAnsi="Times New Roman" w:eastAsia="Times New Roman" w:cs="Times New Roman"/>
        </w:rPr>
        <w:t>Waaye barkeel nañu seen bët, ndaxte gis nañu; ak seen nopp, ndaxte dégg nañu. Ndax dëgg maa ngi leen koy wax, ne yeneen yonent ak nit ñu jub yu bare bëgg nañu gis li ngeen di gis, te gisewuñu ko; te dégg li ngeen di dégg, te dégguñu ko. Dégluleen nag léebu beykat bi. Bu kenn déggée kàddug nguur gi te xam-xamu ko, saa sa Aji bon ji dikk, jëlé dem li ñu ji woon ci xolam. Kooku mooy ki jotoon pepp mi ci wetu yoon wi. Waaye ki jotoon pepp mi ci bérab yu xeer, kooku mooy ki dégg kàddu gi, te ci saa si mu nangu ko ak mbégte; waaye amul root ci boppam, waaye mu sax diir bu gàtt rekk; ndax bu metit walla fitna dalée ndax kàddu gi, ci saa si mu tënk. Ki jotoon it pepp mi ci biir garab yu xob, kooku mooy ki dégg kàddu gi; waaye njàqare àddina sii ak naxug alal, dañuy bux kàddu gi, ba tax mu nekk ku meññul. Waaye ki jotoon pepp mi ci suuf su baax, kooku mooy ki dégg kàddu gi te xam-xamu ko; te moom itam dafa meññ, di jur, kii téeméer, kii juróom-benn-fukk, kii fanweer. Mu teg leen beneen léebu ne: “Nguuru asamaan mel na ak nit ku ji woon pepp bu baax ci toolam. Waaye bi nit ña nelawoon, noonam dikk, ji ñax wu bon ci diggante dugub ji, ba noppi dem. Waaye bi mbey mi saxee, tàmbalee jur, kon ñax wu bon wi feeñ itam. Noonu surga yi boroom kër ga ñëw, ne ko: ‘Sang bi, ndax du pepp bu baax nga ji woon sa tool? Fu mu jëlee nag ñax wu bon wi?’ Mu ne leen: ‘Noon moo def lii.’ Surga ya ne ko: ‘Ndax bëgg nga nu dem denc ko?’ Waaye mu ne: ‘Déedet; ngir bu ngeen di denc ñax wu bon wi, ngeen buddi itam dugub ji ak moom. Bàyyileen ñoo bokk màgg ba bésu ngóob ba; te ci jamonoy ngóob maay wax góobkat ya: Dencleen njëkk ñax wu bon wi, boole ko ci ay geb ngir lakk ko; waaye dajaleen dugub ji ci sama saq.” Macë 13:16–30.</w:t>
      </w:r>
    </w:p>
    <w:p>
      <w:pPr>
        <w:pStyle w:val="ArticleBody"/>
        <w:jc w:val="left"/>
      </w:pPr>
      <w:r>
        <w:rPr>
          <w:rFonts w:ascii="Times New Roman" w:hAnsi="Times New Roman" w:eastAsia="Times New Roman" w:cs="Times New Roman"/>
        </w:rPr>
        <w:t>Ñi ñàkk yi mooy garab gu bon gi, te ñi xam-xam yi mooy dugub gi. Ci léebu fukki janq ya, am-naat gi mooy li di wone wuute gi nekk ci diggante ñaari xeet yi; te ci dugub ak garab gu bon gi, li ko waral mooy ndax pepp bi, maanaam kàddu gi, dees na ko xam. Jëfandikoo bu njëkk bi Muuse def ci wàllu ab xeet buy bañ a gis, te moona bañ a xam, dafa teg yégle bi war a xam ne mooy kéemaan yi ak firnde yi ci jaar-jaaru taariix bu njëkk bi. Tudd bu mujj bi ci wàllu yonent ci mbir yi aju ci gumbaay gu kër gu toppadi ga, ni Ellen White ko waxe, mooy ne bët yi barkeeloo woon ngir gis li góor ñu jub ñépp bëggoon a gis, mooy taariixu yëngu-yënguu Millerite bi.</w:t>
      </w:r>
    </w:p>
    <w:p>
      <w:pPr>
        <w:pStyle w:val="ArticleScripture"/>
        <w:jc w:val="left"/>
      </w:pPr>
      <w:r>
        <w:rPr>
          <w:rFonts w:ascii="Times New Roman" w:hAnsi="Times New Roman" w:eastAsia="Times New Roman" w:cs="Times New Roman"/>
        </w:rPr>
        <w:t>“Bépp yéen njàngale yiñ meyoon ci diggante 1840–1844 war nañu leen a delloo lépp seen doole léegi, ndaxte am na ñu bari ñi sànku seen jub. Njàngale yi war nañu a yegsi ci bépp mbooloom kër-cee.”</w:t>
      </w:r>
    </w:p>
    <w:p>
      <w:pPr>
        <w:pStyle w:val="ArticleScripture"/>
        <w:jc w:val="left"/>
      </w:pPr>
      <w:r>
        <w:rPr>
          <w:rFonts w:ascii="Times New Roman" w:hAnsi="Times New Roman" w:eastAsia="Times New Roman" w:cs="Times New Roman"/>
        </w:rPr>
        <w:t>“Kirist neena: ‘Yeen yu barkeel nañu leen, ndax gis nañu; ak seen nopp yi itam, ndax dégg nañu. Ndax dëgg-dëgg maa ngi leen koy wax, ne yeneen yonent yu bare ak nit ñu jub dafa leen bëgg woon gis yi ngeen gis, waaye gisewuñu ko; te dégg yi ngeen dégg, waaye dégguñu ko’ [Matthew 13:16, 17]. Barkeel nañu ko yeen yu gisoon liñu gisoon ci atum 1843 ak 1844.” Manuscript Releases, volume 21, 436, 437.</w:t>
      </w:r>
    </w:p>
    <w:p>
      <w:pPr>
        <w:pStyle w:val="ArticleBody"/>
        <w:jc w:val="left"/>
      </w:pPr>
      <w:r>
        <w:rPr>
          <w:rFonts w:ascii="Times New Roman" w:hAnsi="Times New Roman" w:eastAsia="Times New Roman" w:cs="Times New Roman"/>
        </w:rPr>
        <w:t>Yeesu dafay feeñal mujj gi ci njàlbéen gi, te benn wax bu njëkk bi ci ñi am ay bët waaye duñu gis mbaa xam, ak benn wax bu mujj bi, dañuy xamale ne jaar-jaaru cosaanu kër gu rebel bi mooy li ñu gisul, te moo tax ñu bañ ko, te noonu mu tere ñi ñàkk xel ngir xam taw bi mujj bi. Jaar-jaaru at yi 1840–1844 dafa mel ni musibaayu Israayil bu yàgg ba jëkk ci ngir bàyyikoo ci jaamu Misra. Lu yoon Israayil bu yàgg ba jëkk gi defoon ba ñàkk jaar ci jéemantu njàlbéen gi, yóbbu leen Kades, fa ñu nangu xibaaru fen bu fukki yoonkat ya yóbbóo, te tann njiitu bees ngir jiite leen dellu Misra. Ñaar-fukk at gannaaw loolu ñu delloo leen Kades, te Moyis dafa lajj ba dóor Doj wa ñaareel yoon.</w:t>
      </w:r>
    </w:p>
    <w:p>
      <w:pPr>
        <w:pStyle w:val="ArticleBody"/>
        <w:jc w:val="left"/>
      </w:pPr>
      <w:r>
        <w:rPr>
          <w:rFonts w:ascii="Times New Roman" w:hAnsi="Times New Roman" w:eastAsia="Times New Roman" w:cs="Times New Roman"/>
        </w:rPr>
        <w:t>Maske Muuse daanu na, Yosuwee wéy di jiite leen ba ñu duggu ci Suuf su Yàlla digoon. Nattu mu mujj ma ca Kadees moo amoon benn rébb yu tar te ci moom la ànd ak moom, ndaxte Yeesu dafay Saa bu ne melal mujje gi ak tàmbali gi; te rébb gi ña fukki yëngatakat yi defoon ca Kadees ca tàmbali juróom-ñaar fukk at yi, ak ci mujjug juróom-ñaar fukk at yi itam, dafay melal benn rébb gu mag ca Kadees. Waaye doonte rébb gi Muuse defoon ca Kadees, gis-gisu dugg ci Suuf su Yàlla digoon weesuwoonatul.</w:t>
      </w:r>
    </w:p>
    <w:p>
      <w:pPr>
        <w:pStyle w:val="ArticleBody"/>
        <w:jc w:val="left"/>
      </w:pPr>
      <w:r>
        <w:rPr>
          <w:rFonts w:ascii="Times New Roman" w:hAnsi="Times New Roman" w:eastAsia="Times New Roman" w:cs="Times New Roman"/>
        </w:rPr>
        <w:t>Ci biir bu 1863 bi, mi waraloon ci gëmmiñ gu gën a yaatu gu 1888, te mi waraloon ci gëmmiñ gu gën a yaatu gu 1919, gi mujje ci biir bu 1957 bi, Yeesu delloo na Adventisme Laodise bi ca Kadesh. Mu delloo leen ca taarix ba malaaka bu ñetteel bi agsee te tàmbali ab jéegtal gu nattu, gu mujje feeñal gëmmiñ gu 1863, ak dëppoo gi ci wank wi ci màndiŋu Laodise. Malaaka bu ñetteel bi dugg na ci taarix bu mujj bu Adventisme Laodise bi 11 Septàmburu 2001, ba malaaka bu mag bi ci Peeñu Yàlla fukki juróom ñaar, mi di malaaka bu ñetteel bi, wàcce. Noonu mu yégle ne Babilon dafa daanu, ni ko melaloon ci sànniw kërug Nimrood, ba kër yu kawe yi ci dëkku New York daanu.</w:t>
      </w:r>
    </w:p>
    <w:p>
      <w:pPr>
        <w:pStyle w:val="ArticleScripture"/>
        <w:jc w:val="left"/>
      </w:pPr>
      <w:r>
        <w:rPr>
          <w:rFonts w:ascii="Times New Roman" w:hAnsi="Times New Roman" w:eastAsia="Times New Roman" w:cs="Times New Roman"/>
        </w:rPr>
        <w:t>«Bataaxalu ñetteelu malaaka bi duñu ko dégg bu baax; leer gi dina leeral suuf si ak ndamam, ñi bañ a dox ci ndamam guy yokku boobu dinañu ko wax ne ay leer gu dul dëgg la.» Review and Herald, May 27, 1890.</w:t>
      </w:r>
    </w:p>
    <w:p>
      <w:pPr>
        <w:pStyle w:val="ArticleBody"/>
        <w:jc w:val="left"/>
      </w:pPr>
      <w:r>
        <w:rPr>
          <w:rFonts w:ascii="Times New Roman" w:hAnsi="Times New Roman" w:eastAsia="Times New Roman" w:cs="Times New Roman"/>
        </w:rPr>
        <w:t>Ni ci Israyil gu mag ya, noonu itam Israyil gu tey. Maaso mi seedee 11 Septaambar 2001 mooy maaso mujj mi. Yeesu wax na ci Luka saar 21 ne “maaso mii,” te Moom rafetle na ne maaso boobu mooy ñi dund ba àddina ak asamaan jeex, te loolu di am ci Ñëw ga ñaareel ba. Maaso boobu di ñi dund ba gis dellusi Kirist, dinañu xamoon benn tektal buy firndeelal leen ne ñoom ñoo di maaso mujj mi. Dinañu xam te déggoo ne ñoom ñoo di ñi dund ba “jëfandikoo bépp peeñ” dootul nekk lu “yàgglu.”</w:t>
      </w:r>
    </w:p>
    <w:p>
      <w:pPr>
        <w:pStyle w:val="ArticleBody"/>
        <w:jc w:val="left"/>
      </w:pPr>
      <w:r>
        <w:rPr>
          <w:rFonts w:ascii="Times New Roman" w:hAnsi="Times New Roman" w:eastAsia="Times New Roman" w:cs="Times New Roman"/>
        </w:rPr>
        <w:t>Bi Yeesu doon génn kër Yàlla ga ak taalibe yi, ñu laaj ko mu leeral leen li mu bëggoon wax ci njortam gu aju ci alagug kër Yàlla ga. Waxtaan woowu moo doon tegtal waxtaan wi ay taalibeem di amal ci jamono ji mujj gi. Taalibe yi bëggoon a xam li mu bëgg ci li mu faral di jàngale, ne kerkub Awaatist bu Laodise bi war nañu koo balay ci ndigëlub Dibéer bu jëm ci ñëw ga, ni ñi fa di jaamu nees leen di tufli génne ci gémmiñam, te dootuñuñu ñi koy waxal.</w:t>
      </w:r>
    </w:p>
    <w:p>
      <w:pPr>
        <w:pStyle w:val="ArticleBody"/>
        <w:jc w:val="left"/>
      </w:pPr>
      <w:r>
        <w:rPr>
          <w:rFonts w:ascii="Times New Roman" w:hAnsi="Times New Roman" w:eastAsia="Times New Roman" w:cs="Times New Roman"/>
        </w:rPr>
        <w:t>Ci répondant ay taalibeyam, Yeesu nettali na yàqute Yerusalem ak taarix bi toppoo ca gannaaw, ba agsi ci mujjug àddina. Gannaaw ba Mu wone jëfandikooku taarix ba egg ci aaya fukki ak juróom-ñent, Mu dellu ci yàqute Yerusalem, yàqute gu mën a xewoon ca bant ba, waaye ci yërmande Yàlla ak muñam gu yaatu, ñu yeesal ko lu tollu ci ñeent-fukk at. Ci njàlbéenu ñeent-fukk at yooyu, dina am desit buy rëcc ci yàqute ga, waaye loolu du am ludul bu ñu xamoon màndarga bi Mu joxe woon ci kaw loolu.</w:t>
      </w:r>
    </w:p>
    <w:p>
      <w:pPr>
        <w:pStyle w:val="ArticleBody"/>
        <w:jc w:val="left"/>
      </w:pPr>
      <w:r>
        <w:rPr>
          <w:rFonts w:ascii="Times New Roman" w:hAnsi="Times New Roman" w:eastAsia="Times New Roman" w:cs="Times New Roman"/>
        </w:rPr>
        <w:t>Ci tàmbali Israayil bu yàgg ba, amoon na ab diir bu ñeent fukki at, mi tàmbalee ak àtteb yàlla ci kaw ñàkk dégg-dëggug fukki yëngukat ya, te ñu yeesal ko ba ci ñeent fukki at ngir ñaanug Musaa. Ci mujju Israayil bu yàgg ba, amoon na àtteb Yàlla ci kaw ñàkk dégg-dëggug bant ba, te ñu yeesal ko ba ci ñeent fukki at ngir muñ gu yàgg ak yërmande yi Kirist di wone. Ci ñaari jaar-jaari mbir yooyu, amoon na ñi desoon ñu mucc. Yeesu dafa faral di leerale mujju benn mbir ak tàmbaliy benn mbir.</w:t>
      </w:r>
    </w:p>
    <w:p>
      <w:pPr>
        <w:pStyle w:val="ArticleBody"/>
        <w:jc w:val="left"/>
      </w:pPr>
      <w:r>
        <w:rPr>
          <w:rFonts w:ascii="Times New Roman" w:hAnsi="Times New Roman" w:eastAsia="Times New Roman" w:cs="Times New Roman"/>
        </w:rPr>
        <w:t>Yeesu wax jëfandikoo màndarga wi jëme ci yàqug Yerusalem te mu sant ko nekk “fan yi àtte bu metti.”</w:t>
      </w:r>
    </w:p>
    <w:p>
      <w:pPr>
        <w:pStyle w:val="ArticleScripture"/>
        <w:jc w:val="left"/>
      </w:pPr>
      <w:r>
        <w:rPr>
          <w:rFonts w:ascii="Times New Roman" w:hAnsi="Times New Roman" w:eastAsia="Times New Roman" w:cs="Times New Roman"/>
        </w:rPr>
        <w:t>Bu ngeen gis Yérusalem ñu wër ko ak ay xarekat, kon xamleen ne yàqum ga jege na. Kon na ñi nekk ci Yudée daw dem ca tundu ya; te na ñi nekk ci biiram dëkk ba génn; te bu ñi nekk ci réew yi duggsi fa. Ndaxte yooyu ay fanu mbugal lañu, ngir lépp luñu bindoon am yoon. Luuk 21:20–22.</w:t>
      </w:r>
    </w:p>
    <w:p>
      <w:pPr>
        <w:pStyle w:val="ArticleBody"/>
        <w:jc w:val="left"/>
      </w:pPr>
      <w:r>
        <w:rPr>
          <w:rFonts w:ascii="Times New Roman" w:hAnsi="Times New Roman" w:eastAsia="Times New Roman" w:cs="Times New Roman"/>
        </w:rPr>
        <w:t>“Bésub beñu fay” mooy juróom-ñaari musiba yu mujj yi, te moo tax Baaykat White boole tasug Yerusalem ak àtteb Yàlla buy jëfe ci fan yu mujj yi.</w:t>
      </w:r>
    </w:p>
    <w:p>
      <w:pPr>
        <w:pStyle w:val="ArticleScripture"/>
        <w:jc w:val="left"/>
      </w:pPr>
      <w:r>
        <w:rPr>
          <w:rFonts w:ascii="Times New Roman" w:hAnsi="Times New Roman" w:eastAsia="Times New Roman" w:cs="Times New Roman"/>
        </w:rPr>
        <w:t>Ngeenleen, yéen xeet yi, ngir dégg; te déglu leen, yéen askan yi: na suuf si dégg, ak lépp lu nekk ci biiram; àddina si, ak lépp lu génne ci moom. Ndax merum Boroom bi wàcc na ci kaw xeet yépp, ak xèccoom ci kaw seeni mbooloom xare yépp: alag na leen ba noppi, jébbal na leen ngir reyle. Te it seeni néew dees na leen sànni ba ci biti, te séentu seeni yaram yu dee ya di yéeg; te tundu yi di nelaw ak seen deret. Te mboolem mbooloom asamaan dina yàqu, te asamaan yi dees na leen denc ni kayit buy wër; te seeni mbooloom yépp dina daanu, ni xob wi daanuy rot ci garabub reseñ, ak ni fig bu wow di rot ci garabug fig. Ndax sama sabar dina suux ci asamaan: xool-leen, dina wàcc ci Idumee, ak ci askanu sama rëbb, ngir àtte. Sabaru Boroom bi fees na ak deret, sedd na ak xob; ak deretu xar ak bëy, ak xobum roññi xaru-góor yi: ndax Boroom bi am na sarax ci Bosra, ak reyle gu réy ci réewum Idumee. Te béyléer yi dinañu daanu ak ñoom, ak nag yu ndaw yi ak nag yu góor yi; te seen suuf dina xeeb ak deret, te seen pënd dina sedd ak xob. Ndax mooy bésub feyug Boroom bi, ak atum peyug yoon ngir mbirum Siyon. Esayi 34:1–8.</w:t>
      </w:r>
    </w:p>
    <w:p>
      <w:pPr>
        <w:pStyle w:val="ArticleBody"/>
        <w:jc w:val="left"/>
      </w:pPr>
      <w:r>
        <w:rPr>
          <w:rFonts w:ascii="Times New Roman" w:hAnsi="Times New Roman" w:eastAsia="Times New Roman" w:cs="Times New Roman"/>
        </w:rPr>
        <w:t>Yeesu joxe na nit ñépp seen njëkk waxtaan ci Nasaret, yégle boppam ne mooy Almasi bi. Waxtaan woowu dafa doon ci yoonu wax ju njëkk ci mbindum wax yu yonent yi. Jàngat bi mu tann moo wone ne liggéeyam dafa boole yégle “bésub fayu Boroom bi.” Te loolu, ni Esayi waxe, mooy itam “atu feyug yi ngir xuloo Siyon.”</w:t>
      </w:r>
    </w:p>
    <w:p>
      <w:pPr>
        <w:pStyle w:val="ArticleBody"/>
        <w:jc w:val="left"/>
      </w:pPr>
      <w:r>
        <w:rPr>
          <w:rFonts w:ascii="Times New Roman" w:hAnsi="Times New Roman" w:eastAsia="Times New Roman" w:cs="Times New Roman"/>
        </w:rPr>
        <w:t>Ca Nasaret la Kirist moom tambalee woon liggéeyam gu feeñ ci kanam nit ñi te yégle boppam ne mooy Masi bi. Te ca jamono jooju, ñi dégg ay waxam te xamulñu lu mu tekki, jéem nañu koo rey ci sànni ko ca kaw tund wa. Njàlbéenu liggéeyam mandargaaloon na ne nit ñi ci dëkku juddoom jéem nañu koo rey, te mujjug liggéeyam, xeetu askanam rey nañu ko. Liggéeyam mooyoon ngir xamle boppam ne mooy Masi bi, te loolu moom doon na ko ba mu ñuulale ko ci mbëggelam. Ca mbëggelam, benn mandarga bu Yàlla wàcce na ngir dëggal matug waxandikoo gi jëm ci ñëwug Masi bi. Te ci 11 Ut 1840, benn mandarga bu Yàlla wàcce na ngir dëggal waxandikoo gi ci bataaxalub nattu gi ci taariix boobu. Te it ci 11 Sàttumbar 2001, benn mandarga bu Yàlla wàcce na ngir dëggal bataaxal bu ñu waxoon ci taariix boobu, te mooy bataaxalub taw bu mujj bi.</w:t>
      </w:r>
    </w:p>
    <w:p>
      <w:pPr>
        <w:pStyle w:val="ArticleScripture"/>
        <w:jc w:val="left"/>
      </w:pPr>
      <w:r>
        <w:rPr>
          <w:rFonts w:ascii="Times New Roman" w:hAnsi="Times New Roman" w:eastAsia="Times New Roman" w:cs="Times New Roman"/>
        </w:rPr>
        <w:t>“Gannaaw Yeesu liggéeyee ñaari fan ak waa Samari, mu bàyyi leen ngir wéyal yoonam jëm Galile. Moom taxawul Nasaret, fa mu jàlloon ngoneem ak njàlbéenem gu njëkk. Nangu gi mu fa jotoon ca jàngu ba, bi mu yéglee ne mooy Ki Yàlla fal, nekkoon lu baaxul ba tax mu fas yéene seet tool yu gën a am njariñ, ngir waare ci nopp yu koy déglu, ak ci xol yi nanguwaat ay waxam. Mu wax taalibe yi ne: ab yonent amul teral ci réewam. Kàddu googu di wone bañ-bañ gu naturel gi nit ñu bare am ci nangu ne amna njóobare ak yaakaar yu doy waar ci kenn ku dëkkoon ak ñoom te bañ a feeñloo boppam, te ñu ko xam bu baax dale ko ci ngoneem. Waaye itam, ñoom ñii sax mën nañoo yéngu lool ci ay ñaanu-ñaanu ak ay baat yu kenn ku dëkkul ci seen biir ak ku sàkku boppam di wax. The Spirit of Prophecy, volume 2, 151.”</w:t>
      </w:r>
    </w:p>
    <w:p>
      <w:pPr>
        <w:pStyle w:val="ArticleBody"/>
        <w:jc w:val="left"/>
      </w:pPr>
      <w:r>
        <w:rPr>
          <w:rFonts w:ascii="Times New Roman" w:hAnsi="Times New Roman" w:eastAsia="Times New Roman" w:cs="Times New Roman"/>
        </w:rPr>
        <w:t>Ci xàjjaay Luug sar ba ñaar-fukk ak benn, Kirist mi mooy melal nit ñaar téeméer ak ñeent-fukk ak ñeent ñaar-ñaar ñi, maanaa maas bu mujj ba deewee. Def na loolu ci bi mu joxe jaar-jaari mbootaay bi tambalee ak waxtu bi mujj bi mu seeti woon kër ba nekkoon woon kër-u Baayam, waaye gannaaw gi mu nekk kër-u Yawut ya. Ci nettali jaar-jaari mbootaay bi Yeesu tàmbalee wone, agsi na fa ca fanaan ba Yerusalem ak kër Yàlla gi taalibe ya bëggoon a xam ci moom, war a yàqu (70 AD). Mu tudde yàqu ga ni ay fan yu feyu mbugal, te loolu bokkoon na ci yégleem bu ubbi liggéeyam. “Ay fan yu feyu mbugal” yooyu doon nañu tektal du yàqug Yerusalem rekk ci atum 70, waaye itam jamono ji merug Yàlla feeñee, ni ñu ko tektalee ci juróom-ñaari mbugal yu mujj yi.</w:t>
      </w:r>
    </w:p>
    <w:p>
      <w:pPr>
        <w:pStyle w:val="ArticleScripture"/>
        <w:jc w:val="left"/>
      </w:pPr>
      <w:r>
        <w:rPr>
          <w:rFonts w:ascii="Times New Roman" w:hAnsi="Times New Roman" w:eastAsia="Times New Roman" w:cs="Times New Roman"/>
        </w:rPr>
        <w:t>Ndaxte loolu mooy bésub Boroom bi Yàlla bu mbooloom xare yi, bésub feyugu, ngir mu feyu ci say noonam yi; te saamar bi dina lekk, dina suur te màndi ak seen deret; ndax Boroom bi Yàlla bu mbooloom xare yi am na sarax ci réewum bëj-gànnaar, ca wetu dexu Ewrat. Yeremi 46:10.</w:t>
      </w:r>
    </w:p>
    <w:p>
      <w:pPr>
        <w:pStyle w:val="ArticleBody"/>
        <w:jc w:val="left"/>
      </w:pPr>
      <w:r>
        <w:rPr>
          <w:rFonts w:ascii="Times New Roman" w:hAnsi="Times New Roman" w:eastAsia="Times New Roman" w:cs="Times New Roman"/>
        </w:rPr>
        <w:t>“Bésub beeñ” bi ci kaw Babilon, bi ñuy wone ci “sarax si ci réew mi nekk ca bëj-gànnaar, ci wetu dexu Efrat,” day tàmbali ci yoonu dimaas bu agsi lu gaaw.</w:t>
      </w:r>
    </w:p>
    <w:p>
      <w:pPr>
        <w:pStyle w:val="ArticleScripture"/>
        <w:jc w:val="left"/>
      </w:pPr>
      <w:r>
        <w:rPr>
          <w:rFonts w:ascii="Times New Roman" w:hAnsi="Times New Roman" w:eastAsia="Times New Roman" w:cs="Times New Roman"/>
        </w:rPr>
        <w:t>Ndax meru Aji Sax ji, kenn du ko dëkk; waaye dina nekk njëg mu mat sëkk. Képp ku romb Babel dina yéemu, di ko woote ak xas ci yaramam wépp. Soluleen seen buntu xeex wër Babel; yéen ñépp ñiy jëkkal xale yi, fittileen ko; bañleen a yërëm benn xale, ndax moy na Aji Sax ji. Xaacu leen ci kawam fu nekk: mu joxe na loxoom; fondemaayam daanu na, tataam ya tas nañu; ndax mooy fayu Aji Sax ji. Fayuleen ci kawam; ni mu defee, defleen ko noonu. Dagalleen ji ji jiital tool bi ci Babel, ak ki yor njobbe ci waxtu góob gi; ndax ragal saamaru noonu di fitna, ku nekk dina dellu ci ay nitam, te ku nekk dina daw dem ca réewam. Israyil mooy xar mu tasaaroo; gaïndé yi dafa ko dàq. Bu njëkk buur Asiri moo ko lekk; te mujj, bii Nebukadnesar buur Babel, dafa damm ay yaxam. Moo tax nii la Boroom xare yi, Yàlla Israyil, waxe: Seetal, dinaa mbugal buur Babel ak réewam, ni ma mbugalee buur Asiri. Te dinaa delloosi Israyil ca dëkkam; dina lekk ci Karmel ak Basan, te bakkanam dina suur ci tundu Efrayim ak Giléad. Ci fan yooyu, ak ci waxtu woowu, kàddug Aji Sax ji, dinañu wut tooñu Israyil te du feeñ; ak bàkkaar yi Yuda, te duñu leen gis, ndax dinaa baal ñi ma denc. Yéegleen jëm ci réewu Meratayim, xataa ci moom ak ci dëkkkat Péqod; alagleen te saaga leen ba noppi ci seen ginnaaw, kàddug Aji Sax ji; te defleen lépp li ma la sant. Baatu xare mungi ci réew mi, ak yàqute gu réy. Naka la bantub suuf sépp bi daggeeku ba damm! Naka la Babel nekk gàddaay ci biir xeeti àddina! Tegal naa la fiir, te jàpp nañu la it, yow Babel, te xamoo ko; gis nañu la, te jàpp la, ndax da nga xeex ak Aji Sax ji. Aji Sax ji ubbi na kër-guureem, génne na jumtukaayi meram, ndax lii mooy jëfub Boroom bi, Aji Sax ji Boroom xare yi, ci réewu Kaldéen yi. Ñëwleen ci kawam, jógé fu gën a sori; ubbi leen ay dencukaayam; dajaleen ko ni ay mbooloo, te saaga leen ko ba noppi; bu ci dara des. Reyleen naggéem yépp; nañu descsi ba ca rendi ba. Alag na leen! Ndax seen bés agsi na, waxtuw seetlu gi. Baatu ñiy daw ak ñiy rëccu génn réewu Babel, ngir yégle ci Siyon fayug sunu Yàlla Aji Sax ji, fayug këram ju sell ji. Woo leen ñiy fitt xale yi ñëw ci Babel; yéen ñépp ñiy jëkkal xale yi, daldi taxawe wër ko; bu kenn rëcc. Feyeel ko ni ay jëfam; ni mu defee lépp, defleen ko noonu; ndax dafa réyréylu ci kaw Aji Sax ji, ci kaw Ku Sell ki gu Israyil. Jérémie 50:13–29.</w:t>
      </w:r>
    </w:p>
    <w:p>
      <w:pPr>
        <w:pStyle w:val="ArticleBody"/>
        <w:jc w:val="left"/>
      </w:pPr>
      <w:r>
        <w:rPr>
          <w:rFonts w:ascii="Times New Roman" w:hAnsi="Times New Roman" w:eastAsia="Times New Roman" w:cs="Times New Roman"/>
        </w:rPr>
        <w:t>Yàqute Yerusalem ci atum 70 gannaaw Kirist dafa tegtal àttebub jëfandikook jigéenu Babilon, bi tàmbalee ca yoonu Dibéer bu léegi di ñëw ci États-Unis. Yeesu xamoon ne moom moo doon màggal atum 70 gannaaw Kirist ni muy yoonu Dibéer bu léegi di ñëw, ndaxte moom mooy kilifteb Kàdduam, te moom itam mooy Kàddu gi. Lu am solo lool mooy nu xam dékkuwaayu waxu yonent bi Yeesu tëral ci Luka saar 21, ngir nu man a dégg li muy mandarga ji xamle ne xeetu jamono ju mujj ji agsi na.</w:t>
      </w:r>
    </w:p>
    <w:p>
      <w:pPr>
        <w:pStyle w:val="ArticleBody"/>
        <w:jc w:val="left"/>
      </w:pPr>
      <w:r>
        <w:rPr>
          <w:rFonts w:ascii="Times New Roman" w:hAnsi="Times New Roman" w:eastAsia="Times New Roman" w:cs="Times New Roman"/>
        </w:rPr>
        <w:t>Dina yokkute ci njàngum bii ci bind bi ci topp.</w:t>
      </w:r>
    </w:p>
    <w:p>
      <w:pPr>
        <w:pStyle w:val="ArticleScripture"/>
        <w:jc w:val="left"/>
      </w:pPr>
      <w:r>
        <w:rPr>
          <w:rFonts w:ascii="Times New Roman" w:hAnsi="Times New Roman" w:eastAsia="Times New Roman" w:cs="Times New Roman"/>
        </w:rPr>
        <w:t>“Ñëwug Kirist dina am ci waxtu gën a lëndëm ci jaar-jaaru suuf si. Bés yi Nuux ak yi Luut dafay xayma xaalis àddina si bala ñëwug Doomu nit ki. Mbind mi Sell, bi jublu ci waxtu woowu, wax na ne Seytaane dina jëfandikoo bépp kàttan te “ak bépp naxteb jubadi.” 2 Tesalonig 2:9, 10. Li muy jëf moo feeñ bu baax ci lëndëm gi di gëna tar gaaw, ak njuumte yu bare lool, ak yoonu réer yi, ak naxari yi ci fan yii mujj. Du Seytaane rekk moo jàpp àddina nekk jaam, waaye itam ay naxam dañuy lawax kër yu wax ne ñoo bokk ci Boroom bi sunu Yeesu Kirist. Ngànnaay gu mag gi dina màgg ba nekk lëndëm gu xóot ni digg-guddi. Ci askanu Yàlla, dina doon guddi gu nattu, guddi gu jooy, guddi gu fitna ndax dëgg gi. Waaye ci biir guddi gu lëndëm googu la leeru Yàlla di leer.”</w:t>
      </w:r>
    </w:p>
    <w:p>
      <w:pPr>
        <w:pStyle w:val="ArticleScripture"/>
        <w:jc w:val="left"/>
      </w:pPr>
      <w:r>
        <w:rPr>
          <w:rFonts w:ascii="Times New Roman" w:hAnsi="Times New Roman" w:eastAsia="Times New Roman" w:cs="Times New Roman"/>
        </w:rPr>
        <w:t>“Moom moo taxaw leer ci lëndëm.” 2 Korent 4:6. Bi “suuf si doonul woon dara te neen; te lëndëm nekkoon na ci kaw xóotug ndox mi,” “Xelum Yàlla doon na wër ci kaw ndox ya. Noonu Yàlla ne: Na leer am; te leer am.” Njàlbéen 1:2, 3. Noonu itam ci guddig lëndëmu xel gu sell, kàddug Yàlla génn ne: “Na leer am.” Ci ay doomam mu ne leen: “Jógleen, leerleen; ndax sa leer agsi na, te ndamu Boroom bi fenk na ci yow.” Esayi 60:1.</w:t>
      </w:r>
    </w:p>
    <w:p>
      <w:pPr>
        <w:pStyle w:val="ArticleScripture"/>
        <w:jc w:val="left"/>
      </w:pPr>
      <w:r>
        <w:rPr>
          <w:rFonts w:ascii="Times New Roman" w:hAnsi="Times New Roman" w:eastAsia="Times New Roman" w:cs="Times New Roman"/>
        </w:rPr>
        <w:t>“‘Xoolal,’ Mbind mi ne, ‘lëndëm dina muur suuf, te lëndëm gu tar nit ñi: waaye Boroom bi dina feeñ ci yaw, te ndamam dina gisoo ci sa kaw.’ Aaya 2. Kirist, mi di leer gu jóge ci ndamu Baay bi, ñëw na ci àddina ngir nekk leeram. Ñëw na ngir wone Yàlla nit ñi, te ci moom lañu bind ne dañu ko fal ak ‘Xel mu Sell mi ak kàttan,’ te mu ‘wër di def lu baax.’ Jëf ya 10:38. Ci jàngu Nasaret ba mu nekk, mu wax ne, ‘Xelu Boroom bi ngi ci man, ndaxte fal na ma ngir yégle xibaar bu baax ba miskin yi; yónni na ma ngir faj ñi xol seex, ngir yégle goreel ñi ñu téj, ak delloo gis-gis ñi gumba; ngir bàyyi ñi ñu door ñu am seen yoon, ngir yégle atum nangug Boroom bi.’ Luug 4:18, 19. Lii mooy liggéey bi mu sant ay taalibeem ñu def. Mu ne, ‘Yeen ngeen di leeru àddina bi.’ ‘Na seen leer leer noonu kanam nit ñi, ngir ñu gis seen jëf yu baax, te màggal seen Baay bi nekk ci asamaan.’ Macë 5:14, 16.” Yonent yi ak Buur yi, 217, 218.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Dañeel — Téeméeri ak fukk ak juróom-ñett៕</dc:title>
  <dc:subject>Ubbi tay yu mujj ci yégle yi ci àddina ji mujj ci jamono ji mujjull</dc:subject>
  <dc:creator>Jeff Pippenger</dc:creator>
  <cp:keywords/>
  <dc:description>Generated by ArticleDigger from daniel\115_daniel.json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