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fukk ak benn</w:t>
      </w:r>
    </w:p>
    <w:p>
      <w:pPr>
        <w:pStyle w:val="ArticleSubtitle"/>
        <w:jc w:val="left"/>
      </w:pPr>
      <w:r>
        <w:rPr>
          <w:rFonts w:ascii="Arial" w:hAnsi="Arial" w:eastAsia="Arial" w:cs="Arial"/>
        </w:rPr>
        <w:t>Nattu Yonent yi ci Lëndëm ak Jóg gi Nataal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Saare biirub Daniel moom day tektale yëngu malaaka bu njëkk bi, te saare ñaareel bi day tektale yëngu malaaka bu ñaareel bi. Ci misaal yu wax ju yonent yi, yëngu bu njëkk bi mooy ragal Yàlla, bu ñaareel bi mooy jox Yàlla ndam, te bu ñetteel bi mooy xamale waxtu àtte bi. Bala nu dugg bu baax ci saare ñaareel bu Daniel, ab xumbat bu gàtt war na am. Yëngu malaaka bu ñaareel bi, ci li gën a am solo, mooy xamale bërebu Babilon.</w:t>
      </w:r>
    </w:p>
    <w:p>
      <w:pPr>
        <w:pStyle w:val="ArticleScripture"/>
        <w:jc w:val="left"/>
      </w:pPr>
      <w:r>
        <w:rPr>
          <w:rFonts w:ascii="Times New Roman" w:hAnsi="Times New Roman" w:eastAsia="Times New Roman" w:cs="Times New Roman"/>
        </w:rPr>
        <w:t>Te beneen benn malaaka buy topp, naan: “Babilon daanu na, daanu na, dëkk ba réy ba, ndaxte moo naanloo xeeti àddina yépp biiñu dugge ci biiñ bu meram gu njeegam.” Peeñu Yowaana 14:8</w:t>
      </w:r>
    </w:p>
    <w:p>
      <w:pPr>
        <w:pStyle w:val="ArticleBody"/>
        <w:jc w:val="left"/>
      </w:pPr>
      <w:r>
        <w:rPr>
          <w:rFonts w:ascii="Times New Roman" w:hAnsi="Times New Roman" w:eastAsia="Times New Roman" w:cs="Times New Roman"/>
        </w:rPr>
        <w:t>Ñaareel bu ñaareel mi firnde ne suuxu Babilon mooy ne moom tax na “xeeti àddina yépp naan biiñu meram ndax njuram.” Suuxam nekk na tontu ci njuram ak xeeti àddina yépp. Njur gi, ci ay njàngale yu dul dëgg la jóge, te ñoom lañu melal ni “biiñ.” Këram katolig dafa fees ak njàngale yu bare yu dul dëgg, waaye njàngale gu dul dëgg gi ñu tàggale bu baax ak suuxam, mooy njàngale gu dul dëgg gi jur ay “meram.” Njàngale googu mooy boole mbooloom kerk ak nguur, te kerk gi moo yor kilifteef gi ci diggante googu. Meru këram katolig mooy toppatoo ak sonal ñi mu tudde ay heretik. Meram amal na ko ci njuram ak buur yi ci suuf. Bu ñàkkul jokkoo ak buur yi ci suuf, ak nguuram ci seen kaw, du man a toppatoo ak sonal ñi mu mään ni ay heretik. Kon nag, ñaareel suuxam mooy màndargaale waxtu wa ci ëllëg bi mu manaat a jëfandikoo meram, ni mu ko doon def ci jamono ju weesu, te loolu jóge ci njuram ak buur yi ci suuf. Buur yi ci suuf dugg nañu ci boole bu bindul yoon boobu ci naan ay fenam. Suuxu Babilon yéglees na ko bu mujj bi ci Kàddug Yàlla gi tudd Révélation, saar 18.</w:t>
      </w:r>
    </w:p>
    <w:p>
      <w:pPr>
        <w:pStyle w:val="ArticleScripture"/>
        <w:jc w:val="left"/>
      </w:pPr>
      <w:r>
        <w:rPr>
          <w:rFonts w:ascii="Times New Roman" w:hAnsi="Times New Roman" w:eastAsia="Times New Roman" w:cs="Times New Roman"/>
        </w:rPr>
        <w:t>Gannaaw loolu gis naa beneen malaaka gu jóge asamaan, yor kàttan gu réy; te suuf si leer ak ndamam. Mu yuux ak baat bu dëgër, ne: “Babilon bu mag bi daanu na, daanu na, te mu nekk kërug seytaane yi, ak dalu bépp xel bu bon, ak këru bépp picc bu sellul te seexlu. Ndaxte xeeti àddina yépp naan nañu biiñu meram njaaloom; buur yi ci suuf soppikoo nañu ak moom, te jaaykat yi ci suuf am alal bu bare ci ngénte gu bare gu yaxarum.” Te dég naa beneen baat bu jóge asamaan, ne: “Génnleen ci moom, yéen samay nit, ngir ngeen bañ a bokk ci ay bàkkaaram, te ngir ngeen bañ a jot ci ay mbugalam. Ndaxte ay bàkkaaram yegg nañu ba asamaan, te Yàlla fàttaliku na ay tooñam. Defleen ko ni mu leen defee, te yokk leen ko ñaar ci ñaar, ànd ak ay jëfam: ci kaas bi mu feesaloon, feesalleen ko ñaar.” Peeñu Yowaana 18:1–6.</w:t>
      </w:r>
    </w:p>
    <w:p>
      <w:pPr>
        <w:pStyle w:val="ArticleBody"/>
        <w:jc w:val="left"/>
      </w:pPr>
      <w:r>
        <w:rPr>
          <w:rFonts w:ascii="Times New Roman" w:hAnsi="Times New Roman" w:eastAsia="Times New Roman" w:cs="Times New Roman"/>
        </w:rPr>
        <w:t>Kaasu xelub yépp bu Mbooloom Katolig bi doon jaar jot na mu jeex ci atum 1798, waaye dina dellu ci fitna ak bundxatal gi mu mën a defoon ci jamonoy Lëndëm yi, bi jafe-jafeb yoonu Dibeer bi di ñëw lu gaaw.</w:t>
      </w:r>
    </w:p>
    <w:p>
      <w:pPr>
        <w:pStyle w:val="ArticleScripture"/>
        <w:jc w:val="left"/>
      </w:pPr>
      <w:r>
        <w:rPr>
          <w:rFonts w:ascii="Times New Roman" w:hAnsi="Times New Roman" w:eastAsia="Times New Roman" w:cs="Times New Roman"/>
        </w:rPr>
        <w:t>Waaye nag am naa lu nekk ci sa kaw, ndaxte nga déj ba jigéen jooju, Yeesebel, miy woote boppam yeneenkat, mu jàngale te réeral samay jaam, ngir ñu def njaaloo te lekk yuñu saraxal xërëm yi. Te mayoon na ko waxtu ngir mu tuub seetam; waaye tuubuwoonul. Xool-leen, dinaa ko sànni ci lal, te ñi di def njaaloo ak moom dinaa leen dugal ci naqaru réy, su ñu tuubul seen jëf yi. Ndigal yu bees yi 2:20–22.</w:t>
      </w:r>
    </w:p>
    <w:p>
      <w:pPr>
        <w:pStyle w:val="ArticleBody"/>
        <w:jc w:val="left"/>
      </w:pPr>
      <w:r>
        <w:rPr>
          <w:rFonts w:ascii="Times New Roman" w:hAnsi="Times New Roman" w:eastAsia="Times New Roman" w:cs="Times New Roman"/>
        </w:rPr>
        <w:t>Ñu ko mayoon junni ak ñaar téeméer ak juróom benn-fukk at ngir mu tuub, waaye mu bañ ko. Ñetti at ak genn-wàll ci wow gu jëm ci tundu Karmel, mayoon nañu ko Jezabel ngir mu tuub, waaye moom itam mu bañ. Ci yoonu Dibeer bu gaaw a ñëw ci États-Unis, ki jëkk ci buur yi ci suuf, yiy def njaalookat ak moom ci àddina mujj yi, mooy États-Unis, rab wu suuf wi ci Apokalips 13. Noonu nag, fees na koppam bu jamonoy nattaam.</w:t>
      </w:r>
    </w:p>
    <w:p>
      <w:pPr>
        <w:pStyle w:val="ArticleScripture"/>
        <w:jc w:val="left"/>
      </w:pPr>
      <w:r>
        <w:rPr>
          <w:rFonts w:ascii="Times New Roman" w:hAnsi="Times New Roman" w:eastAsia="Times New Roman" w:cs="Times New Roman"/>
        </w:rPr>
        <w:t>“Reew mi gën a ngërëm ci suuf si mooy Étaas-Ünis. Yërmande gu tedd moo aar réew mii, te tuural ci kawam barkey Asamaan yi gën a tànn. Fii la ñiñu fitnaal ak ñiñu nanguul ag jàmm fekk nañu kër gu ñu daw ca. Fii la ngëmug Kiristaan, ci sellam gu mat, ñu jàngale ko. Xeet wii jot na leer gu réy ak yërmandey yu kenn másul a tollu. Waaye jëfandikoo nañu may yooyu ci bañ a sant ak fatte Yàlla. Ki dul am àpp sax dafay def waññi ak xeet yi, te seen tooñ dafa méngoo ak leer gi ñu bañ. Léegi ab bind bu tiit a ngi taxaw ci téeréb Asamaan ci sunu réew; waaye bàkkaar bi di feesal nattub njubam mooy daan Yoonu Yàlla.”</w:t>
      </w:r>
    </w:p>
    <w:p>
      <w:pPr>
        <w:pStyle w:val="ArticleScripture"/>
        <w:jc w:val="left"/>
      </w:pPr>
      <w:r>
        <w:rPr>
          <w:rFonts w:ascii="Times New Roman" w:hAnsi="Times New Roman" w:eastAsia="Times New Roman" w:cs="Times New Roman"/>
        </w:rPr>
        <w:t>«Diggante yoonu nit ñi ak santaane Yexowa dina am xare bu mag bu mujj ci juuyoo bi nekk diggante dëgg ak njuumte. Léegi nu ngi dugg ci xare boobu,—xare bu doonul diggante kër yu bokk diine yu juumoo ngir sutura ak kilifteef, waaye diggante diiney Biibël ak diiney léeb ak cosaan. Mbooloo yi di boole seen kàttan ngir xeex dëgg ak njubte ci jàmmaarloo bii, léegi sax ñu ngi ci liggéey ak doole.» Spirit of Prophecy, volume 4, 398.</w:t>
      </w:r>
    </w:p>
    <w:p>
      <w:pPr>
        <w:pStyle w:val="ArticleBody"/>
        <w:jc w:val="left"/>
      </w:pPr>
      <w:r>
        <w:rPr>
          <w:rFonts w:ascii="Times New Roman" w:hAnsi="Times New Roman" w:eastAsia="Times New Roman" w:cs="Times New Roman"/>
        </w:rPr>
        <w:t>Ca jamono, mandargay rab yi dañuy dooleel ko, ba tax ñuy “feyal yoonu Yàlla.” Bala jamonoy dundub gaay gi ñëwee, nataalu rab gi dafa sosu ci biir Etats-Unis. Jamonoy dundub gaay gi di ñëw ci benn waxtu, waaye sosug nataalu rab gi mooy ab diir. Diir boobu mooy diiru waxu yonent biñu tektale ci dundug Daniyeel, ni ko ñu tektalee ci juróom-ñaar-fukki at yi ci jaamug njaam ci saaru Daniyeel bu njëkk bi. Juróom-ñaar-fukki at yooyu tàmbalee nañu ak Yehooyakim, muy misaal bu firndeel bi ñëkk di dooleel ci 11 septembre 2001, te mu jeex ci feyal yoonu Yàlla, ni ko “ndigal”u Siris di tektalee.</w:t>
      </w:r>
    </w:p>
    <w:p>
      <w:pPr>
        <w:pStyle w:val="ArticleBody"/>
        <w:jc w:val="left"/>
      </w:pPr>
      <w:r>
        <w:rPr>
          <w:rFonts w:ascii="Times New Roman" w:hAnsi="Times New Roman" w:eastAsia="Times New Roman" w:cs="Times New Roman"/>
        </w:rPr>
        <w:t>Jammu dund Yàlla ci Daniel bi am juróom-ñaar-fukk at yi mooy misaal bu feeñal ay xeetu wax-u-Yàlla yu bare. Mu ngi taxaw ngir firndeel waxtu tëj gi ci ñaari téeméer ak ñeent-fukk ak ñeent ñi. Mu ngi taxaw itam ngir firndeel jumtukaayu nattu bu am ñetti jéego, bi ñu misaale ci ñetti malaaka yi ci Peeñu gi, saar 14, te mu firndeel itam tabaxu baat bu Ebrë “dëgg.” Mu ngi taxaw ngir firndeel sellalug doom yi yu Lewi, ji ndaw-kàddug kóllëre gi matale. Ñu ngi koy misaal itam ci Kirist mi sellal kër Yàlla gi ñaari yoon. Ñu ngi koy misaal itam ci réer gu yokk ndànk-ndànk bi nekk ci biir Yerusalem ci Esekiyel saar 8 ak 9. Te itam mu ngi firndeel jammu dund bi nataalu rab wi tëmbalee ci États-Unis.</w:t>
      </w:r>
    </w:p>
    <w:p>
      <w:pPr>
        <w:pStyle w:val="ArticleBody"/>
        <w:jc w:val="left"/>
      </w:pPr>
      <w:r>
        <w:rPr>
          <w:rFonts w:ascii="Times New Roman" w:hAnsi="Times New Roman" w:eastAsia="Times New Roman" w:cs="Times New Roman"/>
        </w:rPr>
        <w:t>Melokaanu rab wi itam dañuy ko tektale ci njaaykatug Jezabel ak Ahab, njaaykatug Herod ak Herodias, nag wu wurus wi ci ngoorug Aaron, ñaari kër yu ñuy jaamu yu fen yu Jeroboam taxawaloon ci Bethel ak Dan, ak yonent yi Baal ak yonent yi Ashtaroth ci nettaliwu tundu Karmel. Benn rekk mooy tekki bu melokaanu rab wi ci mbind yi Ellen White: booloo mbooloom kàddug Yàlla ak réew mi, te mbooloom kàddug Yàlla mooy yor nguurug diggante boobu. Mboolem jafe-jafe jooju, muy ne ab mbooloo muuy yilif réew mi, mooy xol bi bind mi sell, muy Constitution of the United States, sampoon ngir aar nit ñi ci lu mel noonu. Bu rabu suuf si worée saraxu tasug mbooloom kàddug Yàlla ak réew mi ci yoonu Dibeer bu agsiwaat, boole bu mat sëkk bu mbooloom kàddug Yàlla ak réew mi ci United States dina am.</w:t>
      </w:r>
    </w:p>
    <w:p>
      <w:pPr>
        <w:pStyle w:val="ArticleBody"/>
        <w:jc w:val="left"/>
      </w:pPr>
      <w:r>
        <w:rPr>
          <w:rFonts w:ascii="Times New Roman" w:hAnsi="Times New Roman" w:eastAsia="Times New Roman" w:cs="Times New Roman"/>
        </w:rPr>
        <w:t>Li dale 11 Septambar 2001 ba baat yoonu dimbali Alxamesu bésu ndigal bi ci États-Unis, am na natt bu ñuy gis, te mu aju ci taalibey waxi yonent yi ñuy xam ne nataalu rabi malaaka bi mooy tabaxu. Léegi nu ngi ci mujjug loolu. Ci tabaxu nataalu rabi malaaka bi, am na ay yëngu-yëngu yu bare yu di jàppale ngir mu mat ba noppi ci bésu ndigal bi ci Alxames, fa ñuy teg mandargay rabi malaaka bi. Am na yëngu-yëngu yu politig, yëngu-yëngu yu diine, yëngu-yëngu yu askan ak yëngu-yëngu yu xaalis. Xoolleen xew-xew yi ñuy wax ci séen mbir ci bokk ak tabaxu nataalu rabi malaaka bi ci wax ji di ñëw.</w:t>
      </w:r>
    </w:p>
    <w:p>
      <w:pPr>
        <w:pStyle w:val="ArticleScripture"/>
        <w:jc w:val="left"/>
      </w:pPr>
      <w:r>
        <w:rPr>
          <w:rFonts w:ascii="Times New Roman" w:hAnsi="Times New Roman" w:eastAsia="Times New Roman" w:cs="Times New Roman"/>
        </w:rPr>
        <w:t>“Léegi waajal yi dem nañu kanam, te yëngu-yëngu yi tamit am nañu, yu mujj ci sos niru rab wa. Dinañu indi xew-xew ci jaar-jaaru àddina bi, yu dina matal waxi kàddug yonent yi ngir fan yii mujj” The Seventh-day Adventist Bible Commentary, volume 7, 976.</w:t>
      </w:r>
    </w:p>
    <w:p>
      <w:pPr>
        <w:pStyle w:val="ArticleBody"/>
        <w:jc w:val="left"/>
      </w:pPr>
      <w:r>
        <w:rPr>
          <w:rFonts w:ascii="Times New Roman" w:hAnsi="Times New Roman" w:eastAsia="Times New Roman" w:cs="Times New Roman"/>
        </w:rPr>
        <w:t>Sosalin melo nax rabi jur gi mooy jëm ci waajal wu gën a doon, te mu ëmb “xew-xew” ak “yëngu-yëngu,” ñoom ñaar ñépp ci jamono yu bari. Jaar-jaaru mbootaayu njaam gi Daniel di teg ci juróom-ñaar-fukk at yi dafa tàmbalee ak Jehoiakim, ba noppi ci ndigal bu Cyrus. Yeesu dafay won ne mujju mbir mën nañu ko leeral ak tàmbaleem, te am na “ndigal” buy tegtal tàmbali jamono ji juróom-ñaar-fukk at yu yonent yi Daniel di misaalal. “Ndigal” loolu mooy USA Patriot Act, mi ñu wone woon ci kanam ñépp ne dafa sukkandiku ci bëgg-boppu Islaam bu ñetteelu ay. Waaye du ni santaane yu njiit buy jëfandikoo doole te Abraham Lincoln joxe woon ci Biirub Xareb Civil War, walla yi Franklin Roosevelt joxe woon ci Biirub Ñaareelu Xare Adina; Patriot Act bi ba léegi mungi dox, te lu ëpp solo mooy dinañu ko yokk ak dëgëral ko bu baax nde xuloo ak Islaam bu addina bi di gën a tar. Santaane yu njiit yi ñaari jamonoy Xareb Civil War ak Ñaareelu Xare Adina dafa jeex ak jeexital xuloo ya, waaye xuloo ak Islaam bu addina du am muj, waaye danaa jur yokkute ay tàqale gu metti ci addina si bépp.</w:t>
      </w:r>
    </w:p>
    <w:p>
      <w:pPr>
        <w:pStyle w:val="ArticleBody"/>
        <w:jc w:val="left"/>
      </w:pPr>
      <w:r>
        <w:rPr>
          <w:rFonts w:ascii="Times New Roman" w:hAnsi="Times New Roman" w:eastAsia="Times New Roman" w:cs="Times New Roman"/>
        </w:rPr>
        <w:t>Am naari yooni yàtte yu mag ñaari ci biir cosaanu sowwu. Yàtte Angale ak Yàtte Room. Taxawaayu Yàtte Angale mooy ne nit ku nekk du tooñ ba keroog ñu firndeel ne am na tooñ, te taxawaayu Yàtte Room mooy ne nit ku nekk tooñ na ba keroog ñu firndeel ne tooñul. Sàrti USA Patriot Act mooy misaal bu leer bu Yàtte Room, te mu taxaw ci jëfandikoo ju jubadi ak Yàtte Angale. Lii mooy kenn ci yooyu “xew-xew” yi ñuy indi ci sosinu nataalu rab wa. Su fekkee ne Etazini dina nekk nataalu Katolisism, war nañu samp falsafayu diine ak politig bu Katolik ci Etazini, bala ñuy dooleel sàrtu màndargag rab wa.</w:t>
      </w:r>
    </w:p>
    <w:p>
      <w:pPr>
        <w:pStyle w:val="ArticleScripture"/>
        <w:jc w:val="left"/>
      </w:pPr>
      <w:r>
        <w:rPr>
          <w:rFonts w:ascii="Times New Roman" w:hAnsi="Times New Roman" w:eastAsia="Times New Roman" w:cs="Times New Roman"/>
        </w:rPr>
        <w:t>“Li ci mbir mooy di ma gaañ xel. Xoolleen ko bu baax; ndaxte mbir la bu am solo gu mag. Ci ñaari askan yii ban bi lanu war a boole sunu njaboot? Léegi dañuy tànn sunu yoon, te du yàgg ba nu xam lu leer ci diggante ki di jaamu Yàlla ak ki ko jaamul. Jàngleen saar wu ñeenteel bu Malaki, te ngeen xalaat ci moom ak njub. Bésub Yàlla agsi na ci sunu wet. Àddina soppi na kërg yaram gi ba muy mel ni moom. Ñoom ñépp ànd nañu ci benn xel, te dañuy doxal pexe mu gàtt gis-gis. Protestaa yi dinañu jëfandikoo boroom kilifay réew mi ngir def ay yoon yu delloo nguur gu réer gu nit ku bàkkaar ga, mi toog ci kër Yàlla, di won boppam ne mooy Yàlla. Dayóo yi Roman Katolik dinañu nekk ci saytu ak aarug State bi. Gëm-gàccu réew mi dina gaaw a wuutiku ci yàqub réew mi. Xaloo dëggu Biibël du faatluwaat dara ci kanam ñi deful yoonu Yàlla senu sàrtu dund. Noonu baat bi dina deggiku bàyyikoo ci bàmmeelu seede yi, ñi mel ni bakkan yi Yowaana gisoon ne ñu rey na leen ngir kàddug Yàlla ak seedeu Yeesu Kirist bi ñu yoroon; noonu it ñaan gi dina yéeg jógé ci bépp doom Yàlla bu dëgg, naan: ‘Waxtu wi jot na, Boroom bi, nga jëf; ndaxte dañu nulli sa yoon.’” General Conference Daily Bulletin, January 1, 1900.</w:t>
      </w:r>
    </w:p>
    <w:p>
      <w:pPr>
        <w:pStyle w:val="ArticleBody"/>
        <w:jc w:val="left"/>
      </w:pPr>
      <w:r>
        <w:rPr>
          <w:rFonts w:ascii="Times New Roman" w:hAnsi="Times New Roman" w:eastAsia="Times New Roman" w:cs="Times New Roman"/>
        </w:rPr>
        <w:t>Xaaj wi jiitu bii diisé na waxtu bi “ay njàngat yu Roman Catholic dinañu leen teg ci wottu ak aarug Réew mi,” te loolu di am ci yoonu Dibeer bi. Yoonu Dibeer bi mooy mujjug jamono ju misaal ji tambalee 11 Septàmbar 2001. Patriot Act bi ci tàmbali gi, day misaal yoonu Dibeer bi ci mujj gi. Ñaar ci xew-xew yi ñu indi ngir sos nataalu rab wa ji, mooy ñëwug ñetteel Wóoy bi, ak Patriot Act bi mu ko topp.</w:t>
      </w:r>
    </w:p>
    <w:p>
      <w:pPr>
        <w:pStyle w:val="ArticleBody"/>
        <w:jc w:val="left"/>
      </w:pPr>
      <w:r>
        <w:rPr>
          <w:rFonts w:ascii="Times New Roman" w:hAnsi="Times New Roman" w:eastAsia="Times New Roman" w:cs="Times New Roman"/>
        </w:rPr>
        <w:t>Sosu melo rabi mala mooy ga mooy na moom day doon natt bi ci kawam lañuy dogal sunu njub mu fàww. Te mu ngi ñëw laata yoonu Dibeer bi. Ci yoonu Dibeer ba la sunu xeloo ngir yoonu mujj ji, nun ñi di Adventiste bu juróom-ñaareel bés, di tëj; te fa lañuy tàbbi lakk wu sicht bi, te yekkati màndarga mi. Sosu melo rabi mala mooy ga am na laata yoonu Dibeer bi, laata lakk wu sicht bi, te laata tëju xeloo ba.</w:t>
      </w:r>
    </w:p>
    <w:p>
      <w:pPr>
        <w:pStyle w:val="ArticleScripture"/>
        <w:jc w:val="left"/>
      </w:pPr>
      <w:r>
        <w:rPr>
          <w:rFonts w:ascii="Times New Roman" w:hAnsi="Times New Roman" w:eastAsia="Times New Roman" w:cs="Times New Roman"/>
        </w:rPr>
        <w:t>“Boroom bi wone na ma leer bu baax ne nataalu rab wi dina sosu laata xelug jàppale gi tëj; ndaxte mooy di nattu gu mag gi ñeel askanu Yàlla, gi leen di dogal seen yoon wu baaxal ba fàww. Sa taxawaay mel na jaxasoo gu metti bu baax, ba ñu néew rekk a koy nax.”</w:t>
      </w:r>
    </w:p>
    <w:p>
      <w:pPr>
        <w:pStyle w:val="ArticleScripture"/>
        <w:jc w:val="left"/>
      </w:pPr>
      <w:r>
        <w:rPr>
          <w:rFonts w:ascii="Times New Roman" w:hAnsi="Times New Roman" w:eastAsia="Times New Roman" w:cs="Times New Roman"/>
        </w:rPr>
        <w:t>“Ci mbir mi ñu bind ci Kàddug Yàlla gu Mucc ga 13, wàllu bii feeñ na bu leer; [Kàddug Yàlla gu Mucc ga 13:11–17, ñu wax ko].”</w:t>
      </w:r>
    </w:p>
    <w:p>
      <w:pPr>
        <w:pStyle w:val="ArticleScripture"/>
        <w:jc w:val="left"/>
      </w:pPr>
      <w:r>
        <w:rPr>
          <w:rFonts w:ascii="Times New Roman" w:hAnsi="Times New Roman" w:eastAsia="Times New Roman" w:cs="Times New Roman"/>
        </w:rPr>
        <w:t>«Lii mooy nattu bi nit ñi Yàlla war a am balaa ñu di leen màndargaal. Ñépp ñi firndeel seen takku ci Yàlla ci topp ay yoonam, te bañ a nangu ab dundub noflaay bu dëggul, ñu dinañu taxaw ci suufal sañ-sañu Boroom bi, Yàlla Yexowa, te dinañu jot màndargay Yàlla miy Dund. Waaye ñi bàyyi dëgg gi bawoo asamaan, te nangu dundub noflaayu Dibéer, ñu dinañu jot màndargay rab wi.» Manuscript Releases, volume 15, 15.</w:t>
      </w:r>
    </w:p>
    <w:p>
      <w:pPr>
        <w:pStyle w:val="ArticleBody"/>
        <w:jc w:val="left"/>
      </w:pPr>
      <w:r>
        <w:rPr>
          <w:rFonts w:ascii="Times New Roman" w:hAnsi="Times New Roman" w:eastAsia="Times New Roman" w:cs="Times New Roman"/>
        </w:rPr>
        <w:t>Diirub jamono ngir sos nax rabu malaaka mi mooñ gi naggis woon nañ ko ci ñaar-fukk ak juróom-ñaar at yi nekkoon ci njaamug Daniel. Daniel jëkk a dund nattub ragal Yàlla, bi mu tann a lekk rekk ñam wu Yàlla. Nattub njëkk bu Daniel mooyoon nattub lekk. Ñaareelu nattub Daniel mooyoon nattub gis-gis, te amoon na ci njeexital jamono ju ñu koy natt biiru fukki fan yu mu di lekk lekk wu Yàlla, wu jooyoo ak lekk wu Babilon. Njariñu noonu feeñ na ci melokaanam gu yaramu Daniel. Ñaareelu natt bi mooy nattub gis-gis. Nattub njëkk bi mooy nattub lekk. Daniel wone na ngëmam, te mu jàll nattub njëkk bi, waaye ci ñaareelu natt bi, Daniel mënul woon a gis lu jiitu ndax dafa di feeñ “gëna fatt te gëna rafet” ñeel ñi doon lekk lekk wu Babilon. Saa yu ne am na nit ñu mel ni ñu doy waar, waaye ñuy lekk yàqute; te am it ay ñu sellal seen bopp ci yoonu wér-gu-yaram, waaye seen mel ni dee taxaw.</w:t>
      </w:r>
    </w:p>
    <w:p>
      <w:pPr>
        <w:pStyle w:val="ArticleBody"/>
        <w:jc w:val="left"/>
      </w:pPr>
      <w:r>
        <w:rPr>
          <w:rFonts w:ascii="Times New Roman" w:hAnsi="Times New Roman" w:eastAsia="Times New Roman" w:cs="Times New Roman"/>
        </w:rPr>
        <w:t>Jëfandikoo ak ngëmmiñu boppam yu Daanieel defoon ci jëfandikoo bu njëkk ba la ko yóbbu ci njàngat gu ñaareel ga, doonte mujju njàngat googu ñaareel dafa woon lëndëm ci “biir lëndëm”. Millerites yi lekk téere bu ndaw bi 11 ut 1840, gannaaw loolu ñu màggal Yàlla ci yégleb xebaaru Yuuxu Digg bi, ba xebaar bi daldi wër réew mi ni mbëj mu mag. Njàngat gu ñaareel gi mooy njàngat gu aju ci gis-gis, te ñu jiitu ko ak njàngatu lekk gu yëngu ci lu dëgg te ci lu ruu, te gannaaw loolu ñu topp ci ko ak njàngatu xamal-kaddu gu yonnee. Njàngat gu ñaareel gi dafa laaj wonte gu aju ci gis ngëm ga ñu waxoon ne am nañu ko ci njàngat gu njëkk ga.</w:t>
      </w:r>
    </w:p>
    <w:p>
      <w:pPr>
        <w:pStyle w:val="ArticleScripture"/>
        <w:jc w:val="left"/>
      </w:pPr>
      <w:r>
        <w:rPr>
          <w:rFonts w:ascii="Times New Roman" w:hAnsi="Times New Roman" w:eastAsia="Times New Roman" w:cs="Times New Roman"/>
        </w:rPr>
        <w:t>Léegi ngëm mooy taxawaayu yëfi yu ñuy yaakaar, te mooy firndeel yëfi yu ñu gisul. Ndaxte ci moom la mag ñi jotee seede bu baax. Hébreux 11:1, 2.</w:t>
      </w:r>
    </w:p>
    <w:p>
      <w:pPr>
        <w:pStyle w:val="ArticleBody"/>
        <w:jc w:val="left"/>
      </w:pPr>
      <w:r>
        <w:rPr>
          <w:rFonts w:ascii="Times New Roman" w:hAnsi="Times New Roman" w:eastAsia="Times New Roman" w:cs="Times New Roman"/>
        </w:rPr>
        <w:t>Saaru Daniel ñaareel bi mooy nattukaay gu gis-gis, te manees na koo jëfandikoo ba mu am njariñ rekk suñu jëfandikoo ci yoonu natt bi lekk bi ñu tannoon ci natt bu njëkk bi.</w:t>
      </w:r>
    </w:p>
    <w:p>
      <w:pPr>
        <w:pStyle w:val="ArticleScripture"/>
        <w:jc w:val="left"/>
      </w:pPr>
      <w:r>
        <w:rPr>
          <w:rFonts w:ascii="Times New Roman" w:hAnsi="Times New Roman" w:eastAsia="Times New Roman" w:cs="Times New Roman"/>
        </w:rPr>
        <w:t>Ndax gis-gis bi dafa ngir ab jamono ju ñu tëral ba noppi; waaye ci mujjam dina wax, te du fen: su yàggul sax, xaaral ko; ndaxte dina dikk ci lu wóor, du yàgg. Xool-leen, bakkanam bi réy-réylu ci moom, jubul ci biiram; waaye ku jub, ci ngëmam lay dund. Habakkuk 2:3, 4.</w:t>
      </w:r>
    </w:p>
    <w:p>
      <w:pPr>
        <w:pStyle w:val="ArticleBody"/>
        <w:jc w:val="left"/>
      </w:pPr>
      <w:r>
        <w:rPr>
          <w:rFonts w:ascii="Times New Roman" w:hAnsi="Times New Roman" w:eastAsia="Times New Roman" w:cs="Times New Roman"/>
        </w:rPr>
        <w:t>Njariñu ñaareel ñaareel bi bàyyi nañu ko ci lëndëm ngir wone ndax ngëm gi ñu deklare woon ci nattu bu njëkk bi, ngëm dëgg-dëgg la woon.</w:t>
      </w:r>
    </w:p>
    <w:p>
      <w:pPr>
        <w:pStyle w:val="ArticleScripture"/>
        <w:jc w:val="left"/>
      </w:pPr>
      <w:r>
        <w:rPr>
          <w:rFonts w:ascii="Times New Roman" w:hAnsi="Times New Roman" w:eastAsia="Times New Roman" w:cs="Times New Roman"/>
        </w:rPr>
        <w:t>“Leer gu bees bi ñu joxoon Yowaana te ñu wax ko ci juróom-ñaari dënn ya, mooy melokaanu xew-xew yi di am ci suufu yégleb malaaka bu njëkk ak bu ñaareel bi. Gënuloon askan wi xam yooyu, ndax seen ngëm waroon nañu ko seetlu. Ci doxalin Yàlla, dëgg yu yéeme te xóot lool dañuy leen yégle. Yégleb malaaka bu njëkk ak bu ñaareel bi war nañu leen a yégle, waaye benn leer gu gën ci kaw warul a feeñal balaa bataaxal yooyu def seen liggéey bu leen jagleel.” The Seventh-day Adventist Bible Commentary, volume 7, 971.</w:t>
      </w:r>
    </w:p>
    <w:p>
      <w:pPr>
        <w:pStyle w:val="ArticleBody"/>
        <w:jc w:val="left"/>
      </w:pPr>
      <w:r>
        <w:rPr>
          <w:rFonts w:ascii="Times New Roman" w:hAnsi="Times New Roman" w:eastAsia="Times New Roman" w:cs="Times New Roman"/>
        </w:rPr>
        <w:t>Mën na dëppoo ci yàlla ne Daniel saraxalet ñaareelu téere bi, mi ngi sukkandiku ci benn nataal, ndaxte mu ngi teewlu nattu nataalu rab wu bon wi. Ñi jàngkat yonent yi xamoon ne 11 Septambar 2001 mooy matug yonent, ci nataal, ñoo lekk téere bu nëbb bi. Gannaaw loolu ñu delloo leen ci yoon yu mag yi ci Adventisme, ni ñu feeñee ci kërte yi 1843 ak 1850 yu pionieer yi. Yoon yu mag yooyu santale woon doxalin malaaka bu njëkk bi, te gannaaw loolu ñu yóbbu leen ngir xam ne moom dafa teewlu doxalin malaaka bu ñetteel bi. Lépp lu am solo te am njàngat lu ñu yóbbu leen ngir xam, am na ndax xam-xamu yoonu yonent wi ñu jot. Yoon woowu dafa nekkoon misaal ci yoonu William Miller, te loolu sax nañu ko bi bataaxal bu njëkk bi ci ay jaar-jaaram amee doole 11 Aawut 1840.</w:t>
      </w:r>
    </w:p>
    <w:p>
      <w:pPr>
        <w:pStyle w:val="ArticleScripture"/>
        <w:jc w:val="left"/>
      </w:pPr>
      <w:r>
        <w:rPr>
          <w:rFonts w:ascii="Times New Roman" w:hAnsi="Times New Roman" w:eastAsia="Times New Roman" w:cs="Times New Roman"/>
        </w:rPr>
        <w:t>“Ci atum 1840 am, beneenene bu am solooy bu xam-xam ci yëgle yi yëngal na interesse bu yaa. Ñaari at laata loolu, Josiah Litch, kenn ci ñi gën a siiw ci saraxalekat yi doon waare Njàlbéen gu ñaareel gi, moo génne tekki gu neex ci Peeñu 9, di wax lu jiitu ne nguurug Ottoman dina daanu. Ci ni mu ko waññee, doole jii war nañu koo daan... ci 11i Suwe 1840, ba keroog dooley Ottoman ci Constantinople manees na ko yaakaar ne dina damm. Te loolu, man gëm naa ne dina gis ne noonu la.”</w:t>
      </w:r>
    </w:p>
    <w:p>
      <w:pPr>
        <w:pStyle w:val="ArticleScripture"/>
        <w:jc w:val="left"/>
      </w:pPr>
      <w:r>
        <w:rPr>
          <w:rFonts w:ascii="Times New Roman" w:hAnsi="Times New Roman" w:eastAsia="Times New Roman" w:cs="Times New Roman"/>
        </w:rPr>
        <w:t>“Ci waxtu wiñ laloon, Tirki, jaarale ko ci ay abasaadoram, nangu na aarug kàttanu réewu Europ yi bokkoon, te noonu mu dugal boppam ci suufu kilifteefug xeeti réew yu Kiristaan yi. Xew-xew boobu matal na kaadug waxandeg yëgle ba ci yeneen mbir. Bi xibaar bi siiwée, mbooloo yu bari gëm nañu ne pexe yi aju ci tekkig waxi yëgle, yi Miller ak ñi mu àndaloon jëfandikoo, jub nañu; te loolu jox na yëngu-yëngug ñëwaat gi doole bu yéeme. Góor yu am njàng ak daraja booloo nañu ak Miller, ci waare ak ci bind-wallë ci turu gis-gisam yi, te diggante atum 1840 ak 1844 liggéey bi yaatu na bu gaaw.” The Great Controversy, 334, 335.</w:t>
      </w:r>
    </w:p>
    <w:p>
      <w:pPr>
        <w:pStyle w:val="ArticleBody"/>
        <w:jc w:val="left"/>
      </w:pPr>
      <w:r>
        <w:rPr>
          <w:rFonts w:ascii="Times New Roman" w:hAnsi="Times New Roman" w:eastAsia="Times New Roman" w:cs="Times New Roman"/>
        </w:rPr>
        <w:t>Bi nit ñi nangoo ne 11 Septàmbar 2001 mooy amali waxu yonnent, dañoo itam “gëm ne yoonu tekki waxu yonnent yi Future for America jël dafa jub.” Malaaka ma wàcce woon ak téere bi nëbb, te santaane ñi war a lekk ne nañu ko lekk. Xelal gu yonnent gi nekk ci biir téere bu ndaw bi ci jaar-jaaru Millerite, ak téere bi nëbb ci sunu jaar-jaar fii tey, soxla na ko ngir man a jaar ak kàttan ci nattu melokaani rab wi. Waaye gannaaw lekk, walla suuxal xareñu yoonu waxu yonnent wi, taalibe bi war na gannaaw loolu wone firnde gu seen bu li mu woon lekk ba noppi. Jëf ju mel ni jëfug ngëm jooju war na feeñ ci ab nattu bu ñuy jaar, te mu am njéexital wu “lëndëm”.</w:t>
      </w:r>
    </w:p>
    <w:p>
      <w:pPr>
        <w:pStyle w:val="ArticleBody"/>
        <w:jc w:val="left"/>
      </w:pPr>
      <w:r>
        <w:rPr>
          <w:rFonts w:ascii="Times New Roman" w:hAnsi="Times New Roman" w:eastAsia="Times New Roman" w:cs="Times New Roman"/>
        </w:rPr>
        <w:t>Yoonu yonent ci waxi Willam Miller ci jaar-jaariñu malaaka bu jëkk bi, booleek yoon yu matale yi ñu taxawoon ci jaar-jaariñu malaaka bu ñetteel bi, di may taalibe yi jàng wax-u-yonent yi xam ne kenn ku nekk ci ñetti malaaka yi ci Peeñug Yàlla fukki ñent andakoon na ak benn bataaxal bu tuuti bu war a ñam. Yoonu yi ñu tànn ngir ñam ko di may taalibe yooyu gannaaw loolu gis ne bi malaaka bi ci Peeñug Yàlla fukki juróom-ñaar wàccee 11 Suwe 2001, amoon na ci loxoom ab téere bu war a ñam, doonte waxeesu ko bu jub ci saar bi fukki juróom-ñaar.</w:t>
      </w:r>
    </w:p>
    <w:p>
      <w:pPr>
        <w:pStyle w:val="ArticleBody"/>
        <w:jc w:val="left"/>
      </w:pPr>
      <w:r>
        <w:rPr>
          <w:rFonts w:ascii="Times New Roman" w:hAnsi="Times New Roman" w:eastAsia="Times New Roman" w:cs="Times New Roman"/>
        </w:rPr>
        <w:t>Malaaka ma mooñ téere bu nëbbu. Xel mu yëgle jii moo lanu Danyeel di tektal ba mu tànn a bañ lekk yi Bàbbiloon. Xel mu yëgle jii mooy li war ngir man a gis tabaxu nataalu rab wa, ndaxte doonte dees na nu xamal ne am na “yëngu-yëngu” ak “xew-xew” yu ñuy indi ngir tabax nataalu rab wa, waaye dees na nu itam xamal ne yëngu-yëngu gi ngir sàrtu Dibeer mi ngi dox ci “lëndëm.” Fàww nu am ay “lunet yu gis guddi” ci wàllu ruu ngir man a gis seen yëngu-yëngu ci lëndëm gi, ndax mooy tabaxu nataal bi, waaye tabax nañu ko ci “lëndëm”. Dinaañu ko xàm rek ci kaw yoonu yëgle yi taalibe yëgle bi nangoo woon ba mu ràññee ne 11 Sàttumbar 2001 mooy matug ñëwug ñetteelu Musiba mi.</w:t>
      </w:r>
    </w:p>
    <w:p>
      <w:pPr>
        <w:pStyle w:val="ArticleScripture"/>
        <w:jc w:val="left"/>
      </w:pPr>
      <w:r>
        <w:rPr>
          <w:rFonts w:ascii="Times New Roman" w:hAnsi="Times New Roman" w:eastAsia="Times New Roman" w:cs="Times New Roman"/>
        </w:rPr>
        <w:t>“Yàlla feeñal na li war a xew ci fan yu mujj yi, ngir ñoom ay nitam ñu man a waajal ngir taxaw ci kanam ngelawlu bëgg-bëggu bañ ak mer. Ñi ñu artu ci mbir yi nekk ci seen kanam waruñu toog ci dal gu neex, di séentu ngelawlu di ñëw, di ñuuyoo seen bopp ne Boroom bi dina sàmm way dëggëmam yi ci bésub tiis bi. War nanu nekk mel ni ay nit ñuy xaar seen Boroom, waaye du ci séentu rekk te amul liggéey, waaye ci liggéey gu dëgg ak ngëm gu yënguwwul. Léegi, du jamono ju ñu wara maye sunuy xel ñu lëmbu ci mbir yu ndaw solo. Bi nit ñi nelawee, Seytaane dafay doxalin mbir yi ak ñaari loxo, ngir tax nit ñi Yàlla moom bañ a jot yërmande walla njubte ci seen bopp. Yëngu-yëngub Dibeer bi léegi dafay jaar ci biir lëndëm. Njiit yi dañuy nëbb dëgg-dëgg bu nekk ci mbir mi, te ñu bare ci ñi bokk ci yëngu-yëngu bi gisuñu sax fu doxinu suuf si jëm. Kàdduy waxam yi lewet nañu te mel ni yu Kiristaan lañu, waaye bu mu waxee, dina wone xel mu ngi ci njaay mi. Sunu warugar mooy def lépp lu nekk ci sunu kàttan ngir tere musiba mu ñuy xutba. War nanu jéem a dindi ñàkk xol ci nit ñi, di feeñal sunu bopp ci anam wu jub ci seen kanam. War nanu yóbbu ci seen kanam laaj bi ci dëgg-dëgg mooy mbir mi, ngir tax nu teg fa benn bañ bu gën a am doole ci kanam matuwaay yi bëgg a tere sañ-sañu xel mu sell. War nanu seet Mbind mi te man a joxe sabab bu tax sunu ngëm. Yonent bi nee na: ‘Ñi bon dinañu def lu bon; te kenn ci ñi bon du ko xam; waaye ñi xelu dinañu ko xam.’” Testimonies, volume 5, 452.</w:t>
      </w:r>
    </w:p>
    <w:p>
      <w:pPr>
        <w:pStyle w:val="ArticleBody"/>
        <w:jc w:val="left"/>
      </w:pPr>
      <w:r>
        <w:rPr>
          <w:rFonts w:ascii="Times New Roman" w:hAnsi="Times New Roman" w:eastAsia="Times New Roman" w:cs="Times New Roman"/>
        </w:rPr>
        <w:t>Daniel dafay ñi “boroom xam-xam” yi man a gis yëngu-yëngu ngir sàrtu Dibéer, doonte sax muy am ci “lëndëm.” Mën na ko def, ndaxte mu jaar na ci nattu lekk wi, bala nattu gis-gis wi. Nattu gis-gis bi ci sosu nataalu rab wi am na ci “lëndëm.”</w:t>
      </w:r>
    </w:p>
    <w:p>
      <w:pPr>
        <w:pStyle w:val="ArticleBody"/>
        <w:jc w:val="left"/>
      </w:pPr>
      <w:r>
        <w:rPr>
          <w:rFonts w:ascii="Times New Roman" w:hAnsi="Times New Roman" w:eastAsia="Times New Roman" w:cs="Times New Roman"/>
        </w:rPr>
        <w:t>Dina tambali sunu seetlu ci saar wi di ñaareel malaaka bi ci beneen mbind mi di topp.</w:t>
      </w:r>
    </w:p>
    <w:p>
      <w:pPr>
        <w:pStyle w:val="ArticleScripture"/>
        <w:jc w:val="left"/>
      </w:pPr>
      <w:r>
        <w:rPr>
          <w:rFonts w:ascii="Times New Roman" w:hAnsi="Times New Roman" w:eastAsia="Times New Roman" w:cs="Times New Roman"/>
        </w:rPr>
        <w:t>Te dinaa yóbbu gumba yi ci yoon wu ñu xamul woon; dinaa leen jiite ci yoon yi ñu xamul woon. Dinaa def lëndëm nekk leer ci seen kanam, te dinaa jubal yu weng yi. Loolu laay defal leen, te duma leen bàyyi. Esayi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fukk ak benn</dc:title>
  <dc:subject>Nattu Yonent yi ci Lëndëm ak Jóg gi Nataal bi</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