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Juróom-Ñaari Fukk ak Ñaar</w:t>
      </w:r>
    </w:p>
    <w:p>
      <w:pPr>
        <w:pStyle w:val="ArticleSubtitle"/>
        <w:jc w:val="left"/>
      </w:pPr>
      <w:r>
        <w:rPr>
          <w:rFonts w:ascii="Arial" w:hAnsi="Arial" w:eastAsia="Arial" w:cs="Arial"/>
        </w:rPr>
        <w:t>Ubbi dëgg gi: Tukki bi jaarale ci Daniel 11 ak yëngu-yëngu nit ñi Yàlla moom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Bi leeru Daniel sapiitaal fukk ak benn, aaya ñent-fukk ba juróom-ñeent-fukk ak juróom-benn ubbeekee ca jamonoy mujj ga ci atum 1989, noon ñi di noonug dëgg bi joxe nañu ab xeex bu may Yàlla feeñal dëgg yu ñuy aar njort yu njëkk yi ci xët wi nekk ci téereb Daniel, te gannaaw loolu mu doon mbir mi nekk yoonu waxtaan ak xoolug saytaane. Joŋante jooju ci sa biir dëgg ak njuumte ci tariix boobu, Noowug Xel Mu Sell bi jëfandikoo na ko ngir xamle yenn yooni waxi yonent yi di yokk xam-xam bi ubbeekoon te booba ba noppi muy nattu giiru mujj gi ci jaar-jaaru suuf. Nungi doon seetal “jàppale yu ñetti yoon ci waxi yonent,” te di xamle jëfandikoo yooyu ni ay yoon yu njëkk yu feeñoon ci jumtukaayug xeex bi Saytaane indiwon ca fan yu weesu yooyu. Sister White tudde na jumtukaayug joŋante jooju “yëngëlu gi.”</w:t>
      </w:r>
    </w:p>
    <w:p>
      <w:pPr>
        <w:pStyle w:val="ArticleScripture"/>
        <w:jc w:val="left"/>
      </w:pPr>
      <w:r>
        <w:rPr>
          <w:rFonts w:ascii="Times New Roman" w:hAnsi="Times New Roman" w:eastAsia="Times New Roman" w:cs="Times New Roman"/>
        </w:rPr>
        <w:t>“Ñu won ma ne ma xool ci yërmandey Yàlla ci biir ay nitam, te ñu won ma ne nattu bu nekk, bi jëm ci liggéeyu setal ak sellal bi ci kaw ñi di woote seen bopp Kiristaan, dafa firndeel ne yenn ñu nekk rekk yàppuy xeex. Wurus wu baax bi du feeñ saa su ne. Ci bépp jafe-jafe ju diine, am na ñu topp ci nattu bi. Yëngu-yëngub Yàlla day wurr mbooloo yu bare ni xob yu wow. Jàmm ak yéwén day yokk mbooloom ñiy woote seen bopp rekk. Tiis ak coono day leen setal genn ci kërkristen gi. Ci seen melo ni ay nit, seen xel taxawu wu dëgërul ak Yàlla. Ñu génn ci sunu biir ndaxte bokkuñu woon ak nun; ndaxte bu metit walla fitna jógée ndax kàddu gi, ñu bare da ñuy bëgg a dëkk.” Testimonies, volume 4, 89.</w:t>
      </w:r>
    </w:p>
    <w:p>
      <w:pPr>
        <w:pStyle w:val="ArticleBody"/>
        <w:jc w:val="left"/>
      </w:pPr>
      <w:r>
        <w:rPr>
          <w:rFonts w:ascii="Times New Roman" w:hAnsi="Times New Roman" w:eastAsia="Times New Roman" w:cs="Times New Roman"/>
        </w:rPr>
        <w:t>“Yëngal gi” mooy li am bu dëgg bi ubbeeku ci ndimbal Wundu gi cosaanu Yuda, te gannaaw loolu ñu dugal ko.</w:t>
      </w:r>
    </w:p>
    <w:p>
      <w:pPr>
        <w:pStyle w:val="ArticleScripture"/>
        <w:jc w:val="left"/>
      </w:pPr>
      <w:r>
        <w:rPr>
          <w:rFonts w:ascii="Times New Roman" w:hAnsi="Times New Roman" w:eastAsia="Times New Roman" w:cs="Times New Roman"/>
        </w:rPr>
        <w:t>“Ma laaj njàngatam yëngu-yëngu bi ma gis woon, te ñu won ma ne, li ko waral mooy seede su jub, bi ndigalu Seedeel bi Dëggu woo ci Laodise yi génne. Lii dina am ay jëf ci xolam kiy ko nangu, te dina ko yóbbu mu yékkati standaara bi te génne dëgg gu jub. Ñenn duñu muñ seede su jub sii. Dinañu jóg ci kawam, te loolu mooy li waral yëngu-yëngu ci biir nit Yàlla yi.” Early Writings, 271.</w:t>
      </w:r>
    </w:p>
    <w:p>
      <w:pPr>
        <w:pStyle w:val="ArticleBody"/>
        <w:jc w:val="left"/>
      </w:pPr>
      <w:r>
        <w:rPr>
          <w:rFonts w:ascii="Times New Roman" w:hAnsi="Times New Roman" w:eastAsia="Times New Roman" w:cs="Times New Roman"/>
        </w:rPr>
        <w:t>Duggalug “dégg” dafa indi yëngu-yëngul, te dégg gi ñu ubbi woon ci atum 1989, moom itam def na loolu sax. Benn ci njariñ yi mujj ci ñàkk-nangu gi ñu yóbbu woon ci kaw dégg, mooy sos ab taxawu yoon yu ñu tabax ngir sampu yokkute xam-xam bi ci at yi topp 1989. Sos yoon yooyu, dafa dëppook ak sos ab taxawu yoon ci jamonoy Millerites yi. Ñépp ñaari-ñetti jëfandikook yu kàddu waxu Yàlla ci yeneen fan yi, dañuy yokk leerug xew-xewi fan yu mujj yi.</w:t>
      </w:r>
    </w:p>
    <w:p>
      <w:pPr>
        <w:pStyle w:val="ArticleBody"/>
        <w:jc w:val="left"/>
      </w:pPr>
      <w:r>
        <w:rPr>
          <w:rFonts w:ascii="Times New Roman" w:hAnsi="Times New Roman" w:eastAsia="Times New Roman" w:cs="Times New Roman"/>
        </w:rPr>
        <w:t>Jëfandikoo yu ñett yi ci Roma ak Babilon day dëgëral jokkoo gi nekk diggante jigéen ji ak rab wi mu war te nguur ci kawam ci biir jaar-jaaru ngànnaayu yoonu Dibeer, te mooy itam jaar-jaaru àttey jëfandikookat Yàlla ci kaw ndaw si Babilon.</w:t>
      </w:r>
    </w:p>
    <w:p>
      <w:pPr>
        <w:pStyle w:val="ArticleBody"/>
        <w:jc w:val="left"/>
      </w:pPr>
      <w:r>
        <w:rPr>
          <w:rFonts w:ascii="Times New Roman" w:hAnsi="Times New Roman" w:eastAsia="Times New Roman" w:cs="Times New Roman"/>
        </w:rPr>
        <w:t>Jëfandikoo yu ñett yi ñuy jëfandikoo ci wax ji ne “ndaw ndaw bu waajal yoon wi ngir Yonnent Kóllëre gi,” ak itam ci “Eliya,” dañuy xamale liggéey bi ak yégle bi ci ñaari jamono yi te mel ni ay misaal yu xamle jeexital waxtu njublaay bi ci fan yu mujj yi. Jàmmono ji njëkk dafay tàmbalee ak baat bu njëkk bi nekk ci Pexe Gën a Siiw 18, te boobu dafa firndeel tàmbali àtteb seetlu bi ci kaw ñi dund ngir Adfantis bu Laodise. Waaye jàmmono ju mujj ji dafay tàmbalee ak ñaareelu baat bi nekk ci Pexe Gën a Siiw 18, te boobu dafa firndeel àtteb jëfandikookat bi ci jigéen ju ñaaw ju Babilon.</w:t>
      </w:r>
    </w:p>
    <w:p>
      <w:pPr>
        <w:pStyle w:val="ArticleBody"/>
        <w:jc w:val="left"/>
      </w:pPr>
      <w:r>
        <w:rPr>
          <w:rFonts w:ascii="Times New Roman" w:hAnsi="Times New Roman" w:eastAsia="Times New Roman" w:cs="Times New Roman"/>
        </w:rPr>
        <w:t>Jëfandikook yu ñetti yooni Roma ak Babilon dañuy tegtal jaar-jaaru bitim-réew bu ñu bokk ci askanu Yàlla ci fan yu mujj yi, fekk jëfandikook yu ñetti yooni Ilyaas ak ndaw li di waajal yoon wi dañuy tegtal jaar-jaaru biir bu askanu Yàlla ci fan yu mujj yi. Jëfandikook bu ñetti yooni ñetti Musiba yi moo di won mesaj bi di jaar ci ñaari jamono yooyu, te ñoom ñaar ñépp a ngi tegtal jamono ju mujj ju atte, ji tàmbalee ak kërg Yàlla, te gannaaw loolu ñi nekk ci biti kërg Yàlla. Ñetti Musiba yi dañuy xamle ne Islaam moo di mesaj bu tawte gu mujj gi, te itam moo di jumtukaayu atte bi Yàlla di jëfandikoo ngir ñi di sàkk ci mboolem nit ñi jaamu jant bi. Tëjju atte bi day tegtal “fan yi yépp yu feyug Yàlla,” ci kaw mbooloom mbooloomam mu bàyyikoo ak ci kaw ñaaw ñi nekk ci biti mbooloomam.</w:t>
      </w:r>
    </w:p>
    <w:p>
      <w:pPr>
        <w:pStyle w:val="ArticleBody"/>
        <w:jc w:val="left"/>
      </w:pPr>
      <w:r>
        <w:rPr>
          <w:rFonts w:ascii="Times New Roman" w:hAnsi="Times New Roman" w:eastAsia="Times New Roman" w:cs="Times New Roman"/>
        </w:rPr>
        <w:t>Bi Yeesu tambalee jëfandikoom ci kër-yàlla ga nekk Nàsaret, Moom jëfandikoo na Saaru Isaya, xaaj gu benn-fukk ak benn, ngir tekki ay jëfandikoom, ay waareem ak liggéeyam, te loolu dafa boole woon itam xamle jamono ji yéenub Yàlla. Jëfandikoom, waareem ak liggéeyam dafa doon misaal bu jiitu jëfandikoom, waareem ak liggéeyam bu téeméer ak ñeent-fukk ak ñeent-junni ñaar-fukk ñaar ña, ndaxte ci waxu yonent lañuy topp Gàtt gi fu Mu dem fépp.</w:t>
      </w:r>
    </w:p>
    <w:p>
      <w:pPr>
        <w:pStyle w:val="ArticleScripture"/>
        <w:jc w:val="left"/>
      </w:pPr>
      <w:r>
        <w:rPr>
          <w:rFonts w:ascii="Times New Roman" w:hAnsi="Times New Roman" w:eastAsia="Times New Roman" w:cs="Times New Roman"/>
        </w:rPr>
        <w:t>Xelum Boroom bi nekk ci man; ndaxte Boroom bi fal na ma ngir yégle xebaar bu baax ñi woyof; yónni na ma ngir faj xol yi dagg, ngir yégle goreel ñiñu jàpp, ak ubbi bàmmeel ñiñu tëj; ngir yégle atum ngërëm bu Boroom bi ak bésub fayu Yàlla sunu Boroom; ngir diisóo ñépp ñi metti; ngir sakkal ñi metti ci Siyon, jox leen taaru bopp ci bëñ, diwlinu mbégte ci wuutu naqari, ak yérebu cant ci wuutu xel mu diis; ngir ñu tudde leen garab yu njub, tootub Boroom bi, ngir mu màggaliku. Te dinañu tabax ay yàqu-yàqu yu yàgg, dinañu yékkati réer gu njëkk gi, te dinañu defar dëkki yàqu yi, réer gi jot ci jamono yu bare. Te doxandéem yi dinañu taxaw di sàmm seen gàtt, te doomi bitim-réew yi dinañu nekk seen beykat ak seen beykat réseñ. Waaye yéen, dees na leen tudde Saraxalekatu Boroom bi; nit ñi dinañu woote leen Toppkat yu sunu Yàlla; dina ngeen lekk alalu xeeti ñi dul Yawut, te ci seen ndam ngeen di bég ci seen bopp. Esayi 61:1–6.</w:t>
      </w:r>
    </w:p>
    <w:p>
      <w:pPr>
        <w:pStyle w:val="ArticleBody"/>
        <w:jc w:val="left"/>
      </w:pPr>
      <w:r>
        <w:rPr>
          <w:rFonts w:ascii="Times New Roman" w:hAnsi="Times New Roman" w:eastAsia="Times New Roman" w:cs="Times New Roman"/>
        </w:rPr>
        <w:t>Yeesu ñu ko solal woon ci sa mbëggel bi mu jëlee ndox, te loolu mujj a doon mandarga bu di misaalal 11 septembre 2001, ba ñu tàmbalee wàcce xëyug Xel mu Sell mi ci kaw ñi xamoon ne tuuru ndox mujj gi ci fan yu mujj yi, ñu ko woon misaalale ak jaar-jaaru ñi di Millerites, yi doon woon bereb yu yàgg a yaxu yi ñaar-fukk ak ñeent junni nit ñi di tegat, bu ñu dellusee ci yoon yu yàgg ya Yeremi waxoon.</w:t>
      </w:r>
    </w:p>
    <w:p>
      <w:pPr>
        <w:pStyle w:val="ArticleBody"/>
        <w:jc w:val="left"/>
      </w:pPr>
      <w:r>
        <w:rPr>
          <w:rFonts w:ascii="Times New Roman" w:hAnsi="Times New Roman" w:eastAsia="Times New Roman" w:cs="Times New Roman"/>
        </w:rPr>
        <w:t>Bataaxalu njubug Kirist ci jëm ci ñaari doole yu 1888 bi dellu nekk dëggu jamono, te bataaxal bu jóge ci ñaari doole yu 1888 bi mooy xibaaru baax bi am kàttan ngir fattali xol yu damm, waaye amul doole ngir ubbi xol yu dëgër yi ñi am bët ngir gis, waaye gisuñu, te am nopp ngir dégg, waaye xamuñu. Bataaxalu njubug Kirist bu jóge ci ñaari doole yu 1888 bi itam mooyoon bataaxal bi ñeel Laodise, bi dellu ñëw ngir ubbi bunt kaso gi ñeel ñi bokkoon ci jaamu bàkkaar, jaarale ko Ki am kàttan ngir ubbi bunt yi kenn manu ko ubbi, te tëj bunt yi kenn manu ko ubbi.</w:t>
      </w:r>
    </w:p>
    <w:p>
      <w:pPr>
        <w:pStyle w:val="ArticleBody"/>
        <w:jc w:val="left"/>
      </w:pPr>
      <w:r>
        <w:rPr>
          <w:rFonts w:ascii="Times New Roman" w:hAnsi="Times New Roman" w:eastAsia="Times New Roman" w:cs="Times New Roman"/>
        </w:rPr>
        <w:t>Ci 11 Septambar 2001, ñi war a wara yéglee xibaar yu baax yooyu, dañu waroon itam yéglee atum nangu Boroom bi ak bésu mbugalu Yàlla. Atum nangu Boroom bi tambalee na itam ca jamono jooju, te Moom nekk na ci bëgg gu mat a nangu tuubag waa Lawodise, ba bésu mbugalu Yàlla aksi, ci yoonu dibbér bu dëgër bi di ñëw léegi ci Etats-Unis. Noonu nag, mbugalam dina feeñ ci kaw ab jàngoro gu bañ a xam waxtuw seetugam, te ci benn yoon sax àtte bu tëj ndànk-ndànk ci kaw jigéen ju ñaaw ju Babilon dina tàmbali.</w:t>
      </w:r>
    </w:p>
    <w:p>
      <w:pPr>
        <w:pStyle w:val="ArticleBody"/>
        <w:jc w:val="left"/>
      </w:pPr>
      <w:r>
        <w:rPr>
          <w:rFonts w:ascii="Times New Roman" w:hAnsi="Times New Roman" w:eastAsia="Times New Roman" w:cs="Times New Roman"/>
        </w:rPr>
        <w:t>Ca bésubam, Moom dig na neexal ñépp ñiy jooy, te ñiy jooy ci Yerusalem dañu leen wone ci Ezekiel saar 9. Seen dëfël dafa am ci ndimbalug Dëfëlkat bi, jaarale ko ci nangu yégle gu tawub mujj ga, gi ñu leen di tuur ca jamono jooju. Waaye suñu xam rekk ne mooy taw bi. Bu ñu amee Dëfëlkat bi, te matal liggéeyu tabax béreb yu yàqu yu mag ya, jaarale ko ci pexeem “rëdd ci kaw rëdd,” loolu lañu wone ci kàdduy Isaaya ni mooy liggéeyu teg rëddoo yonent gi tegtal yàqub jaar-jaari nettali bu sell bi, ci kaw beneen rëddoo yonent buy wone itam yàqu. Ci liggéey boobu lañuy yékkati yàqub maas yi barey xeeti maam. Noonu “doomi bitim-réew yi” dinañu tontu ñiy jooy, ñi ñu yékkati ni raaya ngir doomi bitim-réew yi gis leen.</w:t>
      </w:r>
    </w:p>
    <w:p>
      <w:pPr>
        <w:pStyle w:val="ArticleBody"/>
        <w:jc w:val="left"/>
      </w:pPr>
      <w:r>
        <w:rPr>
          <w:rFonts w:ascii="Times New Roman" w:hAnsi="Times New Roman" w:eastAsia="Times New Roman" w:cs="Times New Roman"/>
        </w:rPr>
        <w:t>Yégle Kirist ci mbirum ay liggéeyam ak ay ndawam, ni ñu ko tëral ci Esayi saar juróom-benn, mooy liggéey ak ndawug ñaari téeméer ak ñeent-fukk ak ñeent. Loolu nag, weesu na ko ci yëngu-yënguy soppi yu sell yi, te ci atum 1989, jamonoy mujja ga agsi na, gi mbooleem “jamonoy mujja” yi jiitu woon doon misaalal. Naka la benn aaya, Daniyel saar juróom-ñett, aaya ñent-fukk ak ñeent, ñu ko ràññee ni mooy fondasiyoŋ ak keppukaayu diggu bi ci yënguy Millerite bi, noonu it aaya bi nekk fondasiyoŋ ak keppukaayu diggu bi ci yëngu Future for America mooy Daniyel saar fukk ak benn, aaya ñent-fukk. Ci Millerites yi, leeru keppukaayu diggu bi dañoo ko tegtal ni mooy leeru peeñ mi ca dexu Ulai, te ci yëngu Future for America, leeru keppukaayu diggu bi dañoo ko tegtal ni mooy leeru peeñ mi ca dexu Hiddekel.</w:t>
      </w:r>
    </w:p>
    <w:p>
      <w:pPr>
        <w:pStyle w:val="ArticleScripture"/>
        <w:jc w:val="left"/>
      </w:pPr>
      <w:r>
        <w:rPr>
          <w:rFonts w:ascii="Times New Roman" w:hAnsi="Times New Roman" w:eastAsia="Times New Roman" w:cs="Times New Roman"/>
        </w:rPr>
        <w:t>“Leer gi Yàlla joxoon Daniel, joxees na ko ci kaw ngir fan yu mujj yii. Peeñ yi mu gisoon ci wetu dexu Ulai ak Hiddekel, dex yu mag yi nekk ci réewum Shinar, léegi dañu ngi ci yoonu mataliku, te mbooleem xew-xew yi ñu waxoon lu jiitu ci seen mbir dinañu gaaw a am.” Testimonies to Ministers, 112.</w:t>
      </w:r>
    </w:p>
    <w:p>
      <w:pPr>
        <w:pStyle w:val="ArticleBody"/>
        <w:jc w:val="left"/>
      </w:pPr>
      <w:r>
        <w:rPr>
          <w:rFonts w:ascii="Times New Roman" w:hAnsi="Times New Roman" w:eastAsia="Times New Roman" w:cs="Times New Roman"/>
        </w:rPr>
        <w:t>Leeru ñaari gis-gis yi ñuy wone ci ñaari dex yi dajale nañu ko benn, te dina am ci mujjanté jamonoy addina. Seeni “jokkoo” bu seen diggante mooy tegu nit ak yàllaay, te loolu mooy bataaxal bi Sister White di jox ndigël ba noppi ci yoon wi ne nit ak yàllaay booñu boole du bàkkaar. Ñaari dex yi dañuy wone waxtu-jokkoo woowu sax.</w:t>
      </w:r>
    </w:p>
    <w:p>
      <w:pPr>
        <w:pStyle w:val="ArticleScripture"/>
        <w:jc w:val="left"/>
      </w:pPr>
      <w:r>
        <w:rPr>
          <w:rFonts w:ascii="Times New Roman" w:hAnsi="Times New Roman" w:eastAsia="Times New Roman" w:cs="Times New Roman"/>
        </w:rPr>
        <w:t>“Dara waru lu ëpp topp du mana jotal tolluwaayu laaj Yàlla. Móom bàyyiwul ay laajam ci lu xamul a xëy. Diglewu ko benn lu dul lu war ngir indi nit ci jàmm ak Moom. War nañu tegtal bàkkaarkat yi ci misaalu jikkoom, te yóbbu leen ca Kirist, ndax ci yiwam rekk lañu man a jot ci bii misaal.”</w:t>
      </w:r>
    </w:p>
    <w:p>
      <w:pPr>
        <w:pStyle w:val="ArticleScripture"/>
        <w:jc w:val="left"/>
      </w:pPr>
      <w:r>
        <w:rPr>
          <w:rFonts w:ascii="Times New Roman" w:hAnsi="Times New Roman" w:eastAsia="Times New Roman" w:cs="Times New Roman"/>
        </w:rPr>
        <w:t>“Musalkat bi yëg ci boppam néew-doole yi nit ñi ame, te dund na dund gu amul bàkkaar, ngir nit ñi bañ a ragal ne ndax néew-dooleb natureel nit duñu man a not. Kirist dikk na ngir def nu nekk ‘bokk ci natureel Yàlla bi,’ te dundam day seede ne nit, bu booleek Yàlla, du def bàkkaar.</w:t>
      </w:r>
    </w:p>
    <w:p>
      <w:pPr>
        <w:pStyle w:val="ArticleScripture"/>
        <w:jc w:val="left"/>
      </w:pPr>
      <w:r>
        <w:rPr>
          <w:rFonts w:ascii="Times New Roman" w:hAnsi="Times New Roman" w:eastAsia="Times New Roman" w:cs="Times New Roman"/>
        </w:rPr>
        <w:t>“Musalkat bi daan ni nit ki man na man a mën a daan. Lépp yéene yi Seytaane indi, Kirist daan na ko ak Kàddug Yàlla. Ci wóor ci diggantey Yàlla yi, Moom jot na doole ngir topp ndigali Yàlla yi, te ki di yéene mënul woon a am benn njariñ ci Moom. Ci bépp yéene, tontoom mooy: ‘Bind nañu ko.’ Noonu it Yàlla jox na nu Kàddoom ngir nu jëfandikoo ko ci aaraam lu bon. Diggante yu réy te am solo loolu ñoo nu moom, ngir ci yooyu nu ‘man a bokk ci melokaanug Yàlla, ginnaaw ba nu rëcc ci yàqute gi nekk ci àddina ci bëgg-bëgg.’ 2 Piyeer 1:4.”</w:t>
      </w:r>
    </w:p>
    <w:p>
      <w:pPr>
        <w:pStyle w:val="ArticleScripture"/>
        <w:jc w:val="left"/>
      </w:pPr>
      <w:r>
        <w:rPr>
          <w:rFonts w:ascii="Times New Roman" w:hAnsi="Times New Roman" w:eastAsia="Times New Roman" w:cs="Times New Roman"/>
        </w:rPr>
        <w:t>“Waxal ki ñu nattu bi du xool xaalis yi, mbaa ñàkk doole boppam, mbaa kàttanu nattu bi, waaye mu xool kàttanu Kàddug Yàlla. Mbooleem dooleem moom na nu. ‘Sa kàddu,’ ñeel way-wóy-kàddu bi, ‘damay ko denc ci sama xol, ngir bañ a bàkkaar ci sa kanam.’ ‘Ci kàdduy sa tuuti, aar naa sama bopp ci yooni alagkat bi.’ Sabóor 119:11; 17:4.” The Ministry of Healing, 181.</w:t>
      </w:r>
    </w:p>
    <w:p>
      <w:pPr>
        <w:pStyle w:val="ArticleBody"/>
        <w:jc w:val="left"/>
      </w:pPr>
      <w:r>
        <w:rPr>
          <w:rFonts w:ascii="Times New Roman" w:hAnsi="Times New Roman" w:eastAsia="Times New Roman" w:cs="Times New Roman"/>
        </w:rPr>
        <w:t>Yokkuteg xam-xam ci atum 1798 ak ci 1989 moo tekki ubbiwaatu Kàddu Yàlla gu yonent. Kàddoom mooy jox doole ji nu manee daan ndànk-ndànk ni Moom daanee, te “dundam day seede ne nit, bu booleek Yàllaay, du def bàkkaar.” Peeñu dexu Ulai mooy peeñu marah ci feeñugam, te loolu yonent bi ci ñaari junni ak ñetti téeméeri fan a ko tegtal. Peeñu dexu Hiddekel mooy peeñu chazon ci jaar-jaari taariixu yonent, te loolu yonent bi ci ñaari junni ak juróom-ñaar-fukk ak ñaar firi at a ko tegtal. Peeñu marah day firi Yàllaay, te peeñu chazon day firi nit.</w:t>
      </w:r>
    </w:p>
    <w:p>
      <w:pPr>
        <w:pStyle w:val="ArticleBody"/>
        <w:jc w:val="left"/>
      </w:pPr>
      <w:r>
        <w:rPr>
          <w:rFonts w:ascii="Times New Roman" w:hAnsi="Times New Roman" w:eastAsia="Times New Roman" w:cs="Times New Roman"/>
        </w:rPr>
        <w:t>Ñaari màndargaa yi cosaanu ci Shinar yu njëkk ya, te mooy Ulai ak Hiddekel, walla li ñuy xam tey ni Tigre ak Eufrat, da ñuy mujjee booleeku ci yoonu ndox mi ñuy wax Shatt al-Arab ci bëj-gànnaaru Iraq, te Shatt al-Arab ba noppi di dugg ci Gulf bu Perse. Yeesu dafay jëfandikoo lu seen ak lu ci nature ngir melokaanel lu ruum ci ngëm, te peeñu yi ñu boole ak ñaari dex yii, yi nekk léegi ci yoonu matal seen ngëneel, dañuy tegtal njàppante gu diggante nit ak Yàlla, buy am bi ñuy jegesi jéem seen tukki ba agsi ci géej gi. Dëgg gii saxal nañu ko ci njàlbéenu ñaari kàddu-yónnent yii, yi ñu tegtal ci ñaari peeñu yi nekk ci Daniel sura juróom-ñett, aaya fukk ak ñett ak fukk ak ñeent. Benn peeñu mooy laaj bi, beneen bi mooy tontu bi, te ci xel mu jub dañu ko mënuma séddale.</w:t>
      </w:r>
    </w:p>
    <w:p>
      <w:pPr>
        <w:pStyle w:val="ArticleBody"/>
        <w:jc w:val="left"/>
      </w:pPr>
      <w:r>
        <w:rPr>
          <w:rFonts w:ascii="Times New Roman" w:hAnsi="Times New Roman" w:eastAsia="Times New Roman" w:cs="Times New Roman"/>
        </w:rPr>
        <w:t>Wisionu nit ñu nit, mi xamle buumal kër-yàlla gi ak mbooloom, tàmbalee na ci atum 677 BC, te wisionu jullitug Yàlla, mi xamle feeñug Almasi bi, tàmbalee na ci atum 457 BC. Jokkoo bu nekk diggante jullitug Yàlla ak nit ñi dafa mel ci ñaari téeméeri ak ñaar-fukk at yi, yi boole ñaari boppu tàmbali yu ñaari wision yi. Ñaari téeméeri ak ñaar-fukk mooy misaal bu “jokkoo nit ak jullitug Yàlla,” te itam dafa mel ci jokkoo bu nekk diggante yokkute xam-xam ba ci jamonoy muj ga ci 1798, ak yokkute xam-xam ba ci jamonoy muj ga ci 1989.</w:t>
      </w:r>
    </w:p>
    <w:p>
      <w:pPr>
        <w:pStyle w:val="ArticleBody"/>
        <w:jc w:val="left"/>
      </w:pPr>
      <w:r>
        <w:rPr>
          <w:rFonts w:ascii="Times New Roman" w:hAnsi="Times New Roman" w:eastAsia="Times New Roman" w:cs="Times New Roman"/>
        </w:rPr>
        <w:t>Bataaxal bi ñu dalal ci yokkute xam-xam ba ci 1798, Miller moo ko jëkk a waxe ci 1831 (te gannaaw loolu ci njël Telegraph bu Vermont bi ci 1833). 1831 mooy ñaari téeméeri ak ñaar-fukk at gannaaw bés bi ñu siiwalee Biibël bu King James ci atum 1611. Biibël bu King James dafa doon benn dokimaa bu ñaar-wàll, di Kóllëre Gu Yàgg ak Kóllëre Gu Bees. Njëlbéen ak mujju ñaari téeméeri ak ñaar-fukk at yooyu “lëkkal” nañu ab siiwal gu Yàlla ak ab siiwal gu nit. Xibaar yi ci siiwal gu nit gi, ci leerug Yàlla gi ñu ubbi woon lañu jóge, leer googu ñu téj woon ba jamono ji mujj ga ci 1798, te gannaaw loolu ñu dalal ko jaarale ko ci liggéeyu ab jumtukaayu nit, kooku moo ko tàmbalee siiwal ci 1831. Siiwal gu Yàlla la woon, ak bataaxal bu ñu téj ak kéemaanu Yàlla, te gannaaw loolu nit ñi ubbi ko, te ci kaw loolu ab jumtukaayu nit moo ko joxe. Baat bu Ebrë bi ñuy tekki ne “siiwal” ci Kàddug Yàlla, tekki na woo ba yuux ci kaw, (nekk) ku siiw, gan, woo, tudd, (joxe) tur, waare, yégle, waxe, siiwal. Miller tàmbalee siiwal bataaxalam ci 1831, te ci 1833 ñu siiwal ko ci anam gu sax ci Telegraph bu Vermont.</w:t>
      </w:r>
    </w:p>
    <w:p>
      <w:pPr>
        <w:pStyle w:val="ArticleBody"/>
        <w:jc w:val="left"/>
      </w:pPr>
      <w:r>
        <w:rPr>
          <w:rFonts w:ascii="Times New Roman" w:hAnsi="Times New Roman" w:eastAsia="Times New Roman" w:cs="Times New Roman"/>
        </w:rPr>
        <w:t>Bataaxal bu ñu teg ci yoon, bi jóge ci yokkuteg xam-xam bi ci 1989, ñu njëkk a ko siiwal ci 1996 (ci jurnaal bi tudd The Time of the End), ñaari téeméeri at ak ñaar-fukk ak ñaar gannaaw bi ñu siiwalee ñaari kéyit yu sell yi ñuy wax ne Declaration of Independence ci 1776 (ak gannaaw loolu Constitution of the United States) ci 1789. Njàlbéen ak jeexitalu ñaari téeméeri at ak ñaar-fukk yi mooy lëkkal Yàlla ak nit, te def na ko jaarale ko ci siiwalu ñaari kéyit yu Yàlla yi, tambalee ci 1776. Bi téereb Daniel ubbeewee ca jamonoy mujj ga ci 1989, bataaxal bu ñu teg ci yoon, bi amee ci liggéeyu ab jumtukaayu nit, ñu siiwal ko ci 1996. Toppandoo gi mooy: siiwalu Yàlla, topp ubbeeku, te gannaaw loolu siiwalu nit.</w:t>
      </w:r>
    </w:p>
    <w:p>
      <w:pPr>
        <w:pStyle w:val="ArticleBody"/>
        <w:jc w:val="left"/>
      </w:pPr>
      <w:r>
        <w:rPr>
          <w:rFonts w:ascii="Times New Roman" w:hAnsi="Times New Roman" w:eastAsia="Times New Roman" w:cs="Times New Roman"/>
        </w:rPr>
        <w:t>Ci ñaari jamonoy mujj yi, ñetti yooni dëgg bi dañu leen faral di xamle. Ñoom ñaar ñépp, dañuy tàmbali ak benn bindu buy jóge ca Yàlla ji, muy njëkk jéego bi; te bindu buy jóge ci nit, buy leeral benn waxu Yàlla, mooy jéego bu mujj bi. Jéego bu digg ba mooy bi Gaynde gi dëkk ci giiri Yuda ubbilee waxu Yàlla gi ngir jaar-jaar boobu, te gannaaw loolu mu tànn benn jumtukaayu nit ngir dajale leer gi ñu ubbi woon ci bindu Yàlla ji. Bu ubbiloo gi amee, ñi bon dañuy feeñal seen ànd ak xeex, ndaxte xamuñu yokkute xam-xam bi. Noonu nag, bindu buy jóge ca Yàlla ji dañu ko melal ak araf bu njëkk bu alifbaa Ebrëw bi, yokkute xam-xam bi dañu ko melal ak araf bu fukki ak ñett ba, fa la ñuy feeñalee ñàkk dégg-dëgg ak xeex, te bindu nit bu yéglee waxu Yàlla bu xeetu jaar-jaar boobu mooy araf bu mujj bu alifbaa Ebrëw bi; te bu ñu leen boolee ñetti araf yooyu, li ñuy tekki mooy “dëgg”.</w:t>
      </w:r>
    </w:p>
    <w:p>
      <w:pPr>
        <w:pStyle w:val="ArticleBody"/>
        <w:jc w:val="left"/>
      </w:pPr>
      <w:r>
        <w:rPr>
          <w:rFonts w:ascii="Times New Roman" w:hAnsi="Times New Roman" w:eastAsia="Times New Roman" w:cs="Times New Roman"/>
        </w:rPr>
        <w:t>Peeñ yi ci dexu Ulai ak Hiddekel, yi fii di mat, dañuy won ne ci bés yu mujj yi yokkute xam-xam bi joge ci ñaari dex yi dafa booloo ngir firndeel ne yàllaay gi booleek nit ñaadul bàkkaar. Daniel jot na peeñ boobu, bi tegu ci feeñug Kirist ci jeexital waxu ci kanam bu ñaari junni ak ñetti téeméeri at yi, ci 1844, fekk mu nekk ci dexu Ulai.</w:t>
      </w:r>
    </w:p>
    <w:p>
      <w:pPr>
        <w:pStyle w:val="ArticleScripture"/>
        <w:jc w:val="left"/>
      </w:pPr>
      <w:r>
        <w:rPr>
          <w:rFonts w:ascii="Times New Roman" w:hAnsi="Times New Roman" w:eastAsia="Times New Roman" w:cs="Times New Roman"/>
        </w:rPr>
        <w:t>Te gis ma ci peteĩ feeñ; te itam ba ma, bi ma gis, nekk naa woon ca Suusaan, ca kër gu mag ga, gi nekk ci diiwaanu Elam; te gis naa ci feeñ, te fekk naa ne maa ngiy tollu ca dexu Ulai. Daniel 8:2.</w:t>
      </w:r>
    </w:p>
    <w:p>
      <w:pPr>
        <w:pStyle w:val="ArticleBody"/>
        <w:jc w:val="left"/>
      </w:pPr>
      <w:r>
        <w:rPr>
          <w:rFonts w:ascii="Times New Roman" w:hAnsi="Times New Roman" w:eastAsia="Times New Roman" w:cs="Times New Roman"/>
        </w:rPr>
        <w:t>Danyeel jot na peeñ mi tegu mbirum ñaar-fukki téeméeri at ak ñaar-fukk ak ñaari at yu jaar yépp ci waxu yonent, ba mu nekkoon ci wetu dexu Iddekel.</w:t>
      </w:r>
    </w:p>
    <w:p>
      <w:pPr>
        <w:pStyle w:val="ArticleScripture"/>
        <w:jc w:val="left"/>
      </w:pPr>
      <w:r>
        <w:rPr>
          <w:rFonts w:ascii="Times New Roman" w:hAnsi="Times New Roman" w:eastAsia="Times New Roman" w:cs="Times New Roman"/>
        </w:rPr>
        <w:t>Te ci ñaar-fukk ak ñeent baatub bésu njëkk weer, bi ma nekkee ci wetug dex gu mag gi, di Hiddekel. Daniel 10:4.</w:t>
      </w:r>
    </w:p>
    <w:p>
      <w:pPr>
        <w:pStyle w:val="ArticleBody"/>
        <w:jc w:val="left"/>
      </w:pPr>
      <w:r>
        <w:rPr>
          <w:rFonts w:ascii="Times New Roman" w:hAnsi="Times New Roman" w:eastAsia="Times New Roman" w:cs="Times New Roman"/>
        </w:rPr>
        <w:t>Gannaaw loolu, ci aar fanweeri wax ji, Jibril xamle na taxawaayu gis-gis bu chazon bi ci dexu Hiddekel.</w:t>
      </w:r>
    </w:p>
    <w:p>
      <w:pPr>
        <w:pStyle w:val="ArticleScripture"/>
        <w:jc w:val="left"/>
      </w:pPr>
      <w:r>
        <w:rPr>
          <w:rFonts w:ascii="Times New Roman" w:hAnsi="Times New Roman" w:eastAsia="Times New Roman" w:cs="Times New Roman"/>
        </w:rPr>
        <w:t>Léegi maa ngi ñëw ngir may la xam li dina dal sa xeet ci fan yu mujj yi; ndaxte gis-gis gi des na ngir fan yu bare. Daniel 10:14.</w:t>
      </w:r>
    </w:p>
    <w:p>
      <w:pPr>
        <w:pStyle w:val="ArticleBody"/>
        <w:jc w:val="left"/>
      </w:pPr>
      <w:r>
        <w:rPr>
          <w:rFonts w:ascii="Times New Roman" w:hAnsi="Times New Roman" w:eastAsia="Times New Roman" w:cs="Times New Roman"/>
        </w:rPr>
        <w:t>Peeñu gi ñu jox ci dexu Ulai dafay xamle “mënu gis” bu Kirist, (yàllaay) ba Mu dikk ci gaaw ci kërëm bésub 22 Oktoobar 1844. Mu tegtaloon “yàllaay” buy dugg ci kërgu jamonoy Millerit yi (nit ña) ci bés boobu ngir Bésub Yëkkati bàkkaar, te maanaam bésub “nek benn”, dafay tegtal booleb yàllaay ak nit ña. Peeñu gi ñu jox ci dexu Hiddekel dafay xamle li dina dal askanu Yàlla (nit ña) ci fan yu mujj yi.</w:t>
      </w:r>
    </w:p>
    <w:p>
      <w:pPr>
        <w:pStyle w:val="ArticleBody"/>
        <w:jc w:val="left"/>
      </w:pPr>
      <w:r>
        <w:rPr>
          <w:rFonts w:ascii="Times New Roman" w:hAnsi="Times New Roman" w:eastAsia="Times New Roman" w:cs="Times New Roman"/>
        </w:rPr>
        <w:t>Ndàq gu njëkk gu gis-gis gu “melo” mooyoon atum 457 B.C. Ñaari téeméeri ak ñaar-fukk at gannaaw jamono jëfandikoo gu yonent yi te xamle wàllug daaneel bu bérab bu sell ba ak mbooloom, mi tambalee woon ci 677 B.C. Jeexital ñaari téeméeri ak ñaar-fukk at yooyu, yi ñu boole woon ci buntu tàmbali gu ñaari gis-gis yi, moom la waxoon ki ñuy wax Boroom Lim bu Yéeme, mi itam di Boroom Làkk bu Yéeme ci Habakkuk 2:20.</w:t>
      </w:r>
    </w:p>
    <w:p>
      <w:pPr>
        <w:pStyle w:val="ArticleScripture"/>
        <w:jc w:val="left"/>
      </w:pPr>
      <w:r>
        <w:rPr>
          <w:rFonts w:ascii="Times New Roman" w:hAnsi="Times New Roman" w:eastAsia="Times New Roman" w:cs="Times New Roman"/>
        </w:rPr>
        <w:t>Waaye Boroom bi nekk na ci këram ju sell ji: suuf sépp noppaliku na fa kanamam. Habakuk 2:20.</w:t>
      </w:r>
    </w:p>
    <w:p>
      <w:pPr>
        <w:pStyle w:val="ArticleBody"/>
        <w:jc w:val="left"/>
      </w:pPr>
      <w:r>
        <w:rPr>
          <w:rFonts w:ascii="Times New Roman" w:hAnsi="Times New Roman" w:eastAsia="Times New Roman" w:cs="Times New Roman"/>
        </w:rPr>
        <w:t>Lëkkalug nit ak Yàlla ga ñu tegtaloon ca njàlbéen ga ci punt yu tambale yi ñaari waxu yonent yi, xamoon nañu ko ci seeni jeexital yu bokk, jaarale ko ci kapitel ak aaya bi melaloon feeñug ndamu Yàlla gi ñëw bu gaaw ca kër Yàlla ga Mu tabaxoon ci biir ñent-fukk ak juróom-benn at, di tàmbalee ca waxtu mujj ma ci 1798, ba jeex ñent-fukk ak juróom-benn at gannaaw ga, ci 22 Oktoobar 1844.</w:t>
      </w:r>
    </w:p>
    <w:p>
      <w:pPr>
        <w:pStyle w:val="ArticleScripture"/>
        <w:jc w:val="left"/>
      </w:pPr>
      <w:r>
        <w:rPr>
          <w:rFonts w:ascii="Times New Roman" w:hAnsi="Times New Roman" w:eastAsia="Times New Roman" w:cs="Times New Roman"/>
        </w:rPr>
        <w:t>Ndax xamuleen ne yéen ngeen di kër Yàlla, te Xelu Yàlla dëkk ci yéen? Ku yàq kër Yàlla, Yàlla dina ko yàq; ndaxte kër Yàlla sell na, te kër googu, mooy yéen. 1 Korent 3:16, 17.</w:t>
      </w:r>
    </w:p>
    <w:p>
      <w:pPr>
        <w:pStyle w:val="ArticleBody"/>
        <w:jc w:val="left"/>
      </w:pPr>
      <w:r>
        <w:rPr>
          <w:rFonts w:ascii="Times New Roman" w:hAnsi="Times New Roman" w:eastAsia="Times New Roman" w:cs="Times New Roman"/>
        </w:rPr>
        <w:t>Ca 22 Oktoobar 1844, ci déggoon ak vision bu “appearance” bi, Habakuk xamale ne Boroom bi nekk na ci këram gu sell ga. Moom dafa samp kër gu sell ga ñu yàqoon te doxandéemoon ci kawam diirub ñaar junni ak juróom-ñaar téeméer ak ñaar-fukk at, ci ñeent-fukk ak juróom-benn at.</w:t>
      </w:r>
    </w:p>
    <w:p>
      <w:pPr>
        <w:pStyle w:val="ArticleScripture"/>
        <w:jc w:val="left"/>
      </w:pPr>
      <w:r>
        <w:rPr>
          <w:rFonts w:ascii="Times New Roman" w:hAnsi="Times New Roman" w:eastAsia="Times New Roman" w:cs="Times New Roman"/>
        </w:rPr>
        <w:t>Te wax ak moom ne: Ni Boroom mbooloom yi waxe, naan: Xoolleen nit ki turam di GÉNNE GI; dina sax ci bérabam, te moom mooy tabax kër Yàlla gi. Moom ci boppam mooy tabax kër Yàlla gi; dina yëngoo ndam li, dina toog te nguuru ci kaw gangunaam; te dina doon saraxalekat ci kaw gangunaam; te dégg-dëggu jàmm dina nekk ci seen diggante ñoom ñaar. Te kaala yi dinañu nekkal Helem, ak Tobiya, ak Yedaya, ak Hen doomu Sefanya, ngir muy fàttaliku ci biir kër Yàlla gi. Ñi sori dinañu ñëw, tabax ci kër Yàlla gi, te dingeen xam ne Boroom mbooloom yi moo ma yónni ci yéen. Te loolu dina am, bu fekkee ne dégg ngeen ba baax baatu Aji Sax ji seen Yàlla. Sakaraya 6:12–15.</w:t>
      </w:r>
    </w:p>
    <w:p>
      <w:pPr>
        <w:pStyle w:val="ArticleBody"/>
        <w:jc w:val="left"/>
      </w:pPr>
      <w:r>
        <w:rPr>
          <w:rFonts w:ascii="Times New Roman" w:hAnsi="Times New Roman" w:eastAsia="Times New Roman" w:cs="Times New Roman"/>
        </w:rPr>
        <w:t>Ci Yowaana 2:20, gannaaw ba Kirist setaloon kër Yàlla ga, te lii, ci waxu Serëñ Biyaat, mooy amalu waxi Malasi ñettielu saar bi, ni ko 22 Oktoobar 1844 itam doon, ndaw kàddu gi ci Kóllëre gi dikk na bëgg-bëgg ci këram.</w:t>
      </w:r>
    </w:p>
    <w:p>
      <w:pPr>
        <w:pStyle w:val="ArticleScripture"/>
        <w:jc w:val="left"/>
      </w:pPr>
      <w:r>
        <w:rPr>
          <w:rFonts w:ascii="Times New Roman" w:hAnsi="Times New Roman" w:eastAsia="Times New Roman" w:cs="Times New Roman"/>
        </w:rPr>
        <w:t>Yeesu tontu leen ne: “Yàqleen këru Yàlla gii, te ci ñetti fan dinaa ko yékkati.” Waaye Yawut ya ne ko: “Ñeent-fukk ak juróom-benni at lañu jëfandikoo ngir tabax këru Yàlla gii, te yaw dinaa ko yékkati ci ñetti fan?” Waaye moom, dafa doon wax ci këru Yàlla gu nekk ci yaramam. Yowaana 2:19–20.</w:t>
      </w:r>
    </w:p>
    <w:p>
      <w:pPr>
        <w:pStyle w:val="ArticleBody"/>
        <w:jc w:val="left"/>
      </w:pPr>
      <w:r>
        <w:rPr>
          <w:rFonts w:ascii="Times New Roman" w:hAnsi="Times New Roman" w:eastAsia="Times New Roman" w:cs="Times New Roman"/>
        </w:rPr>
        <w:t>Ci matug Malaki saar ñetteel, Kirist dafa dikk ci yàlla gu gaaw ci këram ga ba mu setale kër Yàlla ga ca ndoortel liggéeyam gi ci Yowaana saar ñaareel, te loolu dafa misaalé 22 Oktoobar 1844. Setalug kër Yàlla ga ak Kirist ci Yowaana saar ñaareel, ak 22 Oktoobar 1844, matug la woon Malaki saar ñetteel. Ci Yowaana saar ÑAAREEL ak aaya ÑAAR-FUKK, ñu xamal na nu ne kër nit ku ko tabaxee ci ñeent-fukk ak juróom-benn at, te kër Yàlla ji ci kaw dees na ko yékkati ci ñetti fan. Kër nit ki du nekk sax “këram gu sell ga” gu Abakuk wax ludul bu Yàlla gu kaw dikk ci biiram ci lu gaaw, ni mu ko defee 22 Oktoobar 1844, ndaxte yàllag gu booleek nit ñu dul bàkkaar. Peeñ yi ci ñaari dex yu mag yi ci Sinar dañuy tegtal dëgg gi ne nit ñu booleek yàllag du bàkkaar.</w:t>
      </w:r>
    </w:p>
    <w:p>
      <w:pPr>
        <w:pStyle w:val="ArticleBody"/>
        <w:jc w:val="left"/>
      </w:pPr>
      <w:r>
        <w:rPr>
          <w:rFonts w:ascii="Times New Roman" w:hAnsi="Times New Roman" w:eastAsia="Times New Roman" w:cs="Times New Roman"/>
        </w:rPr>
        <w:t>Nun dina yokk sunu seetlu ci aaya ñeent-fukk ba ci benn-fukki bennu saraxu Daniel ci mbind mi di ñëw.</w:t>
      </w:r>
    </w:p>
    <w:p>
      <w:pPr>
        <w:pStyle w:val="ArticleScripture"/>
        <w:jc w:val="left"/>
      </w:pPr>
      <w:r>
        <w:rPr>
          <w:rFonts w:ascii="Times New Roman" w:hAnsi="Times New Roman" w:eastAsia="Times New Roman" w:cs="Times New Roman"/>
        </w:rPr>
        <w:t>Yéen itam, ni ay doj yu dund, ñu ngi leen tabax ngir nekk kër gu xel, sërin yu sell, ngir joxe sarax yu xel yu neex Yàlla jaarale ko ci Yeesu Kirist. 1 Piyeer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Juróom-Ñaari Fukk ak Ñaar</dc:title>
  <dc:subject>Ubbi dëgg gi: Tukki bi jaarale ci Daniel 11 ak yëngu-yëngu nit ñi Yàlla moom</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