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Téeméeri Nekk benn téeméer ak ñaar-fukk ak juróom-benn</w:t>
      </w:r>
    </w:p>
    <w:p>
      <w:pPr>
        <w:pStyle w:val="ArticleSubtitle"/>
        <w:jc w:val="left"/>
      </w:pPr>
      <w:r>
        <w:rPr>
          <w:rFonts w:ascii="Arial" w:hAnsi="Arial" w:eastAsia="Arial" w:cs="Arial"/>
        </w:rPr>
        <w:t>Ubbi njariñu waxu-gëm-gëm: Teg ci leer Daniel 11:40 ak li muy jural ci Kiristinaas gu jamono jii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Waasoŋgooku ñent ci Daniel fukki benn saar ñaar-fukk, tàmbalee na ci jamono mujj gi, waaye waasoŋgooku bi moom moo xamle ñaari jamonoy mujj; moo tax jàngatkat bu waxu yonent bi man a méngale jamonoy mujj jëkk bi ak ñaareel bi. Bu ñu defee njariñu jëfandikoo boobu, sàrtu jaar-jaaru taarixu Millerite bi tàmbalee woon ci 1798, dafay dawandoo ak taarixu États-Unis ci 1989. Ñaari sàrt yooyu dañuy xamle sàrtu wéccu protestant dëgg gi ak sàrtu wéccu Républicain bu rab suuf si ci Apocalipsis saar 13. Ñoom ñépp ñaari sàrt yooyu dañuy tàmbalee ci jamonoy mujj gi ci 1798, te jamonoy mujj gi ci 1989 dafa matale rekk te joxe seede bu ñaareel ci ay màndargay dëgg yi ñu ubbi ci waasoŋgooku bi.</w:t>
      </w:r>
    </w:p>
    <w:p>
      <w:pPr>
        <w:pStyle w:val="ArticleBody"/>
        <w:jc w:val="left"/>
      </w:pPr>
      <w:r>
        <w:rPr>
          <w:rFonts w:ascii="Times New Roman" w:hAnsi="Times New Roman" w:eastAsia="Times New Roman" w:cs="Times New Roman"/>
        </w:rPr>
        <w:t>Yëngu malaaka bu ñetteel bi agsi na ci 22 Oktoobar 1844, waaye ñu yebal ko ndax fippu ñaari juróom-ñaar ñetti at yi, muy 1856 ba 1863. Agsiinu malaaka bu ñetteel bi amati naat ci 11 Sàttumbar 2001. Atum 1863 dafa nekk woon misaal ci njëkk taxawaayu Israayil gu yàgg gi ca Kadesh ak fippu fukki yëgkat ya, te 11 Sàttumbar 2001 dafa nekk woon misaal ci mujj taxawaayu Israayil gu yàgg gi ca Kadesh ak fippu Musaa. Fippu 1863, mi Kadesh gu njëkk ga di tegtal, moo jur àtteb dee ci màndiŋ ma. Fippu 11 Sàttumbar 2001 mi Kadesh gu mujj ga di tegtal moo jur deeb njiiti Adventismu Laodise.</w:t>
      </w:r>
    </w:p>
    <w:p>
      <w:pPr>
        <w:pStyle w:val="ArticleBody"/>
        <w:jc w:val="left"/>
      </w:pPr>
      <w:r>
        <w:rPr>
          <w:rFonts w:ascii="Times New Roman" w:hAnsi="Times New Roman" w:eastAsia="Times New Roman" w:cs="Times New Roman"/>
        </w:rPr>
        <w:t>Wàccuwaayu malaaka mi ca 11 Ut 1840, mi tàmbalee yëngu-yëngu 1840 ba 1844, mi Sœur White woowe woon ne mooy benn feeñ gu màggal te màndu ci kàttanu Yàlla, dafa melaloon 11 Sàttumbar 2001 te mu joxe xamle benn feeñ gu màggal te màndu ci kàttanu Yàlla.</w:t>
      </w:r>
    </w:p>
    <w:p>
      <w:pPr>
        <w:pStyle w:val="ArticleScripture"/>
        <w:jc w:val="left"/>
      </w:pPr>
      <w:r>
        <w:rPr>
          <w:rFonts w:ascii="Times New Roman" w:hAnsi="Times New Roman" w:eastAsia="Times New Roman" w:cs="Times New Roman"/>
        </w:rPr>
        <w:t>“Malaka mi boole ci yéglebesaayu ndaw malaaka ñetteel bi, dina leeral suuf sépp ak ndamam. Fii dañu wax ci kanam liggéey gu yaatu ci àddina bépp te am doole gu xel doyadi. Yëngu-yëngu ngëm gi ci at yi 1840–44 nekkoon na wone gu tedd ci dooley Yàlla; yëglebesaayu malaaka bu njëkk bi yegg na ba ca bépp kër-yónnee ci àddina, te ci yenn réew amoon na fa farlu gu mag ci mbirum diine, bu kenn gisagul woon fenn ci benn réew gannaaw Coppiteg gi ci juróom-benn fukki at yi ak juróom-benni téeméeri at; waaye loolu yépp dinañu ko weesu ci yëngu-yëngu gu mag, gu am kàttan, te di jaar ci artu mujj gi ndaw malaaka ñetteel bi.” The Great Controversy, 611.</w:t>
      </w:r>
    </w:p>
    <w:p>
      <w:pPr>
        <w:pStyle w:val="ArticleBody"/>
        <w:jc w:val="left"/>
      </w:pPr>
      <w:r>
        <w:rPr>
          <w:rFonts w:ascii="Times New Roman" w:hAnsi="Times New Roman" w:eastAsia="Times New Roman" w:cs="Times New Roman"/>
        </w:rPr>
        <w:t>Ñëwub ñëwukaay bu ñetteel bi ci 22 Oktoobar 1844 (Kades bu njëkk bi) dafa doon ngir jeexal liggéey bi, waaye nit Yàlla yi tànn nañu fal njiit bu bees te dellu Misra. Bi 1863 agsi, dañu “tabaxaat Yeriko”, te bokkuñu ci liggéeyu Yàlla ci wàcce miiru Yeriko. Moo tax ñu teg leen curse, ak dee ci màndiŋ ma.</w:t>
      </w:r>
    </w:p>
    <w:p>
      <w:pPr>
        <w:pStyle w:val="ArticleScripture"/>
        <w:jc w:val="left"/>
      </w:pPr>
      <w:r>
        <w:rPr>
          <w:rFonts w:ascii="Times New Roman" w:hAnsi="Times New Roman" w:eastAsia="Times New Roman" w:cs="Times New Roman"/>
        </w:rPr>
        <w:t>Te Yosuwee waat na leen ca waxtu woowu ne: “Ku jóg te tabax dëkk bii Yeriko, na nekk ku ñàkk barke ci kanam Aji Sax ji; ci doomam góor bu njëkk la koy samp fondmaŋam, te ci doomam góor bu gën a ndaw la koy taxawal bunt ya.” Yosuwee 6:26.</w:t>
      </w:r>
    </w:p>
    <w:p>
      <w:pPr>
        <w:pStyle w:val="ArticleBody"/>
        <w:jc w:val="left"/>
      </w:pPr>
      <w:r>
        <w:rPr>
          <w:rFonts w:ascii="Times New Roman" w:hAnsi="Times New Roman" w:eastAsia="Times New Roman" w:cs="Times New Roman"/>
        </w:rPr>
        <w:t>Ni ci Israyil gu njëkk Kadesh, ñi bañoon yégle Yosuwe ak Kaleb, noonu itam ngëmadi Israyil bu bees bi ca njëkk Kadesh (1863) indi na ci seen kaw rëbbu Yosuwe. Bi malaaka bu ñetteel bi dellusee 11 Sàttumbar 2001 (mujj Kadesh), liggéey bu mujj bi, bu jiitu Yàlla di wàcce Yeriko ak ay tatam, tàmbalee na.</w:t>
      </w:r>
    </w:p>
    <w:p>
      <w:pPr>
        <w:pStyle w:val="ArticleBody"/>
        <w:jc w:val="left"/>
      </w:pPr>
      <w:r>
        <w:rPr>
          <w:rFonts w:ascii="Times New Roman" w:hAnsi="Times New Roman" w:eastAsia="Times New Roman" w:cs="Times New Roman"/>
        </w:rPr>
        <w:t>22 Oktoobar 1844 mooy ag ñëwug malaaka bu ñetteel bi, te ci loolu mooy itam màndarga ñëwug dibeer bu gàtt-a-gàtt di ñëw ci fan yu mujj yi. 1863 mooy màndarga jeexital jamonoy nattu bu malaaka bu ñetteel bi, bi tàmbalee 22 Oktoobar 1844. Kon 1863 mooy màndarga yoonu dibeer bu gàtt-a-gàtt di ñëw, ndaxte Yeesu dafa sax di tektal jeexital gi ak njàlbéen gi. Ci 1863, réew mi xàjjaloon nañu ko ñaari xeet; noonu itam, bu yoonu dibeer bi agsee, ñaari xeet dinañu feeñ.</w:t>
      </w:r>
    </w:p>
    <w:p>
      <w:pPr>
        <w:pStyle w:val="ArticleBody"/>
        <w:jc w:val="left"/>
      </w:pPr>
      <w:r>
        <w:rPr>
          <w:rFonts w:ascii="Times New Roman" w:hAnsi="Times New Roman" w:eastAsia="Times New Roman" w:cs="Times New Roman"/>
        </w:rPr>
        <w:t>Jàmmu nattu bu ñetteelu malaaka bi ci jaar-jaaru Millerite tàmbalee na ci 1844 te jeex na ci 1863, te tàmbali ak jeexital gi, ñoom ñaarépp, dañoo màndargaal yoonu Dimaas bu fan yu mujj ya. Ci jaar-jaaru nekk diggante tàmbali gi (1844) ak jeexital gi (1863), am na fippu gu yëngu-yëngu Millerite bi (1856). Kon nag, jamono jooju dafay yëngu mandargaam gu “Dëgg.” Delluwaat Kadesh ñaareel yoon bi ci 11 Septàmbar 2001 dafay màndargaal tàmbali jëfandikoo nattu gu ñetteelu malaaka bi, gi di jeex ci yoonu Dimaas bu agsi lu yàggul, ni ko 1863 doon misaal.</w:t>
      </w:r>
    </w:p>
    <w:p>
      <w:pPr>
        <w:pStyle w:val="ArticleBody"/>
        <w:jc w:val="left"/>
      </w:pPr>
      <w:r>
        <w:rPr>
          <w:rFonts w:ascii="Times New Roman" w:hAnsi="Times New Roman" w:eastAsia="Times New Roman" w:cs="Times New Roman"/>
        </w:rPr>
        <w:t>Dale bañu santaane ndigal alxames boobu, ba kera mujjug xel nit dina tëj, Yeriko ak ay tataam dinañu leen daan, ci ànd ak àtte gu jëfandikoo ci jigéenu Babilon bu ndaw, ji ñu wone ci jaar-jaar boobu. Aaya ñent-fukk bi tambalee na ci 1798, te mujj na ci ndigal alxames bu gën a jege ci aaya ñent-fukk ak benn bi. Waxtu mujj ga ci 1798 dafa tegtal sàrri biir biir gu kër Yàlla, di tàmbalee ak Millerite yi ci yëngu-yëngu malaaka bu njëkk ba ci yëngu-yëngu malaaka bu ñetteel ak junni ñeent téeméer ak ñeent-fukk ak ñeent ñi. Lépp nekk ci benn aaya.</w:t>
      </w:r>
    </w:p>
    <w:p>
      <w:pPr>
        <w:pStyle w:val="ArticleBody"/>
        <w:jc w:val="left"/>
      </w:pPr>
      <w:r>
        <w:rPr>
          <w:rFonts w:ascii="Times New Roman" w:hAnsi="Times New Roman" w:eastAsia="Times New Roman" w:cs="Times New Roman"/>
        </w:rPr>
        <w:t>Xare bi nekk ci diggante buur bu bëj-gànnaar bi, mi tàmbalee ak yéegug buur bu bëj-saalum bi ci atum 1798, jeex na ci 1989, ba tey buur bu bëj-saalum bi dafañu ko daan ci loxo bokk-bëggante diggante juróomeelu nguur gi ak juróom-bennëelu nguur gi ci waxu yonent yi ci Biibël bi. Xareg buur bu bëj-gànnaar bi ak buur bu bëj-saalum bi, mi tàmbalee ci 1798, Millerit yi xam nañu ko ni muy xare ci Rooma, te seen gis-gis mooy ne lu nekkul dara lu dul ñaari doole yu yàquy, mooy paganizm ak papalizm. Bi xare bi jeexee ci 1989, ñetti doole yi yàquy dañoo bokkoon ci moom, te loolu moo màndargaal tàmbalig misaal gu yonent gi ci ñetti doole yooyu di jiite àddina si ba ci Armageddon, mi ñu tegtal ci wàll gu suuf ci aaya fanweeri-ñeenteel bi ci Daniel fukk ak benn.</w:t>
      </w:r>
    </w:p>
    <w:p>
      <w:pPr>
        <w:pStyle w:val="ArticleBody"/>
        <w:jc w:val="left"/>
      </w:pPr>
      <w:r>
        <w:rPr>
          <w:rFonts w:ascii="Times New Roman" w:hAnsi="Times New Roman" w:eastAsia="Times New Roman" w:cs="Times New Roman"/>
        </w:rPr>
        <w:t>Aayaat ñaar-fukk ak ñeent ba ñaar-fukk ak juróom-benn jàngale nañu doxalin yoon-yoonu waxu Yonent yi ci ñetti kàttan yi di indi paap bi ba ci jeexitam diggante géej yi ak tundu sell bu tedd bi. Su ñu ko deggee ba baax, jaar-jaaru waxu Yonent bi tektal ci aaya ñaar-fukk ak benn, dafay boole aaya ñaar-fukk ak benn ba ñaar-fukk ak ñeent.</w:t>
      </w:r>
    </w:p>
    <w:p>
      <w:pPr>
        <w:pStyle w:val="ArticleBody"/>
        <w:jc w:val="left"/>
      </w:pPr>
      <w:r>
        <w:rPr>
          <w:rFonts w:ascii="Times New Roman" w:hAnsi="Times New Roman" w:eastAsia="Times New Roman" w:cs="Times New Roman"/>
        </w:rPr>
        <w:t>Kon nag, tambalee ci jamono mujj ga ci 1989, ak ñaareelu seede bi ci 1798, te di mëngale tàmbali ak mujju xare bi nekk diggante buur bu bëj-gànnaar ak buur bu bëj-saalum, aaya ñent-fukk ak benn ba ñent-fukk ak ñeent di wax ci benn booloo bu ñetti wàll yu am ci benn papsi bu gaañoom gu rey wéraat, te aaya ñent-fukk ak juróom mooy fa muy agsi ci njeexitalam. Aaya yi, bu ñu leen jàppee ci xel mii, dañuy wane jaar-jaaru nettali bu nekk bitim kër Yàlla gi, ni ko itam diggante juróom-ñaari pegtéef yi ak juróom-ñaari mbooloy mbooloom yi ci téereb Peeñu bi di tegtal.</w:t>
      </w:r>
    </w:p>
    <w:p>
      <w:pPr>
        <w:pStyle w:val="ArticleBody"/>
        <w:jc w:val="left"/>
      </w:pPr>
      <w:r>
        <w:rPr>
          <w:rFonts w:ascii="Times New Roman" w:hAnsi="Times New Roman" w:eastAsia="Times New Roman" w:cs="Times New Roman"/>
        </w:rPr>
        <w:t>Rëddo taariixu waxi Yonent wi teeru ci 1798 dafa war a tektal bu ëpp atteb seetkat bi, te rëddo bi tambalee ci benn bopp boobu ci 1989 dafa war a tektal bu ëpp atteb jëfandikukat bi. 1798 dafay ëpp a yëgle liggéeyu ndawsi bi di waajal yoon wi ngir Yonnentub Kóllëre gi, te 1989 dafay ëpp a yëgle liggéeyu ndawsi Eliya.</w:t>
      </w:r>
    </w:p>
    <w:p>
      <w:pPr>
        <w:pStyle w:val="ArticleBody"/>
        <w:jc w:val="left"/>
      </w:pPr>
      <w:r>
        <w:rPr>
          <w:rFonts w:ascii="Times New Roman" w:hAnsi="Times New Roman" w:eastAsia="Times New Roman" w:cs="Times New Roman"/>
        </w:rPr>
        <w:t>Li dale ci 1798, ba téereb Daniel ubbee, amna yokkute xam-xam ci jaar-jaari waxi yonent yi, fa Krist jiite ay nitam dugal leen ci bokk-gu-kóllëre gu matal boole bu sax ba fàwwu nguurug Yàlla ak nit. Kóllëre googu bés bu mujj gi, Mbind mi sell mi jàngale ko ba bari ci ay béréb yu bari.</w:t>
      </w:r>
    </w:p>
    <w:p>
      <w:pPr>
        <w:pStyle w:val="ArticleScripture"/>
        <w:jc w:val="left"/>
      </w:pPr>
      <w:r>
        <w:rPr>
          <w:rFonts w:ascii="Times New Roman" w:hAnsi="Times New Roman" w:eastAsia="Times New Roman" w:cs="Times New Roman"/>
        </w:rPr>
        <w:t>Xoolleen, bés yi di ñëw, wax na Boroom bi, ba maay fas kóllëre gu bees ak kërug Israyil, ak kërug Yuda: du ni kóllëre ga ma fasoon ak seen baay ya ca bés ba ma leen jàppoon ci loxo ngir génne leen réewum Misra; moom kóllëre googu sama, ñoom dañu ko tas, doonte nekkoon naa seen jëkkër, wax na Boroom bi: Waaye lii mooy kóllëre ga maay fas ak kërug Israyil; gannaaw bés yooyu, wax na Boroom bi, dinaa def samay yoon ci seen biir, te bind ko ci seen xol; te dinaa nekk seen Yàlla, ñoom itam dinañu nekk sama xeet. Te kenn du jàngalati moroomam, mbaa doomu ndeyam, naan: “Xamleen Boroom bi”; ndaxte ñoom ñépp dinañu ma xam, dale ko ci ki gën a suufe ba ci ki gën a màgg, wax na Boroom bi: ndaxte dinaa baal seen tooñ, te seetatulati seen bàkkaar. Yeremi 31:31–34.</w:t>
      </w:r>
    </w:p>
    <w:p>
      <w:pPr>
        <w:pStyle w:val="ArticleBody"/>
        <w:jc w:val="left"/>
      </w:pPr>
      <w:r>
        <w:rPr>
          <w:rFonts w:ascii="Times New Roman" w:hAnsi="Times New Roman" w:eastAsia="Times New Roman" w:cs="Times New Roman"/>
        </w:rPr>
        <w:t>Yépp yépp ci yonent yi dañuy fésal “bés yu mujj yi,” te wax ji nekk “bés yu mujj yi,” ci waxu yonent, dafay tegtal jamono ji ñu dogal ngir atte bi. Malaaka bu njëkk bi agsi na ci 1798, ci “waxtu mujj ga,” ngir yégle ubbi atte bi ci 1844, te loolu it mooy agsigu bés yu mujj yi. Bés yu mujj yi mooy “bés yi” yu Yeremi wax ne dinañu ñëw, ba Yàlla di “baal” “tooñ” te “du faati dara” ci bàkkaaru ay nitam. Jëf jooju Kirist mooy ko matal, ni Mu nekk Saraxalekat bu Kowe bi ci bésu njot gu mag ga ci lu koy melal dëgg, bi ci “bés yu mujj yi.”</w:t>
      </w:r>
    </w:p>
    <w:p>
      <w:pPr>
        <w:pStyle w:val="ArticleBody"/>
        <w:jc w:val="left"/>
      </w:pPr>
      <w:r>
        <w:rPr>
          <w:rFonts w:ascii="Times New Roman" w:hAnsi="Times New Roman" w:eastAsia="Times New Roman" w:cs="Times New Roman"/>
        </w:rPr>
        <w:t>Bu Adàna Milerit yi sax ci ngëm, doon dox ci leer gu jëkkandoo gi ndaw malaaka bu ñetteel bi indi woon ci 22 Oktoobar 1844, kon léegi ñu nekkon ba noppi ak Yeesu ci seen kër gu ba fàww. Loolu la Yeremi tekki bi mu waxe ne: “gannaaw fan yooyu.” “Fan yooyu” mooy jamono yu yonent yi jëme woon, te jeex ci, 1844. Ñooy “fan” yi Saaru Daniel, xaaj ba fukk ak ñaar, tudd.</w:t>
      </w:r>
    </w:p>
    <w:p>
      <w:pPr>
        <w:pStyle w:val="ArticleScripture"/>
        <w:jc w:val="left"/>
      </w:pPr>
      <w:r>
        <w:rPr>
          <w:rFonts w:ascii="Times New Roman" w:hAnsi="Times New Roman" w:eastAsia="Times New Roman" w:cs="Times New Roman"/>
        </w:rPr>
        <w:t>Waaye demal sa yoon ba mujj ga: ndaxte dinga noppalu, te taxaw ci sa cér ci mujjug fan yi. Daniel 12:13.</w:t>
      </w:r>
    </w:p>
    <w:p>
      <w:pPr>
        <w:pStyle w:val="ArticleBody"/>
        <w:jc w:val="left"/>
      </w:pPr>
      <w:r>
        <w:rPr>
          <w:rFonts w:ascii="Times New Roman" w:hAnsi="Times New Roman" w:eastAsia="Times New Roman" w:cs="Times New Roman"/>
        </w:rPr>
        <w:t>Ci “mujj fan yi,” walla ni Yeremi waxe ne, “gannaaw fan yooyu,” Kirist dafa fasoon yéene def ay yoonam ci biir seen dencukaay yi te bind ay yoonam ci seen xol yi. Dencukaay yu biir yi mooy bind gu suufe gi, walla ni Pool woote ko ne suux, te xol bi mooy bind gu kawe gi. Kóllëre gi dig na ne dina jox ay nitam xel mu bees buñu soppee, ak yaram wu bees ci Ñëw gu Ñaareel gi. Nit dafa daanu ak Aadam, mi ñu bindoon ci nataalu Yàlla, te mi ñu bindoon ak bind gu kawe ak bind gu suufe. Kóllëreg Kirist mooy jot nit ñi ak seen bind gu ñaari wàll yi ci rëcc gi bàkkaar indi.</w:t>
      </w:r>
    </w:p>
    <w:p>
      <w:pPr>
        <w:pStyle w:val="ArticleScripture"/>
        <w:jc w:val="left"/>
      </w:pPr>
      <w:r>
        <w:rPr>
          <w:rFonts w:ascii="Times New Roman" w:hAnsi="Times New Roman" w:eastAsia="Times New Roman" w:cs="Times New Roman"/>
        </w:rPr>
        <w:t>“Ci mujj yu mujj yu nettali suuf si, kóllëreg Yàlla ak ñi sàmm ndigalam dina yeesaat. ‘Bés boobu dinaa leen defal kóllëre ak rabu àll yi, ak picci asamaan yi, ak mbind mi laaxira ci suuf; te dinaa dagg gànnaay gi ak saafara gi ak xare bi bàyyi ko ci suuf si, te dinaa leen def ñu nelaw ci kaarange. Te dinaa la takk ci man ba fàww; waaw, dinaa la takk ci man ci njub, ak ci àtte, ak ci mbëggeel gu baax, ak ci yërmande. Dinaa la takk sax ci man ci kuy wóor; te dinga xam Boroom bi.’”</w:t>
      </w:r>
    </w:p>
    <w:p>
      <w:pPr>
        <w:pStyle w:val="ArticleScripture"/>
        <w:jc w:val="left"/>
      </w:pPr>
      <w:r>
        <w:rPr>
          <w:rFonts w:ascii="Times New Roman" w:hAnsi="Times New Roman" w:eastAsia="Times New Roman" w:cs="Times New Roman"/>
        </w:rPr>
        <w:t>“‘Te bés na ca bés fan bés boobu, man naa dégg, wax na Boroom bi; dinaa dégg asamaan yi, te ñoom dinañu dégg suuf si; te suuf si dina dégg dugub ji, ak biiñ bi, ak diwlin ji; te ñoom dinañu dégg Yisereyel. Te dinaa ko ji mboolem sama bopp ci suuf si; te dinaa yërëm ki yërëmam jotul woon; te dinaa wax ñi nekkul woon sama xeet: Yeenay sama xeet; te ñoom dinañu wax: Yow yaay sama Yàlla.’ Ose 2:14-23.”</w:t>
      </w:r>
    </w:p>
    <w:p>
      <w:pPr>
        <w:pStyle w:val="ArticleScripture"/>
        <w:jc w:val="left"/>
      </w:pPr>
      <w:r>
        <w:rPr>
          <w:rFonts w:ascii="Times New Roman" w:hAnsi="Times New Roman" w:eastAsia="Times New Roman" w:cs="Times New Roman"/>
        </w:rPr>
        <w:t>“‘Ca bés booba,... des na ci des Israyil yi, ak ñi mucc ci kër Yàqóoba,... dinañu sukkandiku ci Boroom bi, miy Bu Sell bi bu Israyil, ci dëgg.’ Esayi 10:20. Ci ‘xeet bu nekk, ak giir bu nekk, ak làkk bu nekk, ak nit ñi nekk’ dina am ñi di tontu ak mbégte ci bataaxal bi ne: ‘Ragal-leen Yàlla, te jox ko ndam; ndaxte waxtu àtteem jot na.’ Dinañu dëddu bépp xërëm bu leen boole ak suuf si, te dinañu ‘jàmmu ki bind asamaan ak suuf ak géej ak bëti ndox yi.’ Dinañu gore bopp seen bopp ci bépp lëjjaay, te dinañu taxaw ci kanam àddina si muy seede yu yërmande Yàlla. Naka ñuy déggal bépp laaj bu Yàlla sàkku, malaaka yi ak nit ñi dinañu leen xam ni ñooy ñi ‘sàmm ndigali Yàlla, ak ngëmum Yeesu.’ Peeñu 14:6–7, 12.”</w:t>
      </w:r>
    </w:p>
    <w:p>
      <w:pPr>
        <w:pStyle w:val="ArticleScripture"/>
        <w:jc w:val="left"/>
      </w:pPr>
      <w:r>
        <w:rPr>
          <w:rFonts w:ascii="Times New Roman" w:hAnsi="Times New Roman" w:eastAsia="Times New Roman" w:cs="Times New Roman"/>
        </w:rPr>
        <w:t>“ ‘Xool yi di ñëw, wax na Boroom bi, ba beykat bi dina jotaat ak góobkat bi, te buuru reseñ bi ak ki ji; tundi yi dinañu tux diw su neex, te tund yu ndaw yépp dinañu seey. Te dinaa delloo ngir yiññeesoon sama askan wi, Israayil, te dinañu tabax dëkk yu yàquoon, te dëkk ci; dinañu itam jëmbët toolu reseñ, naan seen biiñ; dinañu itam sos toolu meññeef, lekk seen meññeem. Te dinaa leen jëmbët ci seen suuf, te duñu leen decciatiati mukk ci seen suuf, bi ma leen jox, wax na Boroom bi, seen Yàlla. Amos 9:13–15.’ ” Review and Herald, February 26, 1914.</w:t>
      </w:r>
    </w:p>
    <w:p>
      <w:pPr>
        <w:pStyle w:val="ArticleBody"/>
        <w:jc w:val="left"/>
      </w:pPr>
      <w:r>
        <w:rPr>
          <w:rFonts w:ascii="Times New Roman" w:hAnsi="Times New Roman" w:eastAsia="Times New Roman" w:cs="Times New Roman"/>
        </w:rPr>
        <w:t>Bi Yeremi waxee ne “gannaaw fan yooyu,” “fan” yi jiitu woon liggéey bi Kirist di tegu ci anam gu gaaw ci kër Yàllaam ngir sellal ko, moo doon jamono yu wax ci yonent yi jeex ci 1798 ak 1844. Jeexital fan yooyu ci waxu yonent yi (jamono yi) mooy màndargaal ñent-fukk ak juróom-benn at yi Kirist tabaxee kër Yàlla gu Millerite gi, te bi Mu tegee ci anam gu gaaw 22 Oktoobar 1844, dafa doon matal Malasi saar ñetteel bi, bi Mu ko itam matalee ba Mu sellalee kër Yàlla gi ca ndoorte ak jeexital liggéeyam.</w:t>
      </w:r>
    </w:p>
    <w:p>
      <w:pPr>
        <w:pStyle w:val="ArticleScripture"/>
        <w:jc w:val="left"/>
      </w:pPr>
      <w:r>
        <w:rPr>
          <w:rFonts w:ascii="Times New Roman" w:hAnsi="Times New Roman" w:eastAsia="Times New Roman" w:cs="Times New Roman"/>
        </w:rPr>
        <w:t>“Bi Yeesu di setal kër Yàlla gi ci ñi doon jaay ak ñi doon jënd ci àddina, Mu yégle woon ndigëlam ngir setal xol ci sobeg bàkkaar,—ci bëgg-bëgg yu suufe yi, ci yeneen yu boppu nit di topptoo, ci aada yu bon yi, yi di yàq ruu. Malasi 3:1–3 ñu wax ko.” The Desire of Ages, 161.</w:t>
      </w:r>
    </w:p>
    <w:p>
      <w:pPr>
        <w:pStyle w:val="ArticleBody"/>
        <w:jc w:val="left"/>
      </w:pPr>
      <w:r>
        <w:rPr>
          <w:rFonts w:ascii="Times New Roman" w:hAnsi="Times New Roman" w:eastAsia="Times New Roman" w:cs="Times New Roman"/>
        </w:rPr>
        <w:t>Te “gannaaw fan yooyu,” Kiristoon doon mébët sellal kër Yàlla gi Mu tabaxoon, mi doon misaal liggéeyam ci sellal xol yi ay gaayam ci sobeg bàkkaar, walla ni Yeremi waxe, bind ay yoonam ci seen xol ak ci seen biir.</w:t>
      </w:r>
    </w:p>
    <w:p>
      <w:pPr>
        <w:pStyle w:val="ArticleScripture"/>
        <w:jc w:val="left"/>
      </w:pPr>
      <w:r>
        <w:rPr>
          <w:rFonts w:ascii="Times New Roman" w:hAnsi="Times New Roman" w:eastAsia="Times New Roman" w:cs="Times New Roman"/>
        </w:rPr>
        <w:t>Ndax gisee na ay bàkkaar ci ñoom, mu wax ne: “Xool-leen, fan yi dinañu ñëw,” wax na Boroom bi, “ba may fas ak kër Israayil ak ak kër Yuda kóllëre gu bees; du mel ni kóllëre ga ma fasoon ak seen baay ya ca bés ba ma leen jàppoon ci loxo ngir génne leen réewum Misra; ndaxte saxuñu ci sama kóllëre, te xoolu ma leen,” wax na Boroom bi. “Ndax lii mooy kóllëre gi may fas ak kër Israayil gannaaw fan yooyu,” wax na Boroom bi; “dinaa def sama yoon yi ci seen xel, te bind leen ci seen xol; te dinaa nekk seen Yàlla, te ñoom dinañu nekk sama xeet.” Hébreux 8:8–10.</w:t>
      </w:r>
    </w:p>
    <w:p>
      <w:pPr>
        <w:pStyle w:val="ArticleBody"/>
        <w:jc w:val="left"/>
      </w:pPr>
      <w:r>
        <w:rPr>
          <w:rFonts w:ascii="Times New Roman" w:hAnsi="Times New Roman" w:eastAsia="Times New Roman" w:cs="Times New Roman"/>
        </w:rPr>
        <w:t>Kàddu yi ne “fan yooyu” mooy “mujj gi” Daniel waxoon, bi jeexee ci 1798 ak 1844. Rëdd bi ci bänneexu Protestaŋ bu tàmbalee ci 1798, ci aaya ñent-fukk ba ci Daniel fukki benn, di fësal jokkoo gi ci kóllëre gi ñu samp ak téeméer ak ñeent-fukk ak ñeent ñaari junni nit. Baat bu Ebre “lot” mooy doj wu ndaw wu ñuy jëfandikoo ngir xam nit ku nekk ay dogal. Ñu waxoon Daniel mu dem, mu noppalu (ci dee), ba “ba mujj gi,” bi ci 1844 atte bi di tàmbali te ñu dogal ay àjjanaam.</w:t>
      </w:r>
    </w:p>
    <w:p>
      <w:pPr>
        <w:pStyle w:val="ArticleScripture"/>
        <w:jc w:val="left"/>
      </w:pPr>
      <w:r>
        <w:rPr>
          <w:rFonts w:ascii="Times New Roman" w:hAnsi="Times New Roman" w:eastAsia="Times New Roman" w:cs="Times New Roman"/>
        </w:rPr>
        <w:t>Waaye demal sa yoon ba njël gi, ndaxte dinga noppalu te taxaaw ci sa cér ci mujju fan yi. Daniel 12:13.</w:t>
      </w:r>
    </w:p>
    <w:p>
      <w:pPr>
        <w:pStyle w:val="ArticleBody"/>
        <w:jc w:val="left"/>
      </w:pPr>
      <w:r>
        <w:rPr>
          <w:rFonts w:ascii="Times New Roman" w:hAnsi="Times New Roman" w:eastAsia="Times New Roman" w:cs="Times New Roman"/>
        </w:rPr>
        <w:t>“Fan yi” yi ci wax ji ci “jeexitalub fan yi” dafay tektal waxtu kàddu-yóbbante yi ñu mujjee ci atum 1844, ndax gannaaw loolu waxtu-yóbbante du nekkati. Ñaari junni ak ñetti téeméer at yi, yi doon gis-gis bu marah bi, maanaam feeñ gu gaaw gu Kirist ci bérabu Sellam, itam mujje na fa; te ñaari junni ak juróom téeméer ak ñaar-fukk at yi ci mer mu mujj mi itam jeex na, ni fan yi ci mer mu jëkk mi jeexee ca waxtu mujj ga, ci 1798. “Gannaaw fan yooyu,” ni Yeremi waxee ko, Pool moo ko delloo gannaaw loolu. Pool delloo na ci “gannaaw fan yooyu” bu Yeremi wax, ñaari yoon, ndax Pool du wax rekk ci kóllëre ga waroon a sax “gannaaw fan yooyu,” waaye li ëpp solo mooy ne, mu ngi xamale liggéeyu Kirist ni Saraxalekat bu Kowe bi.</w:t>
      </w:r>
    </w:p>
    <w:p>
      <w:pPr>
        <w:pStyle w:val="ArticleScripture"/>
        <w:jc w:val="left"/>
      </w:pPr>
      <w:r>
        <w:rPr>
          <w:rFonts w:ascii="Times New Roman" w:hAnsi="Times New Roman" w:eastAsia="Times New Roman" w:cs="Times New Roman"/>
        </w:rPr>
        <w:t>Ndax benn sarax rekk la matale ba fàww ñi ñu sellal. Te Xel mu Sell mi itam seedeel na nu loolu; ndax gannaaw ba Mu waxee lu jiitu ne: “Lii mooy kóllëre gi may fas ak ñoom gannaaw fan yooyu,” la Boroom bi wax, “dinaa def samay yoon ci seen xol, te ci seen xel laay bind ko”; “te seen bàkkaar ak seeni tooñ, dootuma leen fàttewaat.” Léegi fu njéggalug yii nekk, amatu faati sarax ngir bàkkaar. Kon nag, bokk yi, ndegam am nanu fit ngir dugg ca Kër gu Sell ga gën a sell, jaarale ko ci deretu Yeesu, ci yoon wu bees te dund, wi Mu ubbiwal nu jaar ko ci sëriñ bi, maanaam, ci yaramam; te ndegam am nanu itam Saraxalekat bu mag ci kër Yàlla. Hébreux 10:14–21.</w:t>
      </w:r>
    </w:p>
    <w:p>
      <w:pPr>
        <w:pStyle w:val="ArticleBody"/>
        <w:jc w:val="left"/>
      </w:pPr>
      <w:r>
        <w:rPr>
          <w:rFonts w:ascii="Times New Roman" w:hAnsi="Times New Roman" w:eastAsia="Times New Roman" w:cs="Times New Roman"/>
        </w:rPr>
        <w:t>Ñaari at ak ñaar-fukk yiir ak ñett-fukk yi miy jokkoo ci yoon wax ju marah, di gis-gis bu feeñug Kirist, ak yoon wax ju ñaari junni ak juróom-ñaar téeméer ak ñaar-fukk at bu chazon, di gis-gis bu jaar-jaaru yoon wax, dafa boole, walla jokkoo, tambali ñaari jamono yu yoon wax yooyu, ak benn jokkoo ju misaal buy tektale boole nit ak Yàlla, te loolu mooy liggéey bi Kirist matal ci setal gi xew ci biir doxalin malaaka bu ñetteel bi, te mu jur kóllëre gi mu fas ak ñi téeméer ak ñeent-fukk ak ñeent-junni.</w:t>
      </w:r>
    </w:p>
    <w:p>
      <w:pPr>
        <w:pStyle w:val="ArticleBody"/>
        <w:jc w:val="left"/>
      </w:pPr>
      <w:r>
        <w:rPr>
          <w:rFonts w:ascii="Times New Roman" w:hAnsi="Times New Roman" w:eastAsia="Times New Roman" w:cs="Times New Roman"/>
        </w:rPr>
        <w:t>Peegug chazon bi, buy wone bu ñu daane templ bi, mooy peegeg nit ñi ñu daane ci bàkkaar, li dale ca ñàkk déggu Aadama ca Toolu Eden; te peegeg marah bi, buy wone liggéeyu Kirist ci delloo ak setal templ bi, ñoom ñépp am nañu matal ci 22 Októobar 1844. Am na ñaari waxi yonent yu mat ñaar-fukk ak juróom-ñett téeméer ak ñaar-fukk at ci merug Yàlla, yu tegtal wone daanal maas mi ak kër yépp gu sell gi.</w:t>
      </w:r>
    </w:p>
    <w:p>
      <w:pPr>
        <w:pStyle w:val="ArticleBody"/>
        <w:jc w:val="left"/>
      </w:pPr>
      <w:r>
        <w:rPr>
          <w:rFonts w:ascii="Times New Roman" w:hAnsi="Times New Roman" w:eastAsia="Times New Roman" w:cs="Times New Roman"/>
        </w:rPr>
        <w:t>Ñaari waxi yonent yi ñaar dañuy tekki nit ñi ñépp ñi ñu dóor ba suufe, te gis-gisu marah mooy li war a delloo. Ñaari meram Yàlla yooyu ci kaw ay nitam dañuy tekki mer gi nekk ci kaw nit ñi daanu, te liggéeyu Almasi ci tabaxaat ak setal kër Yàlla ga daanu rekk moo leen war a musal te delloo.</w:t>
      </w:r>
    </w:p>
    <w:p>
      <w:pPr>
        <w:pStyle w:val="ArticleBody"/>
        <w:jc w:val="left"/>
      </w:pPr>
      <w:r>
        <w:rPr>
          <w:rFonts w:ascii="Times New Roman" w:hAnsi="Times New Roman" w:eastAsia="Times New Roman" w:cs="Times New Roman"/>
        </w:rPr>
        <w:t>Ñaari mer ñaari meriit yi dañuy tegtal bindu kaw ak bindu suuf bu nit ñépp am. Ca réerug Aadama ga, bindu suuf bi moo jël nguur gi ci kaw bindu bi, te pexe Kirist ci nit ñi mooy ne, bindu kaw bi mooy nguuru ci bindu suuf bi. Ca réerug Aadama ga, bindu kaw bi daanu ci bëgg-bëgg yu bindu suuf bi, te pexeb Yàlla bi dellu wuutu. Loolu la Bibil bi di wax “soppi gu sell” walla “conversion.” Ñu soppi la tekki ne, bindu kaw bi dellu ci barabam bu nguur ci kaw bindu suuf bi. Soppi mooy dellu wuutu mbaa tax mu walbatiku.</w:t>
      </w:r>
    </w:p>
    <w:p>
      <w:pPr>
        <w:pStyle w:val="ArticleBody"/>
        <w:jc w:val="left"/>
      </w:pPr>
      <w:r>
        <w:rPr>
          <w:rFonts w:ascii="Times New Roman" w:hAnsi="Times New Roman" w:eastAsia="Times New Roman" w:cs="Times New Roman"/>
        </w:rPr>
        <w:t>Mer gu jëkk ci nguurug bëj-gànnaar gi, mooy mer gi ci kaw bindu nature bu suufe bi, bi noot nature bu gën kawe bi ca daanu ga. Boobu mer ñëw na jëkk, ndaxte Kirist dafay jël liggéeyu njot ginnaaw fa mu jëkk a tambalee, te mu tambalee ak bëgg-bëggu nature bu suufe bi, mooy bëgg-bëggu xëy. Kirist tambalee na liggéeyam ak ñent-fukk fan yu koor.</w:t>
      </w:r>
    </w:p>
    <w:p>
      <w:pPr>
        <w:pStyle w:val="ArticleScripture"/>
        <w:jc w:val="left"/>
      </w:pPr>
      <w:r>
        <w:rPr>
          <w:rFonts w:ascii="Times New Roman" w:hAnsi="Times New Roman" w:eastAsia="Times New Roman" w:cs="Times New Roman"/>
        </w:rPr>
        <w:t>“Kirist xam na ngir muy yàggal ak njariñ pexe gu mucc, war na tàmbali liggéeyu jot nit fa sax béréb ba yàquga tàmbalee. Aadama dafa rot ndax bàyyiku ci bëgg-bëggu lekk ak naan. Ngir dëgëral ci xel nit ay waram ci topp yoonu Yàlla, Kirist tàmbalee liggéeyam gu jot nit ci soppi aaday yaramu nit. Wàññiku ci rafet jikko ak yàqug xeetu nit, li ëpp ci moom, jóge na ci bàyyiku ci bëgg-bëgg bu wéexul.” Testimonies, volume 3, 486.</w:t>
      </w:r>
    </w:p>
    <w:p>
      <w:pPr>
        <w:pStyle w:val="ArticleBody"/>
        <w:jc w:val="left"/>
      </w:pPr>
      <w:r>
        <w:rPr>
          <w:rFonts w:ascii="Times New Roman" w:hAnsi="Times New Roman" w:eastAsia="Times New Roman" w:cs="Times New Roman"/>
        </w:rPr>
        <w:t>Ñaare ñetteel bi nekkoon ci kaw mbirum bindu gu kawe gi la, mi di buurug bëj-gànnaar bi, fa Yerusalem nekk, mooy dëkk bi Yàlla tànn ngir teg fa turam. Ci 22 Oktoobar 1844, liggéey bi Almasi bëggoon a def, ak liggéey bi muy matale léegi, Ezekiel ñeenti bant yi lañu koy tegtal.</w:t>
      </w:r>
    </w:p>
    <w:p>
      <w:pPr>
        <w:pStyle w:val="ArticleBody"/>
        <w:jc w:val="left"/>
      </w:pPr>
      <w:r>
        <w:rPr>
          <w:rFonts w:ascii="Times New Roman" w:hAnsi="Times New Roman" w:eastAsia="Times New Roman" w:cs="Times New Roman"/>
        </w:rPr>
        <w:t>Bu ñaari bant bu Esekiel jàppoo nekk benn bant ba fàww, mooy màndargaale kóllëre gi Kirist di dindi bàkkaar ci nitam yi ba fàww, te tundu kaw ak tundu suuf dellu ci njël mu yelloo ci njàlbéenam, te nit ñi nekkat yépp a mataat. Ci tolluwaayu kuñu soppiagul, tundu suuf bu nit, bi ñuy tektale ci mer mu jëkk ma, moo doon nguur ci kaw tundu kaw bu nit, bi ñuy tektale ci mer mu mujj ma. Noonu, mer mu jëkk ma doon na ci buurub bëj-gànnaar gi, gi nekkoon ci wàllug suufu jamono “kaw” buurub bëj-saalum gi.</w:t>
      </w:r>
    </w:p>
    <w:p>
      <w:pPr>
        <w:pStyle w:val="ArticleBody"/>
        <w:jc w:val="left"/>
      </w:pPr>
      <w:r>
        <w:rPr>
          <w:rFonts w:ascii="Times New Roman" w:hAnsi="Times New Roman" w:eastAsia="Times New Roman" w:cs="Times New Roman"/>
        </w:rPr>
        <w:t>Ñaari fanweeri at ak ñaar-fukk ci ñaari gis-gis yi, di marah ak chazon, yu lëkkale ak yàllaay ak nit, ci seen tàmbali yu bokk, dañuy booloo nekk benn bant bu Kirist jeexalee liggéeyu malaaka bu ñetteel bi ak téeméer ak ñeent-fukk ak ñeenti junni. Mooy waxu yonent bi ci mer mu mujj mi ci buuru bëj-gànnaar bi te boolees na ko ak waxu yonent bi ci feeñug 1844, ndaxte kóllëre gi dafay joxe xel mu bees ci waññi yoon, waaye yaram wu bees bi (buuru bëj-saalum bi) dees na ko delloo rekk ci ñëwug ñaareel bi ci benn xet-rekkub bët.</w:t>
      </w:r>
    </w:p>
    <w:p>
      <w:pPr>
        <w:pStyle w:val="ArticleBody"/>
        <w:jc w:val="left"/>
      </w:pPr>
      <w:r>
        <w:rPr>
          <w:rFonts w:ascii="Times New Roman" w:hAnsi="Times New Roman" w:eastAsia="Times New Roman" w:cs="Times New Roman"/>
        </w:rPr>
        <w:t>Aayaat ñeent-fukk ci Daniel 11, dafay jëfandikoo ñaari jamono yi mujj, te ci loolu mu xamle bu baaxari rëddin bu biir ak bu biti ci jaar-jaaru waxu yàlla ci jamono rab wu suuf wi nekk ci Peeñu 13. Dëgg yi ñu ubbi ci aayaat boobu dañuy tegu ñaari rëddin yu dëgg, biir ak biti, yi Kirist doon ñëw ngir xamle leen te matal leen ci biir askanu Yàlla. Dëgg ne nit ku booleek njullitug Yàlla du bàkkaar, dañu ko tekki ci leer gi lëkkaloo ak njariñu ubbeeku xam-xam, te mooy dëggu biir bu askanu Yàlla ci fan yu mujj yi. Leer gi ñu tegu ci xare bi nekk diggante doole yi jiite àddina ba ci Armageddon, mooy dëggu biti bu askanu Yàlla ci fan yu mujj yi.</w:t>
      </w:r>
    </w:p>
    <w:p>
      <w:pPr>
        <w:pStyle w:val="ArticleBody"/>
        <w:jc w:val="left"/>
      </w:pPr>
      <w:r>
        <w:rPr>
          <w:rFonts w:ascii="Times New Roman" w:hAnsi="Times New Roman" w:eastAsia="Times New Roman" w:cs="Times New Roman"/>
        </w:rPr>
        <w:t>Dina kontine jàngat bii ci bind bi di ñëw.</w:t>
      </w:r>
    </w:p>
    <w:p>
      <w:pPr>
        <w:pStyle w:val="ArticleScripture"/>
        <w:jc w:val="left"/>
      </w:pPr>
      <w:r>
        <w:rPr>
          <w:rFonts w:ascii="Times New Roman" w:hAnsi="Times New Roman" w:eastAsia="Times New Roman" w:cs="Times New Roman"/>
        </w:rPr>
        <w:t>Kàddug Boroom bi dikkati ci man ne: “Te itam, yaw doomu nit ki, jëlal benn bant, bind ci kawam ne: ‘Ngir Yuda ak ngir doom-i Israyil yi di ay àndandoomam.’ Gannaaw loolu, jëlal beneen bant, bind ci kawam ne: ‘Ngir Yuusef, bantub Efrayim, ak ngir kër gu nekk gu Israyil, ay àndandoomam.’ Te booleleen kenn ci kanamam ba ñu nekk benn bant; te dinañu doon benn ci sa loxo. Bu doom-i sa xeet waxee ak yaw ne: ‘Ndax doo nu won li yii tekki?’ waxleen ne: ‘Nii la Boroom bi Yàlla waxe: Seetal, dinaa jël bantub Yuusef, bi nekk ci loxol Efrayim, ak giir-i Israyil, ay bokkam, te dinaa leen boole ak moom, ak bantub Yuda, te def leen benn bant; te dinañu nekk benn ci sama loxo.’ Te ay bant ya nga bind ci kawam dinañu nekk ci sa loxo ci seen kanam. “Te waxleen ne: ‘Nii la Boroom bi Yàlla waxe: Seetal, dinaa jël doom-i Israyil yi ci diggante xeeti ñi, fa ñu dem; dinaa leen dajale ci bépp wetu, indi leen ci seen réew. Te dinaa leen def benn xeet ci réew mi, ci tundu Israyil; te benn buur rekk moo di seen buur gépp; duñuati nekk ñaari xeet, te duñuati xaajoo ci ñaari nguuru ba fàww. Duñuati sobeel seen bopp ak seen xérëm yi, walla ak seen yëf yu bon yu ñaaw, walla ak benn ci seen bàkkaar yi; waaye dinaa leen musal ci bépp fu ñu dëkkoon, fa ñu bàkkaare, te setal leen; noonu dinañu nekk sama xeet, te man dinaa nekk seen Yàlla. “Te Daawuda, sama jaam, moo di seen buur; te ñoom ñépp dinañu am benn sàmm; dinañu dox itam ci sama àtte yi, te sàmm samay dogal yi, jëfe leen. Dinañu dëkk ci réew mi ma maye Yàqub, sama jaam, bi seen baay ya dëkkoon; dinañu fa dëkk, ñoom ak seen doom, ak seen sët, ba fàww; te Daawuda, sama jaam, moo di seen kilifa ba fàww. “Te dinaa fas ak ñoom kóllëreg jàmm; dina doon kóllëreg dul jeex ak ñoom; dinaa leen sampu, yokk leen, te tabax sama kër gu sell ci seen biir ba fàww. Sama màkkaanu dëkk itam dina nekk ak ñoom; waaw, man dinaa nekk seen Yàlla, te ñoom dinañu nekk sama xeet. Te xeeti ñi dinañu xam ne man maa di Boroom bi miy sellal Israyil, bu sama kër gu sell nekkee ci seen biir ba fàww.’” Esékiel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Téeméeri Nekk benn téeméer ak ñaar-fukk ak juróom-benn</dc:title>
  <dc:subject>Ubbi njariñu waxu-gëm-gëm: Teg ci leer Daniel 11:40 ak li muy jural ci Kiristinaas gu jamono jii</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