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Juroom-ñeent-fukk ak benne ci juróom-benn fan ak juróom-benn banqaas-benn</w:t>
      </w:r>
    </w:p>
    <w:p>
      <w:pPr>
        <w:pStyle w:val="ArticleSubtitle"/>
        <w:jc w:val="left"/>
      </w:pPr>
      <w:r>
        <w:rPr>
          <w:rFonts w:ascii="Arial" w:hAnsi="Arial" w:eastAsia="Arial" w:cs="Arial"/>
        </w:rPr>
        <w:t>Ubbi giir bu Yàlla waxoon lu jëm ci kanam: Njàngum Saar 11 bu Daniel ak xew-xewi jamono jii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Aayaar fukki ci Daniel saar 11, dajale na taariixu bakk bu Protestaaŋ bu rab wu suuf ak bakk bu Républicain bu rab wu suuf. Ñaari bakk yi ñoom ñépp tàmbalee nañu ci 1798, te seeni seede di wéy ba ci yoonu Dimaas bi di ñëw léegi ci États-Unis. Ñaari bakk yi ñoom ñépp joxees na leen ab kéytu ñaari wall bu Yàlla, ngir nattu ku nekk ci ñoom. Biibël bu King James (Kóllëre gu Yàgg ak Kóllëre gu Bees) moo waroon a nattu bakk bu diine bu rab wu suuf, te Déclaration d’Indépendance ak Constitution bu États-Unis moo waroon a nattu bakk bu politig bu rab wu suuf. Aayaar fukki mooy taariixu rab wu suuf, te seedeem ci taariix tàmbalee na ci 1776, te ci 1798, mu tàmbali a matal wérngu-yaramam ni ñetteel bennoo bu juróom-benn ci waxi waxin Biibël.</w:t>
      </w:r>
    </w:p>
    <w:p>
      <w:pPr>
        <w:pStyle w:val="ArticleBody"/>
        <w:jc w:val="left"/>
      </w:pPr>
      <w:r>
        <w:rPr>
          <w:rFonts w:ascii="Times New Roman" w:hAnsi="Times New Roman" w:eastAsia="Times New Roman" w:cs="Times New Roman"/>
        </w:rPr>
        <w:t>Yeesu dafa bëgg a wone mujji gi ak tàmbali gi, te mujju États-Unis bi dañu ko teewaloon ci njàlbéenam ci seetlu yoonu cosaanam. Jamonoji mujju États-Unis bi ñu ko teewal nañu ci aaya ñaareel bi ci Daniel fukki benn, ndaxte mooy joxe juróom-benn president yu tàmbalee ak Ronald Reagan. Reagan mooy president bu njëkk ci mujj-jamono gi ci jaar-jaaru waxu Yàlla bu suuf-baaxat bi. Jamono jooju tàmbali na ci waxtu mujjaay bi, ci atum 1989. Waaye aaya ñaareel bi rekk mooy wax ci Reagan, Bush bu njëkk bi, Clinton, Bush bu ñaareel bi, Obama ak Trump. Yeneen réew yu taxaw ci yoonu waxu Yàlla am nañu solo ngir feesal jaar-jaaru bind bi ba ci yoonu dibeer bu ñëw lu gaaw. 1989 ba ci yoonu dibeer bu ñëw lu gaaw mooy benn rëdd wu wér ci aaya ñaareel bi ci Daniel fukki benn.</w:t>
      </w:r>
    </w:p>
    <w:p>
      <w:pPr>
        <w:pStyle w:val="ArticleBody"/>
        <w:jc w:val="left"/>
      </w:pPr>
      <w:r>
        <w:rPr>
          <w:rFonts w:ascii="Times New Roman" w:hAnsi="Times New Roman" w:eastAsia="Times New Roman" w:cs="Times New Roman"/>
        </w:rPr>
        <w:t>1798 moo xamle na tambali jàngoro gi ci jaar-jaaru yonent bi ci mbind mi, mooy rëy-rëyi suuf si, te yoonu Dibeer moo xamle jeexitalam, ndax mooy benneel buur bu juróom-benni ci yonenti Biibal bi; te 1798 moo xamle tambaliam. Ñaari téeméeri ak ñaar-fukk at yi tambalee ci 1776 mooy beneen rëdd wu yonent ci jaar-jaaru rëy-rëyi suuf si, buy firndeel ab jamono ju tambali ci 1776, te jeex ci 1996, ba kàddug xibaar gi jóge ci xam-xam bu ñu ubbiwul woon te feeñ ci 1989 doon nañu ko samp ci anam yu leer. Jamono ju ñaari téeméeri ak ñaar-fukk at yooyu dafay firndeel li nekk ci kanam Amerig, ba ci tambali ga moom, moomug bokk ci ndeyjoor gu jóge ci politig bu buur yi ci Ëroop ak ci nguurug mbooloom diine gu Katolig gi, gi ñu siiwaloon ci 1776, dinañu ko dindi ci yoonu Dibéer wu léegi di ñëw. 1776 ba 1989 mooy benn rëdd wu sell ci jaar-jaaru yonent bi ci rëy-rëyi suuf si.</w:t>
      </w:r>
    </w:p>
    <w:p>
      <w:pPr>
        <w:pStyle w:val="ArticleBody"/>
        <w:jc w:val="left"/>
      </w:pPr>
      <w:r>
        <w:rPr>
          <w:rFonts w:ascii="Times New Roman" w:hAnsi="Times New Roman" w:eastAsia="Times New Roman" w:cs="Times New Roman"/>
        </w:rPr>
        <w:t>Ñetti atum fukk ci diggante 508 ak 538 dañuy tektale ab jamono ju waxkat buy jiitu tabaxug papaas gi ngir mu sampu nekk buur gu juróomeel gi ci waxi yonent yi nekk ci Biibël bi ci atum 538. États-Unis dina matale xefuwaay bu mat sëkk melo suuf ga ci ndigalu Dibeer bu bëgg a ñëw. Jamono ju ñetti fukk at ngir waajal tabaxug papaas gi ci 538, ab cëru la ci melo jaanu papaas gi. Am na woon itam ab jamonoy waajal buy jëm ci 1798, ba jaanu suuf ga toog ci gàngunaay gi ni buur gu juróomeelu bennaat gi ci waxi yonent yi nekk ci Biibël bi. Jamono ji dale 1776 ba 1798 méngoo na ak jamono ji dale 508 ba 538.</w:t>
      </w:r>
    </w:p>
    <w:p>
      <w:pPr>
        <w:pStyle w:val="ArticleBody"/>
        <w:jc w:val="left"/>
      </w:pPr>
      <w:r>
        <w:rPr>
          <w:rFonts w:ascii="Times New Roman" w:hAnsi="Times New Roman" w:eastAsia="Times New Roman" w:cs="Times New Roman"/>
        </w:rPr>
        <w:t>Yeesu dafay melokaanu jeexital benn mbir ak njàlbéenem, ba tax jamono yu wax ci yonent yi, yi mel nekk ci jaar-jaaru atum 1776 ba 1798, te jamono yu yonent yi ci 508 ba 538 di ko seedeel, dañuy jox ñaari seede. Ñaari jamono yooyu dañuy jox ñaari seede ne amna benn jamono bu xóot bu yonent yi di wax, buy jiitu teg nguur gu benn kersaay yi ci yonent yu Bíibël. Benn ci benn, ñoom dañuy dëgëral ne jamono bi tambalee ci waxtu mujj ma ci 1989 ba yoonu Dibéer gi, méngoo na ak ñaari jamono yi jiitu woon 538 ak 1798.</w:t>
      </w:r>
    </w:p>
    <w:p>
      <w:pPr>
        <w:pStyle w:val="ArticleBody"/>
        <w:jc w:val="left"/>
      </w:pPr>
      <w:r>
        <w:rPr>
          <w:rFonts w:ascii="Times New Roman" w:hAnsi="Times New Roman" w:eastAsia="Times New Roman" w:cs="Times New Roman"/>
        </w:rPr>
        <w:t>Jëfandikook yu ñëw ci jamono mujj ma tàmbalee ci 1989 ba àgg ci yoonu dimaas bu bésub Dibéer bi ci aaya ñent-fukk ak benn ci Daniel fukki benn, melokaan na ko jamono ñetti-fukk at yi, dëgër ci diggante 508 ak 538, te itam melokaan na ko ñaar-fukk ak ñaar at yi ci diggante 1776 ak 1798.</w:t>
      </w:r>
    </w:p>
    <w:p>
      <w:pPr>
        <w:pStyle w:val="ArticleBody"/>
        <w:jc w:val="left"/>
      </w:pPr>
      <w:r>
        <w:rPr>
          <w:rFonts w:ascii="Times New Roman" w:hAnsi="Times New Roman" w:eastAsia="Times New Roman" w:cs="Times New Roman"/>
        </w:rPr>
        <w:t>Aayaat ñaareel bi ci Daniel fukki benn mi dafay xamle ne bu Trump, kiy gën a bare alal ci bépp seen president yi ci jamono jii ci wax ju yonnee bii, agsee, dina “yëngal,” maanaam “yee,” àddina bépp ci xalaat ak mébeti globalist yi, ñoom ñiy jéem saa si a soppi tabaxu àddina bi ba mu nekk sistemu ñaari gattal, fu ñi tedd ci kaw di kilifte seen liggéeykat yu mel ni ay dron. “Great reset” bi, ni ñuy ko woowe, li ci jëkk mooy faral di dindi kuréelu digg bi, ngir ñi tedd ci kaw, ñi taariix daan a tegtal ci nit ñu mel ni Marie Antoinette, ñu nekk kuñu tasare ak aar ci suufeekat yi, ñi daan jur mboq ya mu rafet ya.</w:t>
      </w:r>
    </w:p>
    <w:p>
      <w:pPr>
        <w:pStyle w:val="ArticleBody"/>
        <w:jc w:val="left"/>
      </w:pPr>
      <w:r>
        <w:rPr>
          <w:rFonts w:ascii="Times New Roman" w:hAnsi="Times New Roman" w:eastAsia="Times New Roman" w:cs="Times New Roman"/>
        </w:rPr>
        <w:t>Diiné ju globalist yi mooy spiritualisme bu New Age, te seen xelxal yi di woke-ism ak Diversity, Equity and Inclusion, boolees ak ideoloji bu yàqu bu Critical Race Theory, te toppoo ak “siyans” bu ñuy wax ne mooy sayans te du dara lu dul fen ci mbirum réchauffement mondial, ak seen jëf yu nëbb yu jëm ci controllingu nit ñi ngir rey xeet, feeñ na leer bu baax bi Trump duggée ci taarix ngir “yëngal” bépp nguur gi ci Grecia.</w:t>
      </w:r>
    </w:p>
    <w:p>
      <w:pPr>
        <w:pStyle w:val="ArticleBody"/>
        <w:jc w:val="left"/>
      </w:pPr>
      <w:r>
        <w:rPr>
          <w:rFonts w:ascii="Times New Roman" w:hAnsi="Times New Roman" w:eastAsia="Times New Roman" w:cs="Times New Roman"/>
        </w:rPr>
        <w:t>Ñëw Trump ci atum ci 2016 mooy màndargaal dikkug benn yëngu-yëngu bu fen, ngir yee xel yi, di benn lu Seytaane sos ngir woral lu jiitu, yëngu-yëngug janq yi ci Macë 25. Globalist yi, muy ñi nekk ci panku àddina bi walla ci biir États-Unis, ci waxu yonent bi dañu leen di màndargaal ni ajdaha ji. Ñoomooy fukki buur yi, bankeeru àddina yi, jaaykat yu bare alal yu àddina bi, francs-maçons ak yeneen mbooloo yu kumpa.</w:t>
      </w:r>
    </w:p>
    <w:p>
      <w:pPr>
        <w:pStyle w:val="ArticleBody"/>
        <w:jc w:val="left"/>
      </w:pPr>
      <w:r>
        <w:rPr>
          <w:rFonts w:ascii="Times New Roman" w:hAnsi="Times New Roman" w:eastAsia="Times New Roman" w:cs="Times New Roman"/>
        </w:rPr>
        <w:t>Doole yi ajàatukaay yu globaliste, ñoom la ñuy xam ni dañuy xëcce ak yoon yi (xare gu jaar ci yoon), ndax Seytaane nag, lu ci ëpp, dañu koy wone ci werantey àttey Kàddug Yàlla. Bi Yàlla jëkka waxee ay way-jàmmam ngir artu leen ci fitna ji sax di topp ñi dund dundug ragal Yàlla, Mu dig leen ne dees na leen yóbbu ci àttekat yu réew mi ngir seede. Seytaane mooy màndarga àttekat yu yàqu, Procureur général yu yàqu yi feeñ tey ci suuf si Trumpism yëngal, te àttekat ak aboka yu yàqu yooyu sax dañuy taxawal daldi jàppale kurél yi yor te jur réewum yëngoo ak anarsi, te loolu mooy benn ci màndarga yu mag yi Seytaane di tekki ci jaar-jaari nettali gi.</w:t>
      </w:r>
    </w:p>
    <w:p>
      <w:pPr>
        <w:pStyle w:val="ArticleBody"/>
        <w:jc w:val="left"/>
      </w:pPr>
      <w:r>
        <w:rPr>
          <w:rFonts w:ascii="Times New Roman" w:hAnsi="Times New Roman" w:eastAsia="Times New Roman" w:cs="Times New Roman"/>
        </w:rPr>
        <w:t>Mbootaayu Sowiyeet bi moo nekkoon misaal gu yëgle ci mbind mi ngir dragon bi, ndax, ci yeneen mbir yi, weddi Yàlla wu Firawna mooy benn melokaanu gu mag gu dragon bi. Buur bi ci bëj-saalum mi ci aaya ñent-fukk, mooy buur bu baat bu Ebre “negev,” te li mu tekki mooy Misra, te ci aaya ba dañu ko tekki “bëj-saalum.” Firawna mooy misaalu Bibli bi ngir weddi Yàllag Farãs, mooy buur bu bëj-saalum bi ci “waxtu muj ga” ci 1798, te itam ngir Mbootaayu Sowiyeet bi ci “waxtu muj ga” ci 1989. Ñoom ñaar ñépp ay dooley dragon lañu woon, te ñoom ñaar ñépp jóge nañu ci nguurug dragon bu Roomu jaamono ju ñëwul Kirist.</w:t>
      </w:r>
    </w:p>
    <w:p>
      <w:pPr>
        <w:pStyle w:val="ArticleBody"/>
        <w:jc w:val="left"/>
      </w:pPr>
      <w:r>
        <w:rPr>
          <w:rFonts w:ascii="Times New Roman" w:hAnsi="Times New Roman" w:eastAsia="Times New Roman" w:cs="Times New Roman"/>
        </w:rPr>
        <w:t>Etazini mooy misaalu Protestaŋ bu wacc ci dëgg ci bés yu mujj yi, te baap-bu-room baa ngi jëfandikoo benn xeex bu nekk diggante Protestaŋ bu wacc ci dëgg ak njaay mi di Soviet Union ngir daan jëkkëru ñetti tere yi muy daan bi mu dellusee ca gangune suuf si. Tere bu ci topp mooy Protestaŋ bu wacc ci dëgg boppam, bi muy not ci yoonu Dibeer bu dikk lu gaaw.</w:t>
      </w:r>
    </w:p>
    <w:p>
      <w:pPr>
        <w:pStyle w:val="ArticleBody"/>
        <w:jc w:val="left"/>
      </w:pPr>
      <w:r>
        <w:rPr>
          <w:rFonts w:ascii="Times New Roman" w:hAnsi="Times New Roman" w:eastAsia="Times New Roman" w:cs="Times New Roman"/>
        </w:rPr>
        <w:t>Doole ak kàttanam Président Trump tàmbali woon na benn yeesal ci xel yi ci ay musiba yu globalism, te loolu yéeg ba muy benn xeex bu àddina bi mépp diggante njaan mi ak Protestantism bu fattiku. Papauté bi dafay jëfandikoo xeex bu nekk ci diggante ñaari kàttan yooyu-itam, maanaam njaan mi ak Protestantism bu fattiku, ngir sos mboolem xaalis bi war a yore ñu daan ñaareelu tereb geografi bi, ni mu ko defe woon ngir daan njëkk tereb geografi bi. Foofu la logique bi nekk ci ni juróomeelu nguur gu United Nations (te mooy kàttanu njaan mi), di gaaw lool a jébbal ay nguuram jëm ci mala bi ci yoonu Dimaas bu Dibeer bu di ñëw ci lu gaaw. Lu tax mu koy def mooy ne, mu nekkoon noon bu ñu daan ba noppi dale ci 1989.</w:t>
      </w:r>
    </w:p>
    <w:p>
      <w:pPr>
        <w:pStyle w:val="ArticleBody"/>
        <w:jc w:val="left"/>
      </w:pPr>
      <w:r>
        <w:rPr>
          <w:rFonts w:ascii="Times New Roman" w:hAnsi="Times New Roman" w:eastAsia="Times New Roman" w:cs="Times New Roman"/>
        </w:rPr>
        <w:t>Ci benn boole mooy benn xeex bi papiye bi jëfandikoo woon ngir daanu dragóŋu Union soviétique bi ci 1989, waaye xeex bii tey buy am diggante woke-ismu progressiste ak MAGA-ismu protestantisme bu réer, ñu teg ko ngir daanu protestantisme bu réer, waaye du ngir daanu dragóŋ bi. Xeex boobu tambalee na ci cosaan ci atum 2016, te gannaaw loolu ci 2020, dragóŋ bi, mi ci Mbind mi di baayu fen, sàcc na election bi, ba noonu mu “rey” Trump ak yëngu-yëngu MAGA bu Républicains ci wàllu politig. Ci Kàddug Yàlla gi ci Tërëbu Peeñ mi, saar 11, rab wi jóge ci kàndaar gu xóotul jeex, mooy rabu atheisme, rey na ñaari seede ya, te bàyyi leen ci mbedd mi, ba keraat ba ñu dellu dundaat. Yoonu William Miller yi dafay wone ne misaalu wax yu yonent yi am nañu lu ëpp benn jëfandikoo.</w:t>
      </w:r>
    </w:p>
    <w:p>
      <w:pPr>
        <w:pStyle w:val="ArticleBody"/>
        <w:jc w:val="left"/>
      </w:pPr>
      <w:r>
        <w:rPr>
          <w:rFonts w:ascii="Times New Roman" w:hAnsi="Times New Roman" w:eastAsia="Times New Roman" w:cs="Times New Roman"/>
        </w:rPr>
        <w:t>Nde nuy xalaat léegi ci xareb njaay mi ak Protestantey gàntu yi joge ngir indi xarnub suuf si ci mujjam, ñaari seede yooyu mooy ñaari xarnuy rab wu suuf si. Xarnub Républicain bi reyee nañu ko ci atum 2020, ndax dooley Bibël bi baayam mooy baayub fen. Nu ngi nekk ci biir bu gën a xóot bu xare boobu ci taarix bii nu nekk léegi. Ci aaya ñent-fukk ak benn bi ci Daniel fukki ak benn, yoonu Dimaas bu gaaw a ñëw dees na ko doxal, te ni waxin yiñu nu xamal ci waxug Yàlla di waxe, Protestantey gàntu yi mooy ñiy matal liggéey boobu bu Seytaane.</w:t>
      </w:r>
    </w:p>
    <w:p>
      <w:pPr>
        <w:pStyle w:val="ArticleScripture"/>
        <w:jc w:val="left"/>
      </w:pPr>
      <w:r>
        <w:rPr>
          <w:rFonts w:ascii="Times New Roman" w:hAnsi="Times New Roman" w:eastAsia="Times New Roman" w:cs="Times New Roman"/>
        </w:rPr>
        <w:t>«Bëkk-néeg yi di Protestan yu États-Unis dinañu jiitu ci jox seen loxo jub ci kaw xur wi ngir jàpp loxo Spiritualism; dinañu yéeg ci kaw pax mi ngir lakkante ak dooley Room; te ci suuf ngëneel boobu ñetti wàll, réew mii dina topp tànki Room ci xaccal sañ-sañi xel mu sell.» The Great Controversy, 588.</w:t>
      </w:r>
    </w:p>
    <w:p>
      <w:pPr>
        <w:pStyle w:val="ArticleBody"/>
        <w:jc w:val="left"/>
      </w:pPr>
      <w:r>
        <w:rPr>
          <w:rFonts w:ascii="Times New Roman" w:hAnsi="Times New Roman" w:eastAsia="Times New Roman" w:cs="Times New Roman"/>
        </w:rPr>
        <w:t>Jokkoo yu jaxasooy mbir yi nit ñi di dund teewal nañu ko ci xeex bi tàmbalee ci atum 2016. Ngir man a nattal bu jub dooley yi nekk ci xeex boobu, dafa war a leer lu nekk benn benn ci ñetti dooley yi jiite àddina ba Armageddon, ndaxte ku nekk ci ñoom am na ay jëfandikoo yu ñuul yu sellu ci waxu yonent. Téereb Révélation dafa sax di tëj ci toppandoo bu nekk ci njaay mi, ba noppi ci rab wi, te gannaawam yonent bu dëggul bi; moo tax dinañu tambali ci ràññee jëfandikookat yu yonent yi ci njaay mi, gannaawam rab wi, te mujj ci yonent bu dëggul bi ci Protestantis bi bàkku.</w:t>
      </w:r>
    </w:p>
    <w:p>
      <w:pPr>
        <w:pStyle w:val="ArticleBody"/>
        <w:jc w:val="left"/>
      </w:pPr>
      <w:r>
        <w:rPr>
          <w:rFonts w:ascii="Times New Roman" w:hAnsi="Times New Roman" w:eastAsia="Times New Roman" w:cs="Times New Roman"/>
        </w:rPr>
        <w:t>Demokrat yu yépp yu bëgg coppite bi, duñu Protestaŋ yu réer te dëddu ci Etazini; ñoo di ay tektal yu wax ci yëgleb globalism ak ci jaan. Bala yoonu Dibeer bu jëm ci ñëw gaaw gi, warees na ngir partii Républicain dellusi ci kàttan ngir matale nettali yëgleb bi. Farao, mi nekk màndarga kàttanu jaan, ak kàttanu jaanu Room bu bokk ak jaamono Kirist, ñoo joxe ñaari seede ne ci fan yu mujj yi, kàttanu jaan mooy kàttan gi di yëkkati rey ay xale yu tuuti, ni ko xewe woon ci jamonoy Muusaa ak ci jamonoy Kirist.</w:t>
      </w:r>
    </w:p>
    <w:p>
      <w:pPr>
        <w:pStyle w:val="ArticleBody"/>
        <w:jc w:val="left"/>
      </w:pPr>
      <w:r>
        <w:rPr>
          <w:rFonts w:ascii="Times New Roman" w:hAnsi="Times New Roman" w:eastAsia="Times New Roman" w:cs="Times New Roman"/>
        </w:rPr>
        <w:t>Bés yu mujj yi, ay fan lañu bokk ñi ñaar-fukk ak ñeent junni ak ñeenti téeméer ñent, ñiy woy woyu Musaa ak Buur Mi, te ci nettali Musaa ak Buur Mi itam, doole ji ñuy wax nago wi doon wut a rey ay xale yu tuuti. Loolu lañu ko defoon, ndaxte Seytaane xamoon na ne Boroom bi dafa nar a taxawal Musaa, mucckat bi, ak Almasi bi, Faatkat bi. Ci bés yu mujj yi nago wi di wàcc ak mer mu réy, ndaxte xam na ne waxtoom gàtt na, te moom doole ji ñuy wax nago wi mooy jëfandikoo ngir yégle rey xale yu tuuti, di jéem a alag ñi yelloo bokk ci ñaar-fukk ak ñeent junni ak ñeenti téeméer ñent. Demokaraat yu yëngu ci yoonu “progressive”, “globalist” ak “socialist” DUÑOO ñi jiitu ci saxal booloo boobu ñett-fecc boobu di am ci yoonu Dibbeeri ga ñuy séentu te mu ngiy ñëw, ndaxte Demokaraat yi mooy doole nago wi, waaye du waxkatu fen ki.</w:t>
      </w:r>
    </w:p>
    <w:p>
      <w:pPr>
        <w:pStyle w:val="ArticleScripture"/>
        <w:jc w:val="left"/>
      </w:pPr>
      <w:r>
        <w:rPr>
          <w:rFonts w:ascii="Times New Roman" w:hAnsi="Times New Roman" w:eastAsia="Times New Roman" w:cs="Times New Roman"/>
        </w:rPr>
        <w:t>«Ci ndigal wi diine buy doxal yoonu tabaxug Papauté bi te mu moytu yoonu Yàlla, sunu réew dina doggoo boppam bu baax ak njub. Bu Protestanisme bi yóbbóo loxoom ci janooku xàjj wi ngir jàpp loxol kàttanu Room, bu mu jàll ci kaw xott ba ngir lëkkal ak Spiritisme, bu ci anamug booloo bii ñetti wàll yi, sunu réew weddi bépp dogal ak pexeem Konstitisyoŋam ci ni muy nguur gu Protestan ak Réewum askan wi, te mu taxawal ay dogal ngir tasaaroo fen ak naxari pap bi, kon dinañu xam ne waxtu jëfandikoo Satan bu yéeme bi agsi na te mujj gi jege na.» Testimonies, volume 5, 451.</w:t>
      </w:r>
    </w:p>
    <w:p>
      <w:pPr>
        <w:pStyle w:val="ArticleBody"/>
        <w:jc w:val="left"/>
      </w:pPr>
      <w:r>
        <w:rPr>
          <w:rFonts w:ascii="Times New Roman" w:hAnsi="Times New Roman" w:eastAsia="Times New Roman" w:cs="Times New Roman"/>
        </w:rPr>
        <w:t>Melo yuromtéb ñatti kàttan yi di jiite àddina jëm Armageddon, ñu ngi leen xamale bu wér ci Kàddu Yàlla. Kàttanu nabu mi di doxal yoon yu ñuy yëngu ngir màbb ay xale ci jamono ji Yàlla namm ne dina taxawloo benn xeet, ñi ñu misaale woon ci Musaa ak Almasi bi. Liberaal Demokaraat yi mooy kàttanu nabu mi ci xare bi nekk ci biir États-Unis, mi jiitu te misaale xare boobu ci seenu àddina gépp gannaaw yoonu Dibeer bu dëgërul tey di ñëw ci États-Unis. Nabu mi mooy baayub fen, te mondialist yu dëppoo ak progresis liberal ñoo siiw ci fen.</w:t>
      </w:r>
    </w:p>
    <w:p>
      <w:pPr>
        <w:pStyle w:val="ArticleScripture"/>
        <w:jc w:val="left"/>
      </w:pPr>
      <w:r>
        <w:rPr>
          <w:rFonts w:ascii="Times New Roman" w:hAnsi="Times New Roman" w:eastAsia="Times New Roman" w:cs="Times New Roman"/>
        </w:rPr>
        <w:t>Lu tax ngeen man a déggoo sama wax? Ndaxte dungeen man a dégg sama kàddu. Yéen, seen baay mooy Seytaane, te bëgg-bëggu seen baay ngeen bëgg a def. Moom, reykat la woon li dale, te taxawul woon ci dëgg, ndaxte dëgg amul ci moom. Bu waxee fen, ci lu bokk ci moom lay waxe; ndaxte fenkat la, te mooy baayu fen. John 8:43, 44.</w:t>
      </w:r>
    </w:p>
    <w:p>
      <w:pPr>
        <w:pStyle w:val="ArticleBody"/>
        <w:jc w:val="left"/>
      </w:pPr>
      <w:r>
        <w:rPr>
          <w:rFonts w:ascii="Times New Roman" w:hAnsi="Times New Roman" w:eastAsia="Times New Roman" w:cs="Times New Roman"/>
        </w:rPr>
        <w:t>Seytaane bi, mooy Ibliis ak Mbind mi, nekk na woon reykat (aborsiyoŋ), te di fenkat li dale ca njàlbéen ga. Ba Yawut ya di werante ak Pilaat, ñoom daal di wax ak fit ne amuñu benn buur budul Seesaar, te Seesaar mooy misaal bu Room gu ñuul gu bokk ci xel yu pagan, te moom dooley Mbind la.</w:t>
      </w:r>
    </w:p>
    <w:p>
      <w:pPr>
        <w:pStyle w:val="ArticleScripture"/>
        <w:jc w:val="left"/>
      </w:pPr>
      <w:r>
        <w:rPr>
          <w:rFonts w:ascii="Times New Roman" w:hAnsi="Times New Roman" w:eastAsia="Times New Roman" w:cs="Times New Roman"/>
        </w:rPr>
        <w:t>“Noonu bi nag malaaka bu rakk ci jëfandikoo gu njëkk di taxaw ngir Seytaane, waaye ci benn yoon bu ñaareel, mooy itam mandarga Room gu pagan.” The Great Controversy, 439.</w:t>
      </w:r>
    </w:p>
    <w:p>
      <w:pPr>
        <w:pStyle w:val="ArticleBody"/>
        <w:jc w:val="left"/>
      </w:pPr>
      <w:r>
        <w:rPr>
          <w:rFonts w:ascii="Times New Roman" w:hAnsi="Times New Roman" w:eastAsia="Times New Roman" w:cs="Times New Roman"/>
        </w:rPr>
        <w:t>Am na ciit lu taxaw ci mbir lii, lu tax Yawut yu jamono jii di ay liberalo yu bëgg àddina bépp, fekk ñi di globalist yi am nañu noon bu tar ci Yawut yu jamono jii? Loolu ndaxte dañoo tann buur bu Room gu bokkul woon ak Yàlla mu nekk seen buur kenn rekk. Ak ni nit ñu bare ci xeet bu Ebrë yi di am xel, seen tànn gu magg ga ñu jëkk a def, di bañ Mesiya bi muy seen buur, tëj na leen ci kuréelu ndrax bi.</w:t>
      </w:r>
    </w:p>
    <w:p>
      <w:pPr>
        <w:pStyle w:val="ArticleScripture"/>
        <w:jc w:val="left"/>
      </w:pPr>
      <w:r>
        <w:rPr>
          <w:rFonts w:ascii="Times New Roman" w:hAnsi="Times New Roman" w:eastAsia="Times New Roman" w:cs="Times New Roman"/>
        </w:rPr>
        <w:t>Waaye ñu di yuuxu ne: Dindi ko, dindi ko, daaj ko ci bant. Pilaat ne leen: Ndax dama wara daaj seen Buur ci bant? Saraxalekat yu mag yi tontu ne: Amunu buur ku dul Seesaar. Yowaana 19:15.</w:t>
      </w:r>
    </w:p>
    <w:p>
      <w:pPr>
        <w:pStyle w:val="ArticleBody"/>
        <w:jc w:val="left"/>
      </w:pPr>
      <w:r>
        <w:rPr>
          <w:rFonts w:ascii="Times New Roman" w:hAnsi="Times New Roman" w:eastAsia="Times New Roman" w:cs="Times New Roman"/>
        </w:rPr>
        <w:t>Buur yi nekk ci Tugal lañu amaloon fitna bi ngir baamtukatug baap bu màgg bi, te mooy fukki buur yi ci Yoonu Njàngat gi fukk ak ñaar, ñoo war a xare ak Mbiir mi, te def nañu ko ci rey toppkatam yi.</w:t>
      </w:r>
    </w:p>
    <w:p>
      <w:pPr>
        <w:pStyle w:val="ArticleScripture"/>
        <w:jc w:val="left"/>
      </w:pPr>
      <w:r>
        <w:rPr>
          <w:rFonts w:ascii="Times New Roman" w:hAnsi="Times New Roman" w:eastAsia="Times New Roman" w:cs="Times New Roman"/>
        </w:rPr>
        <w:t>Ñoom ñi dina xare ak Mbeel mi, te Mbeel mi dina leen not; ndaxte mooy Boroom boroom yi, ak Buur buur yi; te ñi nekk ak moom ñoo ñu woo, ñi tànn, ak ñi takku. Peeñu 17:14.</w:t>
      </w:r>
    </w:p>
    <w:p>
      <w:pPr>
        <w:pStyle w:val="ArticleBody"/>
        <w:jc w:val="left"/>
      </w:pPr>
      <w:r>
        <w:rPr>
          <w:rFonts w:ascii="Times New Roman" w:hAnsi="Times New Roman" w:eastAsia="Times New Roman" w:cs="Times New Roman"/>
        </w:rPr>
        <w:t>Melo yu tekki yu doole ju mak, mi ngi xamle ne kenn ci ay mbir yu mel ni: - lu ñuy wax ci “theology” ak “prophetic symbolism” dafa wara neex te jub ci turu wax yi, - waaye ma amul kàddu gu dëgg-gu-dëgg ci wolof ngir baña yàq maana walla dugal ay wax yu jëm ci njàngum diine. Tey, li ci suuf mooy tekki bu jub, te wax yu wér, ci wolof bu rëy: Melo yu waxu yonent bi ci dooley njaay mi dafay wone ne ñoom lañu, ñi di defe ci seen yoxo rey gi ci xale yu ndaw yi, ak Kiristaan yi ci fan yu mujj yi, ni ñu leen tegtal ci bant ba, ak ci Coliseum bi ci jaar-jaaru Roomu pagaan. Buri buur yu njaay ba lañu woon ñi jëfandikoo Inquisition bi ci Jamonoy Lëndëm gi ngir jot blood baths yi ngir Roomu paapal. Ñoom lañuy rey ay doom-ju jigéen ak góor, te ñoom itam ay fenkat yu gën a màgg. Adolph Hitler mooy màndarga jamono jii ci nit ku rey nit ñu bare, te itam ci fenkat. Hitler moo doon ab social Democrat.</w:t>
      </w:r>
    </w:p>
    <w:p>
      <w:pPr>
        <w:pStyle w:val="ArticleBody"/>
        <w:jc w:val="left"/>
      </w:pPr>
      <w:r>
        <w:rPr>
          <w:rFonts w:ascii="Times New Roman" w:hAnsi="Times New Roman" w:eastAsia="Times New Roman" w:cs="Times New Roman"/>
        </w:rPr>
        <w:t>Liberaal yu yokkute yi topp tànki Adolph Hitler, mi doon njiitu Parti Ouvriye Alemaaŋ Sosialist Nasyonal bi, bi ñuy wax bu baax ci turu Parti Nazi. Ci suufu njiiteem, Parti Nazi bi sampoon na nguur gu totaliter te moo nekkoon ki waral lu bare ci jëf yu bon yaakaar, booleek Holocaust bi. Partib Hitler bi dañu ko far ak nasyonalis bu ëpp, rassism, bañ-buut Yawut yi, ak autoritarism. Joseph Goebbels, mi doon Ministre Propagand ci Allemagne Nazi bi diirub Xareb Àddina bi Ñaareel, nee na: “Soo waxee fen gu rëy te nga di ko baamtu ndawul, nit ñi ci mujj dinañu ko gëm.”</w:t>
      </w:r>
    </w:p>
    <w:p>
      <w:pPr>
        <w:pStyle w:val="ArticleBody"/>
        <w:jc w:val="left"/>
      </w:pPr>
      <w:r>
        <w:rPr>
          <w:rFonts w:ascii="Times New Roman" w:hAnsi="Times New Roman" w:eastAsia="Times New Roman" w:cs="Times New Roman"/>
        </w:rPr>
        <w:t>Fen bu baaxul bu ñuy siiwal tey ci biir Demokaraat yu liberaal te jëm kanam mooy ne, ci jamono jii, wàll gu sàmm te nekk ci ndeyjooru Parti Républicain moo meloon ak Naasi yi ci jamonoy Hitler. Seeni nettali taarix bu dul dëgg mi ngi dëggal ne partii Hitler bi mooyoon partii bu sore ci ndeyjoor ci jamono boobu, waaye dañuy bàyyi réy dëgg gi ne Hitler nekkulwoon “sore ci ndeyjoor” ludul ci njàkkar ci Kominis yi, yu doon ay noonam ci wàll gu càmmooñ ci ay xeetam nguur gu njëkk. Républicain yi, ci dëgg-dëgg, ñooy taxaw ci ndeyjoor Demokaraat yi ci spektrum politig bi ci États-Unis, waaye bépp yeneen melokaan ak jikko yu Naasi Allemagne bu Hitler doy nañu teewal ay màndarga yu yonentoo yu Parti Démocratique bi.</w:t>
      </w:r>
    </w:p>
    <w:p>
      <w:pPr>
        <w:pStyle w:val="ArticleBody"/>
        <w:jc w:val="left"/>
      </w:pPr>
      <w:r>
        <w:rPr>
          <w:rFonts w:ascii="Times New Roman" w:hAnsi="Times New Roman" w:eastAsia="Times New Roman" w:cs="Times New Roman"/>
        </w:rPr>
        <w:t>Biibël bi dafa wone ne dangeen leen xam ci seen meññ, waaye du ci xët wu dëkk ci ndeyjoor politig bi, muy càmmoñ wu ndeyjoor walla wu càmmoñ. Ultra-nacionalism bu nekk ci jaar-jaaru Hitler du melokaan wi man a xamale patriotism bu yëngu-yëngu MAGA bi. Ultra-nacionalism bu Hitler dafa ame woon misaal ci ni mu jàppoon ne am na xeet wu ëpp doole, te loolu moo di xamale jëfandikoo yu globalist yi di def ngir tabax ab sistemu kilifa yu ñaari daan ci biir États-Unis ak ci àddina bi. Globalist yi, ci lu wóor, dañuy gis seen bopp ci kawal gu njëkk gi ci sistem boobu, ni ko xeet wu ëpp doole wu Hitler tegtal.</w:t>
      </w:r>
    </w:p>
    <w:p>
      <w:pPr>
        <w:pStyle w:val="ArticleBody"/>
        <w:jc w:val="left"/>
      </w:pPr>
      <w:r>
        <w:rPr>
          <w:rFonts w:ascii="Times New Roman" w:hAnsi="Times New Roman" w:eastAsia="Times New Roman" w:cs="Times New Roman"/>
        </w:rPr>
        <w:t>Xam-xamu fenn, sàkk ay mbir ak jiiñene nit ñi mooy benn melokaanu sàngara bi, te misaal bu xóot ci pexe boobu mooy jiiñene keneen ci jëf walla taxawaay yi ngay dëggóolal te di ko amal sa bopp. Lii dafa di xewal bu bés bu nekk ci Amerig ak ci àddina tey, te mooy benn melo yu Seytaane, ndax mooy “ki di jiiñene bokk-yi-gëm yi”.</w:t>
      </w:r>
    </w:p>
    <w:p>
      <w:pPr>
        <w:pStyle w:val="ArticleScripture"/>
        <w:jc w:val="left"/>
      </w:pPr>
      <w:r>
        <w:rPr>
          <w:rFonts w:ascii="Times New Roman" w:hAnsi="Times New Roman" w:eastAsia="Times New Roman" w:cs="Times New Roman"/>
        </w:rPr>
        <w:t>Rabu mag bañ ba ñu sànni ko, moom jaan ja yàgg, bi ñuy wax Seytaane ak Ibliis, miy nax àddina si yépp; ñu sànni ko ci suuf, te ñu sànni itam ay malaakaam ànd ak moom. Noonu ma dégg baat bu réy ci asamaan, di wax ne: Léegi agsi na mucc gi, ak doole ji, ak nguuru sunu Yàlla, ak kàttanu Almasiimam; ndaxte kiy jiiñ sunuy bokk, mi leen daan jiiñ fa kanam sunu Yàlla guddi ak bëccëg, ñu sànni na ko suuf. Peeñu Yóohaana 12:9, 10.</w:t>
      </w:r>
    </w:p>
    <w:p>
      <w:pPr>
        <w:pStyle w:val="ArticleBody"/>
        <w:jc w:val="left"/>
      </w:pPr>
      <w:r>
        <w:rPr>
          <w:rFonts w:ascii="Times New Roman" w:hAnsi="Times New Roman" w:eastAsia="Times New Roman" w:cs="Times New Roman"/>
        </w:rPr>
        <w:t>Almaañu Hitler, mi di benn jëfandikoo gu yonnee ci yoon wi yégle ngir melookat ak globalist yu dëppante ci yëngu-yëngug jamono ji nu nekk tey, amoon na masiinu propagandaa buy dox ci pexe; noonu itam progresis liberal yi tey am nañu ko. Te foofu la yëppaatu réccu màgg yi, yi Joseph Goebbels, ministaru Propagandaa ci Almaañu Nazi, santalee woon, di dellu tey ak dal gu matale ni seenri matematik yu algoritim yu komputeer bi, ci xeetu yooni jokkoo yépp ci kaw suuf. (CNN, MSNBC, BBC, NPR, Google, Facebook, ak itam ci loolu mu dul jeex).</w:t>
      </w:r>
    </w:p>
    <w:p>
      <w:pPr>
        <w:pStyle w:val="ArticleBody"/>
        <w:jc w:val="left"/>
      </w:pPr>
      <w:r>
        <w:rPr>
          <w:rFonts w:ascii="Times New Roman" w:hAnsi="Times New Roman" w:eastAsia="Times New Roman" w:cs="Times New Roman"/>
        </w:rPr>
        <w:t>Safara Réichstag bi doonoon lu am solo bu mag ci taarixu Almaaŋ, di ñëw ba ci mbirum Xareb Àddina bi ñaareel. Mu joxe melokaanu bu mag ci ni globalist yu liberāl yu progresif di defe fen yi ngir jëfandikoo ko ci seeni jéem ngir taxawal benn nguurug àddina. Loolu am na ci guddi 27 Fewriye 1933, ba kër Réichstag bi nekk Bërlin, bi daan dëkkal parlamaaŋu Almaaŋ (muy ni mel ak kër kapitoor yu États-Unis ci 6 Sànwiye 2020), deesi ko taal.</w:t>
      </w:r>
    </w:p>
    <w:p>
      <w:pPr>
        <w:pStyle w:val="ArticleBody"/>
        <w:jc w:val="left"/>
      </w:pPr>
      <w:r>
        <w:rPr>
          <w:rFonts w:ascii="Times New Roman" w:hAnsi="Times New Roman" w:eastAsia="Times New Roman" w:cs="Times New Roman"/>
        </w:rPr>
        <w:t>ñu jàpp ne safara si dañu koo taal ci yàmb, te loolu joxoon nguurug Nasi yi, ci njàngaleg Adolf Hitler ak Hermann Göring, ab pakkaay ngir daan farlu ci yoon wi ñuy wax Reichstag Fire Decree. Sàrt bii, bi njiitu Réewum Almaañ Paul von Hindenburg signé ko, taxawoon ci ngir taxawal yelleef yu askan wi am, te mayoon ñu jàpp ak tëj ñi doon seetaan nguur gi ci wàllu politig. Loolu doon na ab jéego ju mag ci dëppooku kàttanug Nasi yi ak ci yàquteg instituciyoŋ yu demokaraasi ci Almaañ.</w:t>
      </w:r>
    </w:p>
    <w:p>
      <w:pPr>
        <w:pStyle w:val="ArticleBody"/>
        <w:jc w:val="left"/>
      </w:pPr>
      <w:r>
        <w:rPr>
          <w:rFonts w:ascii="Times New Roman" w:hAnsi="Times New Roman" w:eastAsia="Times New Roman" w:cs="Times New Roman"/>
        </w:rPr>
        <w:t>Safara boobu, bi ëpp yeneen jaarale yu jub di seede ne nit ñi Hitler moo ko taaloon, dafa misaal woon xew-xewu 6 Sànwiyee 2020, ak alagug yelleef yu Dastuur bi moom ñi, ñi doon def dara lu bokkul ak luñu may bu baax ci ndigali yu nekk ci biir Dastuur bi, rawatina buñu ko méngalee ak fitna ak yàqute ga yëggoon ci yoonu Black Life Matters ak Antifa, yoon yi liberàl yu progresif di sante ak di leen taage. 6 Sànwiyee mooy meññetu ndegam, te misaal na ko woon Nasi yi ci Alemàñu Hitler.</w:t>
      </w:r>
    </w:p>
    <w:p>
      <w:pPr>
        <w:pStyle w:val="ArticleBody"/>
        <w:jc w:val="left"/>
      </w:pPr>
      <w:r>
        <w:rPr>
          <w:rFonts w:ascii="Times New Roman" w:hAnsi="Times New Roman" w:eastAsia="Times New Roman" w:cs="Times New Roman"/>
        </w:rPr>
        <w:t>Demokaraat yu sosiyalist yi nekk ci Etats-Unis di leen soppi Trump ci misaal wa Hitler ay yoon yu bari, ndaxte mbind mi ñuy doxal mooy ne, su fekkee ne wax nga fen wu réy ba mat, te dangay delloo ko di ko jëfandikoo ci sa masin bu propagand media bi ak yàgg-yàgg, suufkat yi Marie Antoinette ñi dinañu ko gëm ci mujj.</w:t>
      </w:r>
    </w:p>
    <w:p>
      <w:pPr>
        <w:pStyle w:val="ArticleBody"/>
        <w:jc w:val="left"/>
      </w:pPr>
      <w:r>
        <w:rPr>
          <w:rFonts w:ascii="Times New Roman" w:hAnsi="Times New Roman" w:eastAsia="Times New Roman" w:cs="Times New Roman"/>
        </w:rPr>
        <w:t>Dañuy suñu jàngat bii ci mbind mi ci topp.</w:t>
      </w:r>
    </w:p>
    <w:p>
      <w:pPr>
        <w:pStyle w:val="ArticleScripture"/>
        <w:jc w:val="left"/>
      </w:pPr>
      <w:r>
        <w:rPr>
          <w:rFonts w:ascii="Times New Roman" w:hAnsi="Times New Roman" w:eastAsia="Times New Roman" w:cs="Times New Roman"/>
        </w:rPr>
        <w:t>Buleenleen, yéen xeet yi, te dees na leen damm ay wet; te déglu leen, yéen ñépp ci réew yi fu sore: takkuleen seen bopp, te dees na leen damm ay wet; takkuleen seen bopp, te dees na leen damm ay wet. Déeyleen gëstu benn, waaye du am njariñ; waxleen kàddu, waaye du taxaw: ndaxte Yàlla ànd na ak nun. Ndaxte Aji Sax ji waxoon na ma noonu ak loxo bu metti, te jàngal ma ba ma bañ a dox ci yoonu xeet wii, ne: “Bu leen waxe: ‘Bokk-gëm,’ ci ñépp ñi xeet wii di waxe: ‘Bokk-gëm’; te buleen ragal seen ragal, te buleen tiit. Sellalleen Aji Sax ji Boroom mbind mi moom ci boppam; te moom rekk na nekk seen ragal, te moom rekk na nekk seen tiit. Te moom dina nekk ab saxuwaay; waaye it dina nekk doj wu ñuyrëx ak xeeru lëjal ci ñaari kër yi Israyil, diir ak laas ci waa Yerusalem. Te ñu bare ci seen biir dinañu yiw, daanu, dammiku, ñu jàpp leen ci laas, te dees leen jàpp. Tëj seede bi, tëj mbind mi ci sama taalibe yi.” Esayi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Juroom-ñeent-fukk ak benne ci juróom-benn fan ak juróom-benn banqaas-benn</dc:title>
  <dc:subject>Ubbi giir bu Yàlla waxoon lu jëm ci kanam: Njàngum Saar 11 bu Daniel ak xew-xewi jamono jii</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