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Téeméeri ak Ñaar-fukk ak Juróom-Ñett-ci-Juróom-Ñaari Bindu</w:t>
      </w:r>
    </w:p>
    <w:p>
      <w:pPr>
        <w:pStyle w:val="ArticleSubtitle"/>
        <w:jc w:val="left"/>
      </w:pPr>
      <w:r>
        <w:rPr>
          <w:rFonts w:ascii="Arial" w:hAnsi="Arial" w:eastAsia="Arial" w:cs="Arial"/>
        </w:rPr>
        <w:t>Feeñal Mbind mi Yonent la Buuboo ak Mbooloom Bëccëgub Njaay mi: Xalaat yu jóge ci Esayi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Melo yëngu-kàddug jiiñ bu dragon bi mooy booloo gu njëkk, ni ko Isayas xamale.</w:t>
      </w:r>
    </w:p>
    <w:p>
      <w:pPr>
        <w:pStyle w:val="ArticleScripture"/>
        <w:jc w:val="left"/>
      </w:pPr>
      <w:r>
        <w:rPr>
          <w:rFonts w:ascii="Times New Roman" w:hAnsi="Times New Roman" w:eastAsia="Times New Roman" w:cs="Times New Roman"/>
        </w:rPr>
        <w:t>Bokkleen, yéen xeet yi, te dees na leen damm; te déglu leen, yéen ñépp ci réew yu sore yi: takkuleen seen bopp, te dees na leen damm; takkuleen seen bopp, te dees na leen damm. Gëstu leen bokk, waaye dina neenul; waxleen kàddu, waaye du taxaw; ndax Yàlla ànd na ak nun. Ndax Boroom bi waxoon na ma noonu ak loxo bu dëgër, te di ma xamal ma bañ a dox ci yoonu xeet wii, naan: Buleen wax ne, “Mbootaay,” ci ñépp ñi xeet wii di wax ne, “Mbootaay”; te buleen ragal li ñuy ragal, te buleen tiit. Sellal-leen Boroom kàttan yi moom ci boppam; te moom mooy seen ragal, te moom mooy seen tiit. Te dina nekk ab bérab bu sell; waaye itam muy doj wu ñuy tërciñoo ak xeer wu ñuy fekkee mbàgg ci moom ci ñaari kër yi Israaël, di pax ak laas ci waa Yerusalem. Te ñu bare ci seen biir dinañu tërciñoo, daanu, dammiku, te ñu lëjju ci laas, te ñu jàpp leen. Tëjël seede si, tayle yoonu sant yi ci sama taalibey. Isaiah 8:9–16.</w:t>
      </w:r>
    </w:p>
    <w:p>
      <w:pPr>
        <w:pStyle w:val="ArticleBody"/>
        <w:jc w:val="left"/>
      </w:pPr>
      <w:r>
        <w:rPr>
          <w:rFonts w:ascii="Times New Roman" w:hAnsi="Times New Roman" w:eastAsia="Times New Roman" w:cs="Times New Roman"/>
        </w:rPr>
        <w:t>Ci mujj fan yii, ci jamono sell bi ñaar-fukk ak ñeent junni ak ñeent téeméeri ñaari-fukk ak ñeent ñi, bi Esayi ne: « Takkal seede si, tëj yoon wi ci sama taalibe yi, » am na ab « booloo bu bon » ci kaw suuf si. Lu am solo mooy nu xam ne, jaar-jaaru Ameerik bu Bennu Réew yi, miy yóbbu ba ci yoonu Dimaas, dafa melal te jëfandikoo ngir won benn-doole yu mel ni noonu ci tolluwaay gu àddina si yépp.</w:t>
      </w:r>
    </w:p>
    <w:p>
      <w:pPr>
        <w:pStyle w:val="ArticleScripture"/>
        <w:jc w:val="left"/>
      </w:pPr>
      <w:r>
        <w:rPr>
          <w:rFonts w:ascii="Times New Roman" w:hAnsi="Times New Roman" w:eastAsia="Times New Roman" w:cs="Times New Roman"/>
        </w:rPr>
        <w:t>“Réew yu tukk ci bitim-réew dinañu topp misaalu États-Unis. Ndaxte mooy jiite, waaye benn jafe-jafe boobu dina dikk ci sunu nit ñi ci bépp fan ci àddina bi.” Testimonies, volume 6, 395.</w:t>
      </w:r>
    </w:p>
    <w:p>
      <w:pPr>
        <w:pStyle w:val="ArticleBody"/>
        <w:jc w:val="left"/>
      </w:pPr>
      <w:r>
        <w:rPr>
          <w:rFonts w:ascii="Times New Roman" w:hAnsi="Times New Roman" w:eastAsia="Times New Roman" w:cs="Times New Roman"/>
        </w:rPr>
        <w:t>Sœur White dayo xam ni kan mooy “boole bu bon” bi, te muy melal liberalismu yokkute bu ay globalist yu jamono jii. Bi mu koy defee, mu dellu ci nekk yoon yu bari di wax ay aaya yu jiitu ci Esayi, yu jëfandikoo ngir xamale boole bu bon bi am ci waxtu tëj ciirug junni ñent téeméer ak ñeent-fukk ak ñeent.</w:t>
      </w:r>
    </w:p>
    <w:p>
      <w:pPr>
        <w:pStyle w:val="ArticleScripture"/>
        <w:jc w:val="left"/>
      </w:pPr>
      <w:r>
        <w:rPr>
          <w:rFonts w:ascii="Times New Roman" w:hAnsi="Times New Roman" w:eastAsia="Times New Roman" w:cs="Times New Roman"/>
        </w:rPr>
        <w:t>“Boroom bi wax ci jaarale ci yonent bi Isaaya: Isaaya 8:9–13 nu bind ko fii.”</w:t>
      </w:r>
    </w:p>
    <w:p>
      <w:pPr>
        <w:pStyle w:val="ArticleScripture"/>
        <w:jc w:val="left"/>
      </w:pPr>
      <w:r>
        <w:rPr>
          <w:rFonts w:ascii="Times New Roman" w:hAnsi="Times New Roman" w:eastAsia="Times New Roman" w:cs="Times New Roman"/>
        </w:rPr>
        <w:t>«Am na ñi ngi laaj ndax dafa baax ci Kiristaan yi bokk ci Free Masons ak yeneen mbooloo yu sutura. Na ñépp ñi mel noonu xalaat bu baax ci Mbind mi nu fi door a tudd. Su nu doon Kiristaan sax, war na nu doon Kiristaan fépp, te war na nu seet te dégg ndigël bi ñu nu jox ngir def nu Kiristaan yu méngoo ak misaalu Kàddu Yàlla.» Evangelism, 617, 618.</w:t>
      </w:r>
    </w:p>
    <w:p>
      <w:pPr>
        <w:pStyle w:val="ArticleBody"/>
        <w:jc w:val="left"/>
      </w:pPr>
      <w:r>
        <w:rPr>
          <w:rFonts w:ascii="Times New Roman" w:hAnsi="Times New Roman" w:eastAsia="Times New Roman" w:cs="Times New Roman"/>
        </w:rPr>
        <w:t>Bokk bu bon bu mujj ya ñëw bii dafa boole ak Frans-maasooŋ yi, ak yeneen kurél yu sutura. Diinéem mooy spiritisma, te dafay taxaw ci bankeeri àddina yi ak jaaykat yu bari alal yu suuf si, ñoom ñi “di dëppoo alal ak kàttanug àddina si ci benn biir,” te ñoom lañuy yëkkati yëngu-yëngu yu mel ni Antifa ak Black Lives Matter ngir tas “xelu nàkk ci dal, ay ñaawteef ak tuur deret” ci “tolluwaay bu àddina bépp,” ci jéego ngir delloo anarsi bu “Réew-mbaa Faraas” bi.</w:t>
      </w:r>
    </w:p>
    <w:p>
      <w:pPr>
        <w:pStyle w:val="ArticleScripture"/>
        <w:jc w:val="left"/>
      </w:pPr>
      <w:r>
        <w:rPr>
          <w:rFonts w:ascii="Times New Roman" w:hAnsi="Times New Roman" w:eastAsia="Times New Roman" w:cs="Times New Roman"/>
        </w:rPr>
        <w:t>“Espiritisma wax na ne nit ñi ay demi-dieu yu jotul a bàkkaar; ne: «xel bu nekk dina àtte boppam»; ne: «xam-xam dëgg tekki nit ku weesu bépp yoon»; ne: «bépp bàkkaar bu ñu def, amul tooñ ci»; ndaxte «lu nekk, baax na», te «Yàlla du daan nit». Mooy wone nit ñi gëna suufe ci askanu nit, ni ñu nekk ci asamaan, te ñu yékkati leen fa lool. Noonu, mu di wax nit ñépp ne: «Amul solo lu ngeen di def; dundleen ni ngeen ko bëgge, asamaan mooy seen kër.» Loolu tax mbooloo yu bare gëm ne bëgg-bëgg mooy yoon wu gën a kawe; ne bàyyikoo mooy sañ-sañug goreel; te nit warula tontu ku dul boppam.”</w:t>
      </w:r>
    </w:p>
    <w:p>
      <w:pPr>
        <w:pStyle w:val="ArticleScripture"/>
        <w:jc w:val="left"/>
      </w:pPr>
      <w:r>
        <w:rPr>
          <w:rFonts w:ascii="Times New Roman" w:hAnsi="Times New Roman" w:eastAsia="Times New Roman" w:cs="Times New Roman"/>
        </w:rPr>
        <w:t>“Ak jàngale noonu ci ndoorte dund gu nit di tàmbalee, ba noppi fekk farlu yi gëna tar, te laaj wi jëm ci moom-sa-bopp ak sellal di gëna soxla lool, ana fan lañuy fekk ay aar yu tax njub gi sax? lan moo war a tere àddina bi muy nekkaat benn Sodom? Ci benn yoon boobu it, anarsi mi ngi seet a faral yàq yoon yépp, du yoonu Yàlla rekk waaye ak yu nit ñi itam. Dajale alal ak kàttan ci diggu ñu néew; boole yu mag yi ñuy def ngir ñu néew ñi gëna bare am ngëneel ci kaw ña bare ñi; boole yi ña gëna néew alal di sos ngir aar seen njariñ ak seen laaj yi; xel mu ànd ak ñàkk dal, ak tasaarookat, ak tuur deret; lawale ci àddina si yépp benn jàngale yi jur Révolution française bi—lépp di jëm ci dugal àddina si yépp ci benn xeex bu mel ni bi yëngaloon France.” Education, 227, 228.</w:t>
      </w:r>
    </w:p>
    <w:p>
      <w:pPr>
        <w:pStyle w:val="ArticleBody"/>
        <w:jc w:val="left"/>
      </w:pPr>
      <w:r>
        <w:rPr>
          <w:rFonts w:ascii="Times New Roman" w:hAnsi="Times New Roman" w:eastAsia="Times New Roman" w:cs="Times New Roman"/>
        </w:rPr>
        <w:t>Képp ku xalaat bu baax war na laaj boppam li ñuy def ci ndaje yu mel ni yi mujj amoon ca Davos, fa nit ñi di wax seen pexe ngir suuf si, te duñu jàppale genn càmmooñ ci desi askanu suuf si. Ban kumpa lañu fa waxtaan? Ci dëgg, Davos benn rekk la ci ay ndaje yu bariy kumpa te ñu tëj, yu boroom alal yu bare yi, bankeer yi, politig yu yàqu yi ak góor ñi yàqu ci yoon ak jikko di fa sàkk seen pexe yu kawe ngir suuf si.</w:t>
      </w:r>
    </w:p>
    <w:p>
      <w:pPr>
        <w:pStyle w:val="ArticleScripture"/>
        <w:jc w:val="left"/>
      </w:pPr>
      <w:r>
        <w:rPr>
          <w:rFonts w:ascii="Times New Roman" w:hAnsi="Times New Roman" w:eastAsia="Times New Roman" w:cs="Times New Roman"/>
        </w:rPr>
        <w:t>“Ci bés yu mujj yi, ay réer yu yàggul te doy waar ak xalaat yu nit sàkk a ngi taxaw; Yàlla wax na ne dina leen damm ci ay xaaj. Xel mu bëgg alal moo yóbb nit ñi ba ñuy seet njariñi àddina, te ci yéefar ak wonante dañu jéem a làq seeni jëf yu bon yi ñu def ngir agsi ci li ñuy sàkku. Nit ñi nekk ci kaw ci bérabi kóllëre yu mag wone nañu bëgg-gàññ gu dul yoon gii; dañu jëfe nañu cëqëte ak sàcc, te doyloo nañu baken yu bon yi nekk ci seeni xol, ba tax sunu dëkk yi yàqu ci seen aayo. Yàlla wax na ne dina feeñal jëf yu nax ak sàcc yi ci seen bopp liggéey. Ci yenn fànn, àttey Yàlla wàcc na ba metti ci kaw dëkk yooyu.”</w:t>
      </w:r>
    </w:p>
    <w:p>
      <w:pPr>
        <w:pStyle w:val="ArticleScripture"/>
        <w:jc w:val="left"/>
      </w:pPr>
      <w:r>
        <w:rPr>
          <w:rFonts w:ascii="Times New Roman" w:hAnsi="Times New Roman" w:eastAsia="Times New Roman" w:cs="Times New Roman"/>
        </w:rPr>
        <w:t>“Esayi 8:8–12 ñu waxoon.” Review and Herald, 18 Sulet 1907.</w:t>
      </w:r>
    </w:p>
    <w:p>
      <w:pPr>
        <w:pStyle w:val="ArticleBody"/>
        <w:jc w:val="left"/>
      </w:pPr>
      <w:r>
        <w:rPr>
          <w:rFonts w:ascii="Times New Roman" w:hAnsi="Times New Roman" w:eastAsia="Times New Roman" w:cs="Times New Roman"/>
        </w:rPr>
        <w:t>Dëkk yi dafa yàqunañu, ni ko waxoon ci xaaj bi weesu, te boobu yàqute gi mooy lu ñu jurale ci mbootaay bu bon ba ci Esayi saar 8. Dañu leen yàqaloon ndax “nit ñi nekk ci bérab yu kawe yu kóllëre” ñoo “wone” seen “bëgg-bëgg bu bañul yoon ngir am alal.” Dëkk yu yàqu yi manees na leen a gis bu baax ci réew yi nga xam ne séef yi ëpp solo ci yoon, ñi di attorney generals, ay xaalis komuniste yu mel ni George Soros moo leen fal. Man nañu koo gis it bu yoon yu sampu, politig yi yàqu ci Washington, DC bañee doxal leen. Man nañu koo gis ci yoon yi ñuy jëfandikoo rekk ngir jàpp ñi nekk ca beneen wet gu politig gi, ni ko feeñale nit ñu mel ni Nancy Pelosi ak Adam Schiff.</w:t>
      </w:r>
    </w:p>
    <w:p>
      <w:pPr>
        <w:pStyle w:val="ArticleScripture"/>
        <w:jc w:val="left"/>
      </w:pPr>
      <w:r>
        <w:rPr>
          <w:rFonts w:ascii="Times New Roman" w:hAnsi="Times New Roman" w:eastAsia="Times New Roman" w:cs="Times New Roman"/>
        </w:rPr>
        <w:t>Ci ñu jéggi yoon te fen ci kanam Aji Sax ji, te dëddu sunu Yàlla, di wax fitna ak réewlu, di jur ci xol ba di génne kàdduy fen. Te àtte mi dafa dellu gannaaw, te njubte taxaw fu sore; ndaxte dëgg dafa daanu ci mbedd mi, te njekkal gi manul dugg. Waaw, dëgg dafa jekk; te ku dëddu lu bon dafay def boppam ñu màbb ko; te Aji Sax ji gis na loolu, te neexul ko ne àtte amul. Esayi 59:13–15.</w:t>
      </w:r>
    </w:p>
    <w:p>
      <w:pPr>
        <w:pStyle w:val="ArticleBody"/>
        <w:jc w:val="left"/>
      </w:pPr>
      <w:r>
        <w:rPr>
          <w:rFonts w:ascii="Times New Roman" w:hAnsi="Times New Roman" w:eastAsia="Times New Roman" w:cs="Times New Roman"/>
        </w:rPr>
        <w:t>Ci yoon wi nekk ci xët bu jiitu bi nekk ci Review and Herald, góor ñi di yor ay bérab yu kawe yu wóor, dañuy jox misaal politigaan yu yaxu, ñiy yor ay poortafoo Wall Street yu sax gën a bari alal gannaaw li njëriñ yu gën a baax man a joxe, ndax seen liggéeyu yoon ngir sàkkal seen bopp rek ndigal gu ëpp ci “insider trading”, te kenn kenn du ko am. Seetal jaar-jaaru Martha Stewart. Dëkk yi ci xët bi dañoo yaxu ndax seen njubadi, te loolu gëna feeñ ci dëkk yi ak etaa yi Demokaraat yu globalist di yor.</w:t>
      </w:r>
    </w:p>
    <w:p>
      <w:pPr>
        <w:pStyle w:val="ArticleBody"/>
        <w:jc w:val="left"/>
      </w:pPr>
      <w:r>
        <w:rPr>
          <w:rFonts w:ascii="Times New Roman" w:hAnsi="Times New Roman" w:eastAsia="Times New Roman" w:cs="Times New Roman"/>
        </w:rPr>
        <w:t>Bokk mboolem buy Bon Yàlla ci mujj jamono yi dafay am ñetti dooley aay: sàtt bi, rab wi ak yonent bu dëggul bi; te rab wi ak yonent bu dëggul bi ñoom itam am nañu seen bopp jikko yu bon yu yonentukaay, waaye jikko yi feeñ lool ci globalismu liberàl mooy yi sàtt bi.</w:t>
      </w:r>
    </w:p>
    <w:p>
      <w:pPr>
        <w:pStyle w:val="ArticleScripture"/>
        <w:jc w:val="left"/>
      </w:pPr>
      <w:r>
        <w:rPr>
          <w:rFonts w:ascii="Times New Roman" w:hAnsi="Times New Roman" w:eastAsia="Times New Roman" w:cs="Times New Roman"/>
        </w:rPr>
        <w:t>«Peeñu 17:13–14» ni ñu ko wax. «Ñooñii am benn xalaat.» Dina am benn booloo gu ëpp ñépp, benn jàmm gu réy, benn mbootaayu doomi Satana. «Te dinañu jox rab wi seen kàttan ak seen doole.» Noonu la feeñee mbooloo kàttan gu doy waar, buy fitnaal sañ-sañu diine, sañ-sañu jaamu Yàlla ni ko xel mu sell di digal, ni ko baamtu Pap bi feeñaloon ci jamono ju weesu, ba mu doon fitnaal ñi ñeme woon bañ a topp seeni àddina yu diine ak seeni cérémóni yu Romanism.</w:t>
      </w:r>
    </w:p>
    <w:p>
      <w:pPr>
        <w:pStyle w:val="ArticleScripture"/>
        <w:jc w:val="left"/>
      </w:pPr>
      <w:r>
        <w:rPr>
          <w:rFonts w:ascii="Times New Roman" w:hAnsi="Times New Roman" w:eastAsia="Times New Roman" w:cs="Times New Roman"/>
        </w:rPr>
        <w:t>«Ci xare bu mujj ak mujj, lépp kàttan yu yàqu te dëddoo ci wër-gu-yaram ak yoonu Yexowa dinañu booleeku ngir aji saytu ci nit ñi Yàlla. Ci xare bii, bésub Noflaay bu ndigal bu ñenteel bi mooy doon pexe bu mag biñuy werante; ndaxte ci ndigalub Noflaay bi, Ki Sosoon Yoon wi mag mi feeñal na Boppam ne Moom mooy Boroom bi bind asamaan yi ak suuf si.» The Seventh-day Adventist Bible Commentary, 983.</w:t>
      </w:r>
    </w:p>
    <w:p>
      <w:pPr>
        <w:pStyle w:val="ArticleBody"/>
        <w:jc w:val="left"/>
      </w:pPr>
      <w:r>
        <w:rPr>
          <w:rFonts w:ascii="Times New Roman" w:hAnsi="Times New Roman" w:eastAsia="Times New Roman" w:cs="Times New Roman"/>
        </w:rPr>
        <w:t>Ci ay seet ay mbaaxal yu wax ci jamono jii te jëm ci rab wi ak Protestaaŋ gu dëddu ci ay waxtaan yi di ñëw. Lu am solo mooy xam li ñu révéle ci ban parti politig moo jiite tey di yëngu nit ñi ak di tëgg xeeti yooni Dimas. Baax na xam ne, ñaari parti yi (Democrat ak Republican) dañuy boole seen bopp ci mbirum yoonu Dimas, ni Fariseyeen ak Saduseen boole woon seen bopp ca bant ba; waaye amul benn sabab bu jub, bu man a tax ñu boole turu Protestaaŋ walla Protestaaŋ gu dëddu ak parti Democratic, ndaxte moom dafa mel ni dooley njaay mi.</w:t>
      </w:r>
    </w:p>
    <w:p>
      <w:pPr>
        <w:pStyle w:val="ArticleBody"/>
        <w:jc w:val="left"/>
      </w:pPr>
      <w:r>
        <w:rPr>
          <w:rFonts w:ascii="Times New Roman" w:hAnsi="Times New Roman" w:eastAsia="Times New Roman" w:cs="Times New Roman"/>
        </w:rPr>
        <w:t>Jaar-jaarub téerey ñàkk mi ci ñetti téeméeri ak ñeent-fukk ak ñeent-junni nit ñi mooy jaar-jaarub fan wi ñu xamale boole bu bon bi Esayi wax ci saar 8. Jaar-jaar boobu tàmbalee na 11 Sàttumbar 2001, ba buur-u réew bu ñeenteel bi, Bush bu ñaareel bi, nekkee ci nguur. Ci jaar-jaar boobu, buur-u réew bu juróomeel bi dina dikk ci 2016, te mooy yëngal (fëccal) bépp réewu Gres, ndaxte mooy yëngal àddina si ci xeex bi nekk diggante doolebu nàggoor bi ak Protestan yu féetalikat yi, ñuy matal liggéeyu delloo rab wi ci gàngunaayu suuf si.</w:t>
      </w:r>
    </w:p>
    <w:p>
      <w:pPr>
        <w:pStyle w:val="ArticleBody"/>
        <w:jc w:val="left"/>
      </w:pPr>
      <w:r>
        <w:rPr>
          <w:rFonts w:ascii="Times New Roman" w:hAnsi="Times New Roman" w:eastAsia="Times New Roman" w:cs="Times New Roman"/>
        </w:rPr>
        <w:t>Bañ gu gumba te xelul ci Trump, mi amul xeebar xel, nit ñu bari dañu koy ràññee ni mel na ay dof, ndaxte mu sukkandiku ci neen ak xalaat yu amul sago. Addina gi di jéem a tekki bañ gu jubul gi ñuy am ci Trump, waaye dëgg mooy ne, du dofandoo bu wér ci nit ci wàllu globalist yi rekk, waaye mooy feeñu gu kawe ci kaw doole yu nitul, di matug yoonent ci jaar-jaaru taariixu tàmpeb junni ak téeméeri ñent-fukk ak ñent.</w:t>
      </w:r>
    </w:p>
    <w:p>
      <w:pPr>
        <w:pStyle w:val="ArticleScripture"/>
        <w:jc w:val="left"/>
      </w:pPr>
      <w:r>
        <w:rPr>
          <w:rFonts w:ascii="Times New Roman" w:hAnsi="Times New Roman" w:eastAsia="Times New Roman" w:cs="Times New Roman"/>
        </w:rPr>
        <w:t>«Yàlla baax na bu ñi bokk ci askanam amoon xel ci alag gu ñuul gu nekk ci kanam, di alag bu war a dal ay junni dëkk yi, te léegi dii dem ba nekk lu jekk ci bokkal! Waaye ñu bare ci ñi waroon yégle dëgg gi, dañuy jiiñ ak daan seeni mbokk. Su kàttanu soppi gu Yàlla dikkée ci xel yi, dina am coppite gu wér. Nit ñi duñu am xew-xew wu leen di jëbbal ngir seetaan ak yàq. Duñu taxaw ci benn taxawaay bu tere leer gi feeñ ci àddina si. Seen seetaan, seen jiiñ, dina taxaw. Kàttan yu noon bi da ñuy dajale ngir xare. Xeex yu tar ñoo nekk ci sunu kanam. Jegeendluleen, samay mbokk yu góor ak yu jigéen, jegeendluleen. Takuleen ak Kirist. “Buleen wax, Ab booloo la,... te buleen ragal seen ragal, mbaa ngeen tiit. Sellal-leen Boroom Mbooloom yi ci boppam; moom mooy nekk seen ragal, te mooy nekk seen tiit. Te dina nekk ab bérab bu sell; waaye ci ñaari kër yi Israyil, dina nekk doj wu ñuy daanu ci kawam ak xeer wu ñuy xeccoo; ci waa Yerusalem dina nekk fiir ak laas. Te ñu bare ci ñoom dinañu daanu, dinañu daanu ba damm, dinañu tàbbi ci fiir, te dinañu ñu jàpp.”</w:t>
      </w:r>
    </w:p>
    <w:p>
      <w:pPr>
        <w:pStyle w:val="ArticleScripture"/>
        <w:jc w:val="left"/>
      </w:pPr>
      <w:r>
        <w:rPr>
          <w:rFonts w:ascii="Times New Roman" w:hAnsi="Times New Roman" w:eastAsia="Times New Roman" w:cs="Times New Roman"/>
        </w:rPr>
        <w:t>“Àddina ab di xew-xew baax. Ñi ci feeñ, mooy waa dëkkam, dañuy waajal seen bopp ngir def seen wàll ci misaal bu mag bi mujj. Yàlla dees na ko fàtte. Ci biir mbooloo yi réy yi ci nit ñi, amul benn bennoo, lu dul ni góor ñi dañuy booloo ngir matal seen bopp ak seen coobare bopp. Yàlla mu ngi xool. Ay mébétam ci wàllu ay jaamam yu koy weddi dinañu am yoonu mat. Àddina jébbaluñu ko ci loxo nit ñi, doonte Yàlla may na, ab jamono, ne mboolem mbir yi waral jaxasoo ak yàqu-yàqu yor kilifteef. Ab kàttan gu jóge suuf a ngi liggéey ngir indi ay xew-xew yu mag yu mujj yi ci misaal bi,—Seytaane di ñëw mel ni Almasi, di liggéey ak bépp naxteefu njubadi ci ñi di takk seen bopp ci biir mbooloo yu sutura. Ñi di jox seen bopp ci bëgg-bëggu booloo, dañuy jotali pexe yu noon bi. Sabab bi dina toppale ci njariñam.”</w:t>
      </w:r>
    </w:p>
    <w:p>
      <w:pPr>
        <w:pStyle w:val="ArticleScripture"/>
        <w:jc w:val="left"/>
      </w:pPr>
      <w:r>
        <w:rPr>
          <w:rFonts w:ascii="Times New Roman" w:hAnsi="Times New Roman" w:eastAsia="Times New Roman" w:cs="Times New Roman"/>
        </w:rPr>
        <w:t>“Topp gi dafa ag di jàppandikoom. Réer bu réy fees na addina, te tiit bu réy dina bientôt dikk ci kaw nit ñi. Jeexital bi jege na lool. Nun ñi xam dëgg gi war nanu waajal sunu bopp ngir li nar a daldi xew ci kaw addina ni mbëx mu réy te jóg ci lu nit ñi seetaanul.” Review and Herald, September 10, 1903.</w:t>
      </w:r>
    </w:p>
    <w:p>
      <w:pPr>
        <w:pStyle w:val="ArticleBody"/>
        <w:jc w:val="left"/>
      </w:pPr>
      <w:r>
        <w:rPr>
          <w:rFonts w:ascii="Times New Roman" w:hAnsi="Times New Roman" w:eastAsia="Times New Roman" w:cs="Times New Roman"/>
        </w:rPr>
        <w:t>Islaamu àjjanawu ñatteelu musiba bi ngi ci wetu a dóor “junniy dëkk,” te Adventisme Laodise bu jamono jii amul xel ci alag ga bëgg a xew te mu ngi ñëw. Ci diiru jamono ji njàmbatug bon bu Isaaya wax di matal liggéeyam, am na fa ab “doole gu jóge ci suuf” gu Seytaane moom, buy “liggéey ngir jur kër gi mujj gi mag ci drama bi,” te yii yépp dañuy ñëw ni ab “njàqare gu metti lool.” Doffug xel gi ñuy jëfandikoo ci wàllu Trump, doole gu jóge ci suuf moo ko waral. Moom dafa bokk ci seeni mujj yoon yu taariixu suuf si.</w:t>
      </w:r>
    </w:p>
    <w:p>
      <w:pPr>
        <w:pStyle w:val="ArticleBody"/>
        <w:jc w:val="left"/>
      </w:pPr>
      <w:r>
        <w:rPr>
          <w:rFonts w:ascii="Times New Roman" w:hAnsi="Times New Roman" w:eastAsia="Times New Roman" w:cs="Times New Roman"/>
        </w:rPr>
        <w:t>Li warulañu ko ni ndigal ngir Trump; du lenn luddu Kàddug Yàlla, bi du bàyyiku mukk. Ci jamono ji ñuy tëj karangeg téeméer ñent-fukki junni ak ñeent-fukki junni ñaari junni, Yàlla day tuur ay kàttanam yu jóge kaw, fekk Seytaane di doxal kàttanam yu jóge suuf.</w:t>
      </w:r>
    </w:p>
    <w:p>
      <w:pPr>
        <w:pStyle w:val="ArticleScripture"/>
        <w:jc w:val="left"/>
      </w:pPr>
      <w:r>
        <w:rPr>
          <w:rFonts w:ascii="Times New Roman" w:hAnsi="Times New Roman" w:eastAsia="Times New Roman" w:cs="Times New Roman"/>
        </w:rPr>
        <w:t>«Sunu bëggoon a am xel ak kàttanu yégleb ñetteel malaaka bi, war nañu jàngale yoonu Yàlla ak xebaar bu baax bi benn ci benn, ndaxte ñoom ñaar dañuy àndandoo. Naka kàttan gu jóge suuf di yëngu ngir yëkkati doom ñi déggadi ngir neenal yoonu Yàlla dara, ak ngir taccu dëgg gi ne Kirist mooy sunu njubte, noonu itam kàttan gu jóge asamaan di dox ci xol yi ñu takku, ngir kaweel yoonu Yàlla, ak ngir yékkati Yeesu ni Musalkat bu mat sëkk. Bu dee amul kàttanu Yàlla ci xew-xewu askanu Yàlla, xalaat yu dul dëgg ak njàngat yu jubulul dinañu jàpp xel yi, te Kirist ak Njubteem dinañu weesu ci dundug ñu bare, ba seen ngëm du am kàttan mbaa dund.» Gospel Workers, 161.</w:t>
      </w:r>
    </w:p>
    <w:p>
      <w:pPr>
        <w:pStyle w:val="ArticleBody"/>
        <w:jc w:val="left"/>
      </w:pPr>
      <w:r>
        <w:rPr>
          <w:rFonts w:ascii="Times New Roman" w:hAnsi="Times New Roman" w:eastAsia="Times New Roman" w:cs="Times New Roman"/>
        </w:rPr>
        <w:t>Feeñug kàttanu Seytaane bi am lu jiitu, te di yóbbu ca yoonu Dibéer buy ñëw léegi, dafay misaal jëf ju gën a màgg ci kàttanu Seytaane, ji am ci yoonu Dibéer buy ñëw léegi.</w:t>
      </w:r>
    </w:p>
    <w:p>
      <w:pPr>
        <w:pStyle w:val="ArticleScripture"/>
        <w:jc w:val="left"/>
      </w:pPr>
      <w:r>
        <w:rPr>
          <w:rFonts w:ascii="Times New Roman" w:hAnsi="Times New Roman" w:eastAsia="Times New Roman" w:cs="Times New Roman"/>
        </w:rPr>
        <w:t>«Ci ndigël gi di doxal taxaw njabootu Pàppaas bi, te muy bàyyi yoonu Yàlla, sunu réew dina dagg boppam bu baax ak njub. Bu Protestaŋis bi yóbbóo loxoom jàll géej gu xóot ga ngir jàpp loxou dooley Room, bu mu jàll xur wa ngir lëkkal loxo ak Espiritism, bu ko defee, ci ngir dooley boole bu ñetti wàll yii, sunu réew saxul dara ci bépp pexe yu ndeyjooram aada yu mu taxawoon ci diggante nguur gu Protestaŋ ak gu Réew mi, te mu waajal yoon ngir lawal fen yu Pàppaas ak naxariy njublaŋam, kon dunu xam ne jamono ji jot na ngir liggéeyu Seytaane yu yéemé yi, te mujj ga jege na.» Testimonies, volume 5, 451.</w:t>
      </w:r>
    </w:p>
    <w:p>
      <w:pPr>
        <w:pStyle w:val="ArticleBody"/>
        <w:jc w:val="left"/>
      </w:pPr>
      <w:r>
        <w:rPr>
          <w:rFonts w:ascii="Times New Roman" w:hAnsi="Times New Roman" w:eastAsia="Times New Roman" w:cs="Times New Roman"/>
        </w:rPr>
        <w:t>Yëngu yoon wi léegi jóge ci suuf te feeñal ay jëfam ci diggantey globalist yi di ñetti ndaw yi bu njaay mi ci États-Unis, dinañu ko dellusi ci xeeti àddina si ginnaaw bi yoonu Dimaas bi agsee. Sax tey, xeeti àddina si dañuy feeñal benn dof gu dul ci nit ci mbirum Trump.</w:t>
      </w:r>
    </w:p>
    <w:p>
      <w:pPr>
        <w:pStyle w:val="ArticleScripture"/>
        <w:jc w:val="left"/>
      </w:pPr>
      <w:r>
        <w:rPr>
          <w:rFonts w:ascii="Times New Roman" w:hAnsi="Times New Roman" w:eastAsia="Times New Roman" w:cs="Times New Roman"/>
        </w:rPr>
        <w:t>“Réew yu tudd dox ci royukaayu États-Unis. Doonte mooy jiitu ci mbir mi, waaye benn jafe-jafe boobu dina dikk ci sunu nit ñi ci bépp bérab ci adduina bi.” Testimonies, volume 6, 395.</w:t>
      </w:r>
    </w:p>
    <w:p>
      <w:pPr>
        <w:pStyle w:val="ArticleBody"/>
        <w:jc w:val="left"/>
      </w:pPr>
      <w:r>
        <w:rPr>
          <w:rFonts w:ascii="Times New Roman" w:hAnsi="Times New Roman" w:eastAsia="Times New Roman" w:cs="Times New Roman"/>
        </w:rPr>
        <w:t>Li Réewum Mbooloom Ameerig yu bokk ci Republican yi di wax ne ndof la ci wàllu Democrats yi ci seen weddi Trump bu amul xalaat te jaarul yoon, mooy dëgg-dëgg feeñu kàttanu Seytaane bu jóge ci kaw, te muy matal liñ wax ci Daniel saar 11, aaya 2. Trump, njiitu réew bu juróom-benn ba noppi bu ñëw gannaaw jamonoy mujj mi tàmbali woon ci 1989, war na woon “yëngal” (yeewu), mondialiste yu sosiaalist yi ci àddina bépp. Bañ-bëgg bi ñu ko am mooy lu jóge ci kaw, te muy misaal bu jiitu feeñug kàttanu Seytaane bi di ñëw ak doole gu gën a mag ci yoonu Dibeer bi di ñëw léegi.</w:t>
      </w:r>
    </w:p>
    <w:p>
      <w:pPr>
        <w:pStyle w:val="ArticleBody"/>
        <w:jc w:val="left"/>
      </w:pPr>
      <w:r>
        <w:rPr>
          <w:rFonts w:ascii="Times New Roman" w:hAnsi="Times New Roman" w:eastAsia="Times New Roman" w:cs="Times New Roman"/>
        </w:rPr>
        <w:t>Feeñug kàttan gi jógé ci suuf, ni ko ndigalug Sœur White waxe, am na fan yi muy dox ci biir booloo gu bon ga, gi Esayi artu ci ayuub juróom-ñett baaxaatu ñaar, te ci jamono jooju moom la màndargaalug nit ñi Yàlla di xocc di ame.</w:t>
      </w:r>
    </w:p>
    <w:p>
      <w:pPr>
        <w:pStyle w:val="ArticleScripture"/>
        <w:jc w:val="left"/>
      </w:pPr>
      <w:r>
        <w:rPr>
          <w:rFonts w:ascii="Times New Roman" w:hAnsi="Times New Roman" w:eastAsia="Times New Roman" w:cs="Times New Roman"/>
        </w:rPr>
        <w:t>Tëj na seede, tañxale yoonu Yàlla ci sama taalibey. Esayi 8:16.</w:t>
      </w:r>
    </w:p>
    <w:p>
      <w:pPr>
        <w:pStyle w:val="ArticleBody"/>
        <w:jc w:val="left"/>
      </w:pPr>
      <w:r>
        <w:rPr>
          <w:rFonts w:ascii="Times New Roman" w:hAnsi="Times New Roman" w:eastAsia="Times New Roman" w:cs="Times New Roman"/>
        </w:rPr>
        <w:t>Dina nu jëfandikoo ci xalaat bii dina ñu ko wéyal ci waxtaan bi ci topp.</w:t>
      </w:r>
    </w:p>
    <w:p>
      <w:pPr>
        <w:pStyle w:val="ArticleScripture"/>
        <w:jc w:val="left"/>
      </w:pPr>
      <w:r>
        <w:rPr>
          <w:rFonts w:ascii="Times New Roman" w:hAnsi="Times New Roman" w:eastAsia="Times New Roman" w:cs="Times New Roman"/>
        </w:rPr>
        <w:t>“Yëf yu tiit yu ragal te mëna mel ni nekk ci kaw nit dinañu feeñ léegi ci asamaan, ngir tektal dooley rab yu man a def kéemaan. Xelu seytaane yi dinañu dem ca buur yi ci suuf ak ci àddina bépp, ngir jàpp leen ci nax, te di leen xiir ngir bokk ak Seytaane ci xeexam mu mujj ngir wut a taxawal yoonu nguuru asamaan. Jaarale ko ci yooyu jumtukaay, kilifa yi ak ñiñu di nooteel ñoom it dinañu ñu nax ni benn. Nit ñi dinañu feeñ, di naaféq ne ñoom la Kirist ci boppam, te di bëgg tur ak màggal gi yelloo Muccakat àddina bi. Dinañu def kéemaan yu yéeme ngir wérale, te dinañu wax ne am nañu peeñu yu jóge asamaan yu weddi seede Mbind mi Sell mi.”</w:t>
      </w:r>
    </w:p>
    <w:p>
      <w:pPr>
        <w:pStyle w:val="ArticleScripture"/>
        <w:jc w:val="left"/>
      </w:pPr>
      <w:r>
        <w:rPr>
          <w:rFonts w:ascii="Times New Roman" w:hAnsi="Times New Roman" w:eastAsia="Times New Roman" w:cs="Times New Roman"/>
        </w:rPr>
        <w:t>“Niy jëf ju gëna màgg ci bii kër gu mag gu naxte, Seytaane boppam dina jëf ni Kirist la. Yàllaayu mbooloo mi yàgg na wax ne mu ngi xool ngir ñëwug Musalkat bi, ni mooy matal njortam yépp. Léegi nag, naxkat bu mag bi dina def ba mel ni Kirist agsi na. Ci ay wàll yu wuute yu suuf si, Seytaane dina feeñ ci biir nit ñi ni ab mbind mu tedd, mu sol leer gu xumb, te mel ni melokaanug Doomu Yàlla gi Yowaana wax ci Téereb Peeñ mi. Peeñ 1:13–15. Ndamm li koy wër a ko ëpp lu nekk lu bët yu nit masul a gis ba léegi. Xaacu ndam li di riir ci asamaan: ‘Kirist agsi na! Kirist agsi na!’ Nit ñi di sujjóot ci kanamam ngir màggal ko, fekk mu yékkati ay loxoom di leen waxal barke, ni Kirist barkeeloon ay taalibeem ba mu nekkee ci suuf. Baatam lewet na te nooy, waaye fees ak njam. Ci kàddu yu lewet, yu fees ak yërmande, mu di joxe lenn ci dëgg yu neex, yu asamaan, yi Musalkat bi waxoon; mu faj ay feebari nit ñi, te gannaaw loolu, ci jikkoom ju mu tudde ne mooy Kirist, mu sheeg ne soppi na bésu Noflaay bi ba mu nekk Dibéer, te mu santaane ñépp ñu teddal bés bi mu barkeel. Mu wax ne ñi sax ci teddal bésub juróom-ñaareel ba ci juróom-ñeenteel bi dañuy xeeb saw turam ndaxte bañ nañu déglu ay malaakaam yu mu yónnee ci ñoom ak leer ak dëgg. Lii mooy naxte bu am doole lool, buy bëgg a noot nit ki. Ni waa Samari, ña Simoŋ Magus naxoon, ni noonu mbooloo mi, dale ci gën a suufe ba ci gën a màgg, di déglu sihir yii, naan: Lii mooy ‘doole ju mag ju Yàlla.’ Jëf ya 8:10.”</w:t>
      </w:r>
    </w:p>
    <w:p>
      <w:pPr>
        <w:pStyle w:val="ArticleScripture"/>
        <w:jc w:val="left"/>
      </w:pPr>
      <w:r>
        <w:rPr>
          <w:rFonts w:ascii="Times New Roman" w:hAnsi="Times New Roman" w:eastAsia="Times New Roman" w:cs="Times New Roman"/>
        </w:rPr>
        <w:t>«Waaye nit ñi Yàlla moom, duñu réer. Jàngale yu Almasi bu fen bii jëfandikoo, ànduñu ak Mbind mi Sell. Barkeem dees koy wax ci kaw jaamu rab wi ak nataalam, moom sax mbooloo mi Biibël bi wax ne merum Yàlla gu ñuulul dara dina tuuru ci seen kaw.»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Téeméeri ak Ñaar-fukk ak Juróom-Ñett-ci-Juróom-Ñaari Bindu</dc:title>
  <dc:subject>Feeñal Mbind mi Yonent la Buuboo ak Mbooloom Bëccëgub Njaay mi: Xalaat yu jóge ci Esayi</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