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Juroom-ñaari téeméeri ak fanweer-benn</w:t>
      </w:r>
    </w:p>
    <w:p>
      <w:pPr>
        <w:pStyle w:val="ArticleSubtitle"/>
        <w:jc w:val="left"/>
      </w:pPr>
      <w:r>
        <w:rPr>
          <w:rFonts w:ascii="Arial" w:hAnsi="Arial" w:eastAsia="Arial" w:cs="Arial"/>
        </w:rPr>
        <w:t>Soppiku Yoon yi Ameerik: nekk gu juróomeel benneelu nguur ba ci benn booloo bu ñetti wàll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Bu Estados-Unis bi diisoonu bésub alxames bi ñëw ci kanam, dina bàyyi nekk juróom-bennel nguur gi ci waxi yonent yi ci Biibël, te dina soppeeku nekk benn ci ñetti xaaj yi ci booloo bu ñett-fànn bu Room bu Jamono jii. Njiitu réew mi dina diisoonu alxames bi mooy njiitu réew mu mujj, te dina nekk njiitu réew bu Répibliken. Loolu taxaw na ci kaw ñaari seede.</w:t>
      </w:r>
    </w:p>
    <w:p>
      <w:pPr>
        <w:pStyle w:val="ArticleBody"/>
        <w:jc w:val="left"/>
      </w:pPr>
      <w:r>
        <w:rPr>
          <w:rFonts w:ascii="Times New Roman" w:hAnsi="Times New Roman" w:eastAsia="Times New Roman" w:cs="Times New Roman"/>
        </w:rPr>
        <w:t>Abraham Lincoln, mi nekkoonoon jëkkër-jëkkëru Républicain bi, “waxoon na” yëgle buy goree ñi ci atum 1863, te loolu nekkoon na diggante waymark bi ci wax gi ci taarixu yonent bi bu mala mu suuf bi. Bi Lincoln “waxee” yëgle buy goree ñi, ci 1863, mooyoon jëkkër-jëkkëru Républicain bi; noonu mu mel ni muy misaal bu jëkkër-jëkkëru Républicain bu mujj bi. Abraham Lincoln dafa tegtal waymark bu mujj bi ci njëlbéen waxtu wu njëkk wu mala mu suuf bi, te itam waymark bu njëkk bi ci ñaareelu waxtu wu mala mu suuf bi. Yeesu mas naa leeral mujj gi jaarale ko ci njàlbéen gi. Bu mala mu suuf bi waxee ni ab dragon, ci mujj mujjug ñaari waxtu yooyu, njiitu réew mi dina doon jëkkër-jëkkëru Républicain, ni ko Lincoln tegtale.</w:t>
      </w:r>
    </w:p>
    <w:p>
      <w:pPr>
        <w:pStyle w:val="ArticleBody"/>
        <w:jc w:val="left"/>
      </w:pPr>
      <w:r>
        <w:rPr>
          <w:rFonts w:ascii="Times New Roman" w:hAnsi="Times New Roman" w:eastAsia="Times New Roman" w:cs="Times New Roman"/>
        </w:rPr>
        <w:t>Ñaareelu njàngale ñaareel bi ne prezidaaŋ bu mujj bi dina doon prezidaaŋ Républicain mooy jamono ji tambalee ci waxtu mujj wi ci 1989 ak Ronald Reagan. Jamono kàddu Yàlla ji from 1989 ba ñëw gu gaaw gi yoonu Dibeer bi, dees na ko wone ni mooy jamono waajal ngir Roomu paapal jël gàngunaay gi ci jaar-jaaru 508 ba 538. Jamono kàddu Yàlla jooju ngir waajal dooleel antikriis bi ci 538, Krista mooyoon misaal ba ci ñetti fukk at yi mu waajoo, maanaam, dale ko ci juddoom ba ci sóobam.</w:t>
      </w:r>
    </w:p>
    <w:p>
      <w:pPr>
        <w:pStyle w:val="ArticleBody"/>
        <w:jc w:val="left"/>
      </w:pPr>
      <w:r>
        <w:rPr>
          <w:rFonts w:ascii="Times New Roman" w:hAnsi="Times New Roman" w:eastAsia="Times New Roman" w:cs="Times New Roman"/>
        </w:rPr>
        <w:t>Antikiriis bi amoon nañu ko benn jamono wu mat ñetti-fukki at ngir waajal ko, te loolu dafay naxal waajuru Kirist wu mat ñetti-fukki at. Benn jamono wu mat ñetti-fukki at ngir waajuru Kirist, te itam ngir antikiriis, jox na ñaari seede ci benn jamono waajal ngir faj gaaw gi reyoon, ci yoonu ndigalal Dimaas bu di ñëw léegi. Jamono jooju waajur tambalee na ci jamono ji mujj ga ca atum 1989, ni jamono waajuru Kirist itam agsee woon ba mu juddoo, te loolu moo xàjjaloon jamono ji mujj ci jaar-jaaram waxandéem.</w:t>
      </w:r>
    </w:p>
    <w:p>
      <w:pPr>
        <w:pStyle w:val="ArticleBody"/>
        <w:jc w:val="left"/>
      </w:pPr>
      <w:r>
        <w:rPr>
          <w:rFonts w:ascii="Times New Roman" w:hAnsi="Times New Roman" w:eastAsia="Times New Roman" w:cs="Times New Roman"/>
        </w:rPr>
        <w:t>Bala ñëw ci mujjal njiitu réew bi, saraxal ñaareelu aaya bu Daniel fukki benn dafay jàngale ne dina am juróom-benni njiiti réew yu tollu ci njiitu réew bu bare alal bi, moom mi “yëngal” nguur gi ñeel globalist yi. Ki njëkk ci yooyu juróom-benn njiiti réew mooy Ronald Reagan, bu bokk ci Republican yi. Ronald Reagan ak Abraham Lincoln dañuy joxe ñaari seede yi. Waymark bu rébbelu atum 1863, ak sàrtu njiiti réew yi tambalee ci 1989, dañuy fësal melokaanu njiitu réew bu mujj bi ci États-Unis.</w:t>
      </w:r>
    </w:p>
    <w:p>
      <w:pPr>
        <w:pStyle w:val="ArticleBody"/>
        <w:jc w:val="left"/>
      </w:pPr>
      <w:r>
        <w:rPr>
          <w:rFonts w:ascii="Times New Roman" w:hAnsi="Times New Roman" w:eastAsia="Times New Roman" w:cs="Times New Roman"/>
        </w:rPr>
        <w:t>Ronald Reagan mooy misaalu ki jëkk ki, te moo tax mu mel ni ki mujj. Reagan dafa nekkoon njàngat yeneen xew-xewi media yi, te dafa nekkoon it demokaraat bu njëkk, waaye mu soppeeku ngir nekk repiblikeeŋ. Ku ñu xamoon la ci ni muy jëfandikoo làkku Àngale ak wax yu di xëcc. Ku ñu xamoon la it ci yëg-yëgu ree rekkam. Moom dafa waxoon ne protestaaŋ la, waaye dafa won ne xam-xamam ci li “protestaaŋ” di tekki nekkul woon dëgg, bi mu sàkkalee benn mbootaay ak anti-Kirist bi ci kàddu yonent yi ci Biibël.</w:t>
      </w:r>
    </w:p>
    <w:p>
      <w:pPr>
        <w:pStyle w:val="ArticleBody"/>
        <w:jc w:val="left"/>
      </w:pPr>
      <w:r>
        <w:rPr>
          <w:rFonts w:ascii="Times New Roman" w:hAnsi="Times New Roman" w:eastAsia="Times New Roman" w:cs="Times New Roman"/>
        </w:rPr>
        <w:t>Moo doon Amerik la woon, te ragalul woon ci wàllu politig. Ku ko jiitu woon mooy prezident bi gën a amul njariñ ci jamono jooju ci politig bu bees bi, te ku ko jiitu woon dafa sùjjóotal woon ci laaj yi Islaam bu yàggleel bi doon jëfandikoo. Xéy na li gën a am solo ci li mu waxoon, te li ñu koy santal ne dafa ko amale, mooy ba mu waxee ne: “Mister Gorbachev, yàqil miir bii.”</w:t>
      </w:r>
    </w:p>
    <w:p>
      <w:pPr>
        <w:pStyle w:val="ArticleBody"/>
        <w:jc w:val="left"/>
      </w:pPr>
      <w:r>
        <w:rPr>
          <w:rFonts w:ascii="Times New Roman" w:hAnsi="Times New Roman" w:eastAsia="Times New Roman" w:cs="Times New Roman"/>
        </w:rPr>
        <w:t>Donald Trump mooy misaal bu mujj bi, te moo tax ñu melal ko ci bu njëkk bi. Trump dafa nekkoon xaleetu media bu siiw, te nekkoon na Democrat bu dëkkandoo woon ba noppi soppeeku Republican. Xammee nañu ko ci ni muy jëfandikoo làkku Àngale ak yëngu-yëngu yu xumb. Xammee nañu ko itam ci am-na-xelam bu ñu bëgg ree. Moom dafa wax ne Protestant la, waaye won na ne xam-xamam ci li Protestant di tekki dëgg-dëgg matul; te dina def benn liggéeyandoo ak antichrist bi ci yëgleb Yàlla ci Biibël bi, bu jamono jii di waaj a ñëw, ci yoonu Dibéer bi.</w:t>
      </w:r>
    </w:p>
    <w:p>
      <w:pPr>
        <w:pStyle w:val="ArticleBody"/>
        <w:jc w:val="left"/>
      </w:pPr>
      <w:r>
        <w:rPr>
          <w:rFonts w:ascii="Times New Roman" w:hAnsi="Times New Roman" w:eastAsia="Times New Roman" w:cs="Times New Roman"/>
        </w:rPr>
        <w:t>Moom dëggëk Ameerig la, te ragalul kenn ci wàllu politig. Ki gën a ñàkk jëf ci ay njiitu réew yu jamono politig bu bees boobu moo ko jiitu woon, te buñu ko delloo tànn ci 2024, dinaatam ne njiitu réew bu bees bi gën a ñàkk jëf ci jamono politig bu bees moo ko jiitu. Ci ñaari yoon yii, ñi ko jiitu dañu leen xam ni dañuy sujjóot ci laaj yi Islaam bu metti di sàkku. Lu wóor wóor mooy li gën a am solo ci li mu mas a wax, te li ñuy ko jox ndam ci ne mu ko matal, mooy: “Tabax miir gi.”</w:t>
      </w:r>
    </w:p>
    <w:p>
      <w:pPr>
        <w:pStyle w:val="ArticleBody"/>
        <w:jc w:val="left"/>
      </w:pPr>
      <w:r>
        <w:rPr>
          <w:rFonts w:ascii="Times New Roman" w:hAnsi="Times New Roman" w:eastAsia="Times New Roman" w:cs="Times New Roman"/>
        </w:rPr>
        <w:t>Loolu amul solo buy wax ne Jimmy Carter, Barack Hussein Obama ak Joe Biden nekkuñu ay njiit yu am solo lool ci seen nguur; waaye seen jëfandikoo gu am doole dafa sukkandiku ci seen liggéey ngir yàq njariñ yiñu samp ci Constitution of the United States, moomu kayit gi kenn ku nekk ci ñoom waat na ko ne dina ko yëkkati te sàmm ko, yokk ci loolu dëgg gi ne Carter may na Islam tëj nit ñi ci kaso ba keroog tànnug Reagan, te Obama def na ab yoonuwaay gu ñuy wax apology tour ci àddina Islaam, jox na itam banku ji gën a mag ci radical Islam lu néew-néew milyaaru dolaar buy xaalis kes, te limu Biden ci ndimbalum Islam daa gën a yàgg ba maneesu koo lim.</w:t>
      </w:r>
    </w:p>
    <w:p>
      <w:pPr>
        <w:pStyle w:val="ArticleBody"/>
        <w:jc w:val="left"/>
      </w:pPr>
      <w:r>
        <w:rPr>
          <w:rFonts w:ascii="Times New Roman" w:hAnsi="Times New Roman" w:eastAsia="Times New Roman" w:cs="Times New Roman"/>
        </w:rPr>
        <w:t>Ronald Reagan mat na liggéeyu yàqubi miir mu màndargaam mi ñuy wax “Iron Curtain”, te ci 11 Novembre 1989, miir Berlin daanu ngir mel ni ab tektal bu dëgg ci yoonu taarix ngir màndargaale noot gi ci wàllu ruu. Trump dina yàqu miir mu màndargaam mi di tasaaro diggante Kërceen ak Nguur, te ñetteel “Woe” bi dina joxe ab tektal bu dëgg ci xew-xewu loolu. Xew-xew boobu dina jeexal jamono ji ñuy tàmpe nit ñi ñuy wax ñeent fukki junni ak ñeent fukki ñaar, te jamono jooju dafa tàmbalee ak ñëwug Lislaam bu ñetteel “Woe” bi, mi joxe woon ab tektal bu dëgg ngir xamle ne liggéeyu ruu bu jamonoy tàmpe bi tàmbalee na. 7 Oktobar 2023 moo joxe digg bi ci ñetti màndargaayi taarix yu dëgg yi ci jamonoy tàmpe bi ñu jagleel ñeent fukki junni ak ñeent fukki ñaar.</w:t>
      </w:r>
    </w:p>
    <w:p>
      <w:pPr>
        <w:pStyle w:val="ArticleBody"/>
        <w:jc w:val="left"/>
      </w:pPr>
      <w:r>
        <w:rPr>
          <w:rFonts w:ascii="Times New Roman" w:hAnsi="Times New Roman" w:eastAsia="Times New Roman" w:cs="Times New Roman"/>
        </w:rPr>
        <w:t>Ci biir jaa ju téye ga, juróomeelu president bi ba ca Ronald Reagan, dafa amoon ni ñu ko rey ci wàllu politig ngir misaal, ci loxo rabu gi jóge ci xóot bu amul pënd. Rab wu jóge ci xóot bu amul pënd ca njàlbéenu jamono ji ñuy téye ga, mooy Islama, muy tegu ci Mohammed, te misaalu yonent bu dëggul. Rab wu jóge ci xóot bu amul pënd ca mujju jamono ji ñuy téye ga, mooy rab wu géej gu Katoligis, kooku laagaam gu rey ba tax muy dee, booba ñu fajaat ko. Rab wu jóge ci xóot bu amul pënd bi yéeg ci diggante jamono ji ñuy téye ga, mooy rab wu weddi Yàlla, mooy njiit. Rab wu njiit wu jóge ci xóot bu amul pënd, ci diggante jamono ji ñuy téye ga, mooy rey ñaari seede yi ci Kàddu-yàlla gi tudd Révélation saar fukki ak benn.</w:t>
      </w:r>
    </w:p>
    <w:p>
      <w:pPr>
        <w:pStyle w:val="ArticleBody"/>
        <w:jc w:val="left"/>
      </w:pPr>
      <w:r>
        <w:rPr>
          <w:rFonts w:ascii="Times New Roman" w:hAnsi="Times New Roman" w:eastAsia="Times New Roman" w:cs="Times New Roman"/>
        </w:rPr>
        <w:t>Bokk dragon gu Demokaraat yi te far jaam ci xare bi Amerika diggante boppam, moo reyoon ci dëgg buur-reew bu njëkk bu Républicain. Xare boobu jeex na ci yoon ci 9 Awril 1865, te Lincoln dee na ayubis bu topp ci 15, doonte dañu ko raññee woon bés ba jiitu. Xare bi jeex na ci Sabat bésub juróom-ñaareel, te Lincoln dee na itam ci Sabat bésub juróom-ñaareel.</w:t>
      </w:r>
    </w:p>
    <w:p>
      <w:pPr>
        <w:pStyle w:val="ArticleBody"/>
        <w:jc w:val="left"/>
      </w:pPr>
      <w:r>
        <w:rPr>
          <w:rFonts w:ascii="Times New Roman" w:hAnsi="Times New Roman" w:eastAsia="Times New Roman" w:cs="Times New Roman"/>
        </w:rPr>
        <w:t>Globalist yi ñu yëngu woon (ñu taxawal leen) ngir doxal ndimbal ci bëj-gànnaar te am doole, seen jëf moo doon rey politig buy faral di am ci 3 Sulet 2020. Rab wu jóge ci xott bu amul sàkk mii dafa mel ni rabu njaay mi, mi ci misaal reyseen président républicain bu mujj, ni ko deewu dëggu-dëggu président républicain bu njëkk bi misaalale. Kàddu Yàlla wax na ne gannaaw bi àddina bi béggee ci deewu am, mooy tax mu taxawaat ci ay tànkam. Léegi nu ngi ci 2024, te leer na ne Trump dellusi na ci dund, ci lu weesu mboolem xarey yoon, fen, propagand ak xaalis yi ñuy sànni ci kawam.</w:t>
      </w:r>
    </w:p>
    <w:p>
      <w:pPr>
        <w:pStyle w:val="ArticleBody"/>
        <w:jc w:val="left"/>
      </w:pPr>
      <w:r>
        <w:rPr>
          <w:rFonts w:ascii="Times New Roman" w:hAnsi="Times New Roman" w:eastAsia="Times New Roman" w:cs="Times New Roman"/>
        </w:rPr>
        <w:t>Ci xuloo yiy feeñ ci États-Unis, te noonu di misaal xuloo boobu ci àddina si, dooley Seytaane ju jóge suuf dina fenk di yéeg ci jamono ji dooley Yàlla, ni ko tawif gu mujj gi di tektale, di wàccé jóge asamaan.</w:t>
      </w:r>
    </w:p>
    <w:p>
      <w:pPr>
        <w:pStyle w:val="ArticleBody"/>
        <w:jc w:val="left"/>
      </w:pPr>
      <w:r>
        <w:rPr>
          <w:rFonts w:ascii="Times New Roman" w:hAnsi="Times New Roman" w:eastAsia="Times New Roman" w:cs="Times New Roman"/>
        </w:rPr>
        <w:t>Ci biir fanweeru 11 Sàttumbar 2001 ba ci yoonu Dimaas buy ñëw léegi ci États-Unis, Islamu ñetteelu Musibah ma génn na ca xottu ku amul suuf ga ni saxar, di tegtal saxaru kër yi daan di lakk ca njàlbéenu jëfandikoo wu mbind moomu. Ci atum 2016, woke-isme communiste bu globalistes yi jógé, yéeg na ngir rey ñaari seede yi. Noonu itam ci yoonu Dimaas buy ñëw léegi, papaat bi, miy ñetteelu juróom-ñaaru rab wa te bokk ci juróom-ñaar yi, dina yéeg ca gangune suuf si, bi jaram ja mu amoon buy reyee dellu wér.</w:t>
      </w:r>
    </w:p>
    <w:p>
      <w:pPr>
        <w:pStyle w:val="ArticleBody"/>
        <w:jc w:val="left"/>
      </w:pPr>
      <w:r>
        <w:rPr>
          <w:rFonts w:ascii="Times New Roman" w:hAnsi="Times New Roman" w:eastAsia="Times New Roman" w:cs="Times New Roman"/>
        </w:rPr>
        <w:t>Rab yi tegu doole ji joge suuf, ci jamono ji taw bu mujj bi di wàcc ni doole gu jóge asamaan, dañuy tegu ab “Dëgg” gu wax ci yoon wi ñëw. Ki jëkk a yéeg ni saxaar mooy Lislaam bu ñetteelu Musiba bi, ci jamono ji baat bu jëkk bi ci Yëg-yëg 18 di waxtu, te muy yéeg bi taw bu mujj bi di tàmbalee “nat”-e. Rab bu mujj a yéeg mooy paapas bi, ci jamono ji baat bu ñaareel bi ci Yëg-yëg 18 di waxtu, te muy yéeg bi taw bu mujj bi di tuuruglu ludul nattal.</w:t>
      </w:r>
    </w:p>
    <w:p>
      <w:pPr>
        <w:pStyle w:val="ArticleBody"/>
        <w:jc w:val="left"/>
      </w:pPr>
      <w:r>
        <w:rPr>
          <w:rFonts w:ascii="Times New Roman" w:hAnsi="Times New Roman" w:eastAsia="Times New Roman" w:cs="Times New Roman"/>
        </w:rPr>
        <w:t>Ki jëkk gi dafa mel ni mujj gi, te rab wu yéeg ci digg bi mooy rab wu globalism bu atheiste bi, bi rey ñaari seede ci atum 2020. Benn seede mooy saxal bu Protestaŋ bi, te beneen bi mooy saxal bu Republicaŋ bi. Ñàkk dégg-dëgg ak anarkii yi ëpp ci rab wu atheism bi, arafu fukk ak ñett ci alifbaa ebraaygiy mi moo koy tegtal; te rab woowu jóge ci teen bu amul pënd boobu ñëw na ci diggante rab bi jëkk ak rab bi mujj yi jóge ci teen bu amul pënd, loolu moo sos tekkiinu baat bu ebraaygiy bi “dégg”, doonte sax ndax mooy dëgg gu jox xamle kàttan gu seytaane gi jóge suuf ci jamono ji kàttan gu asamaan di ñëwée kaw.</w:t>
      </w:r>
    </w:p>
    <w:p>
      <w:pPr>
        <w:pStyle w:val="ArticleBody"/>
        <w:jc w:val="left"/>
      </w:pPr>
      <w:r>
        <w:rPr>
          <w:rFonts w:ascii="Times New Roman" w:hAnsi="Times New Roman" w:eastAsia="Times New Roman" w:cs="Times New Roman"/>
        </w:rPr>
        <w:t>Ñetti fanweeri ak genn bés gannaaw bi ñu rey ñaari seede ya, ab “baat bu digg” tàmbalee yéemu. Moo doon “baatu kenn buy yuuxu ca màndiŋ ma”. Baat boobu mooy “jeexital” baatu yonnent bi di waajal yoon wi ngir Yonnentu Kóllëre gi, te mooy tambali baatu Ilyaas, di woo góor ak jigéen ñi ci tundu Karmel.</w:t>
      </w:r>
    </w:p>
    <w:p>
      <w:pPr>
        <w:pStyle w:val="ArticleScripture"/>
        <w:jc w:val="left"/>
      </w:pPr>
      <w:r>
        <w:rPr>
          <w:rFonts w:ascii="Times New Roman" w:hAnsi="Times New Roman" w:eastAsia="Times New Roman" w:cs="Times New Roman"/>
        </w:rPr>
        <w:t>“Bokk yi ak jigéen yi, ndaxte bëgg naa wax lu leen di yégle ngir yeeleen ci solo jamono jii, ak maana lu xew yi ñu ngi am léegi di yóbbu. Damaa leen di jëme ci yëngu-yëngu yu tar yi ñuy def léegi ngir téye goreelug diine. Saraxas xasu Yàlla bi ñu sellal dafa ñu ko daaneel, te ci bérabam ab sabbat bu dëggul, bu amul benn sellal, taxaw na ci kanamu àddina. Te bi kàttanu lëndëm yi di jógloo doxalini yi nekk suuf, Boroom bi Yàlla asamaan bi mooy yónnee kàttan gu jóge kaw ngir daje ak jafe-jafe ji, ci yëngal ay ndawam yu dund ngir kaweel yoonu asamaan. Léegi, waaw léegi sax, mooy sunu waxtu ngir liggéey ci réew yu nekk bitim-réew. Bu Amerig, suufu goreelug diine, booloo ak papas bi ngir gaawal xel ak dugal nit ñi ci wormaal sabbat bu dëggul bi, nit ñi ci bépp réew ci kaw suuf dinañu ñu jiite ngir topp ay royukaayam. Sunu nit ñi bëññuñu xaar ba baax ngir def lépp lu nekk ci seen kàttan, ak jumtukaay yi nekk ci seen jot, ngir yaatal bataaxalug artu bi.”</w:t>
      </w:r>
    </w:p>
    <w:p>
      <w:pPr>
        <w:pStyle w:val="ArticleScripture"/>
        <w:jc w:val="left"/>
      </w:pPr>
      <w:r>
        <w:rPr>
          <w:rFonts w:ascii="Times New Roman" w:hAnsi="Times New Roman" w:eastAsia="Times New Roman" w:cs="Times New Roman"/>
        </w:rPr>
        <w:t>“Boroom Yàlla bu asamaan du yónnee ci àddina ay àtteem ngir déggadi ak moytu ndigal, ba paree ko jëkk ci yónnee ay wottukatam ngir joxe artu. Du tëj waxtu mayug yeesal ba kàddu bi ñuy xamle gën a leer. Sàrtu Yàlla war na ñu ka màggal; lu mu laaj war na ñu ko teewal ci dëggam ak sellam, ngir nit ña man a jot ci dogal ngir dëgg walla ci suuf. Waaye liggéey bi dina ñu ko gaawloo ci njub. Kàddu njubtey Kirist war na yéegee jibe ci beneen taxawaayu suuf ba ca beneen, ngir waajal yoonu Boroom bi. Loolu mooy ndamu Yàlla, mi tëj liggéeyu malaaka bu ñetteel bi.” Testimonies, volume 6, 18, 19.</w:t>
      </w:r>
    </w:p>
    <w:p>
      <w:pPr>
        <w:pStyle w:val="ArticleBody"/>
        <w:jc w:val="left"/>
      </w:pPr>
      <w:r>
        <w:rPr>
          <w:rFonts w:ascii="Times New Roman" w:hAnsi="Times New Roman" w:eastAsia="Times New Roman" w:cs="Times New Roman"/>
        </w:rPr>
        <w:t>Bataaxal bi tàmbalee ci njeexitu suwe 2023 mi, léegi mu ngi “yégle bu wér,” “móol mi,” di won “solo jamono jii, tekki gaaw yi léegi di xew.” Mu ngi won bu wér “kàttan yi ci lëndëm gi” yu “ngi yënguël ay mbir yu jóge suuf si,” te “Boroom bi, Yàlla asamaan si” moo tàmbalee “yónnee doole jóge kawe” ci 11 septembre 2001. Mu ngi “jàngale” “bataaxalu jubug Kirist” “dale ci benn pexeem suuf ba ca beneen bi.” Léegi moo gëna yomb “yeewu” “ci solo jamono jii,” ndaxte léegi Yàlla dina tàmbali “yónnee àddina ay àtteem ngir ñàkk dégg ak tooñ.”</w:t>
      </w:r>
    </w:p>
    <w:p>
      <w:pPr>
        <w:pStyle w:val="ArticleBody"/>
        <w:jc w:val="left"/>
      </w:pPr>
      <w:r>
        <w:rPr>
          <w:rFonts w:ascii="Times New Roman" w:hAnsi="Times New Roman" w:eastAsia="Times New Roman" w:cs="Times New Roman"/>
        </w:rPr>
        <w:t>Rëddub waxu kàddug yóbbuw njàngum wax jii, bi 1989 di jamono ji mujj gi ci aaya ñent-fukk, dafa fésal taariixu biti bi, bu rëddub biir bi ci njàngum wax jii di tegtal ak 1798 ne mooy jamono ji mujj gi ci aaya ñent-fukk ci Daniel benn-fukk ak benn. Taariixu wax jii buy tàmbalee ci 1989 ci aaya bi, moo xamle jëfandikoo bu ñetti jéego yu weral gaawub dee ba nguurug Room bu paap bi. Dale ci 1989 ba ker gaaw ga wér ba noppi ci yoonu Dibeer bu dikk lu gën a gaaw, loolu mooy tegtal ab jamono bu wax yu Yàlla wuute. Aaya ñaar ci Daniel benn-fukk ak benn, day yokk beneen rëddub seede, ci xamle wàllu wax yu Yàlla wu President yi États-Unis, muy tàmbalee ak Ronald Reagan ci 1989. Jamonoy wax yu Yàlla wi jëmale ba ci yoonu Dibéer bi, am na beneen seede ci fanweer-fukk yi ak ñatt-fukk yi yu waajal, yi matale woon diggante 508 ak 538, ba paap bi jëlé gàngune gi bu jëkk te jaarale woon ab yoonu Dibéer ci at moomu sax.</w:t>
      </w:r>
    </w:p>
    <w:p>
      <w:pPr>
        <w:pStyle w:val="ArticleBody"/>
        <w:jc w:val="left"/>
      </w:pPr>
      <w:r>
        <w:rPr>
          <w:rFonts w:ascii="Times New Roman" w:hAnsi="Times New Roman" w:eastAsia="Times New Roman" w:cs="Times New Roman"/>
        </w:rPr>
        <w:t>Kirist mooy nañ ko sóob, te mu tàmbalee ay liggéeyam yu ñetti at ak genn-wàll bi ba mu tolloo atum fanweeri. Bóot bu páppaas bi ab fen bu Seytaane la ngir roy Kirist, te ñetti-fukk at yi nekk diggante 508 ak 538, dañuy roy ñetti-fukk at yu njëkk yi Kirist jaaroon ba ci sóobam. Ay liggéeyam yu ñetti at ak genn-wàll dañu leen roy ci ñetti at yu wax ne ay yoon ci kàddug yonent yi, yi bóot bu páppaas bi joxee àddina bi ay liggéeyam yu dee, ngir roy liggéeyu dundug Kirist.</w:t>
      </w:r>
    </w:p>
    <w:p>
      <w:pPr>
        <w:pStyle w:val="ArticleBody"/>
        <w:jc w:val="left"/>
      </w:pPr>
      <w:r>
        <w:rPr>
          <w:rFonts w:ascii="Times New Roman" w:hAnsi="Times New Roman" w:eastAsia="Times New Roman" w:cs="Times New Roman"/>
        </w:rPr>
        <w:t>Ci mujjam yéppam, Mu dee, noppalu ci bàmmeel bi ca bés bu juróom-ñaareel ba, te gannaaw loolu, dekkat na. Ci atum 1798, ci mujjam yéppam seytaane bu paapalite bi, ci ñetti at ak genn-wàll ci yeneen at yu wax ci kàddug yëgle, paapalite bi jot na ci gaaw gi muy rey; gannaaw loolu, fàttees na ko diirub juróom-ñaari fukki at yu nekk misaal, ba kera mu dekkat nekk ñetteelu bi, te muy ki bokk ci juróom-ñaari. Kirist dekkat na ca njëlbéenu ayu-bés ba, waaye ci toftale bi, bés bu njëkk bi mooy “ñetteelu” bés bi, te mooy itam bi “bokk ci juróom-ñaari” bés yi Kirist bind. Juróom-ñaari, ci ni ñuy ko jàppey lim, dafay tekki “dekkat”; te paapalite bi dekkat na, ndaxte moom rekk moo di benn nguur ci diggante nguuri yeneen ci waxi kàddug yëgle ci Biibël bi, bu ñu xamale ne jot na ci gaaw gu muy rey.</w:t>
      </w:r>
    </w:p>
    <w:p>
      <w:pPr>
        <w:pStyle w:val="ArticleBody"/>
        <w:jc w:val="left"/>
      </w:pPr>
      <w:r>
        <w:rPr>
          <w:rFonts w:ascii="Times New Roman" w:hAnsi="Times New Roman" w:eastAsia="Times New Roman" w:cs="Times New Roman"/>
        </w:rPr>
        <w:t>Pool moom ne biir ni ba Yàlla jële Israyil gu mag ga jaarale leen ci Géej gu xonq gi, sóobu gi dafa ame woon fa ci misaal.</w:t>
      </w:r>
    </w:p>
    <w:p>
      <w:pPr>
        <w:pStyle w:val="ArticleScripture"/>
        <w:jc w:val="left"/>
      </w:pPr>
      <w:r>
        <w:rPr>
          <w:rFonts w:ascii="Times New Roman" w:hAnsi="Times New Roman" w:eastAsia="Times New Roman" w:cs="Times New Roman"/>
        </w:rPr>
        <w:t>Kon, bokk yi, bëgguma ngeen nekk ci ñàkk xam ne sunuy maam yépp nekkoon nañu ci suufal gi, te ñoom ñépp jàll nañu géej gi; te ñoom ñépp sóobu nañu ci Musaa ci biir suufal gi ak ci biir géej gi. 1 Corinthians 10:1, 2.</w:t>
      </w:r>
    </w:p>
    <w:p>
      <w:pPr>
        <w:pStyle w:val="ArticleBody"/>
        <w:jc w:val="left"/>
      </w:pPr>
      <w:r>
        <w:rPr>
          <w:rFonts w:ascii="Times New Roman" w:hAnsi="Times New Roman" w:eastAsia="Times New Roman" w:cs="Times New Roman"/>
        </w:rPr>
        <w:t>Sàrtu sóobu njàppando gi ngir Israayil gu xel moo wuutu sóobu xaraf gu Israayil gu dëgg; te xaraf waroon na am ci bés bu juróom-ñett. Kon Kirist dekkaloo na ci bés bu juróom-ñett, mi bokk ci juróom-ñaari bés yi; te bu paapas bi dekkalooee ni bu juróom-ñett bi bokk ci juróom-ñaari yi, mooy meloob Seytaane bu mengook sàrtu Kirist. Fanweeri at yi ngir waajal paapas bi ba ñu ko teg ci gàngune, ñooñu dañoo doon misaalug fanweeri at yi ci dundug Kirist ngir waajal njàppandoom, liggéeyam ak deeŋam. Ñoom ñaar ñépp dañuy won ab jamono ju jëm ci deeñu nguur gu juróom-benni gi ci waxi yonent yi ci Biibël bi. Ñaari sàrt yooyu dañuy tegtal waxtu mujjug rab wu suuf si. Ci sàrtu Kirist, juddoom moo màndargaal “waxtu mujj” ngir taarix boobu.</w:t>
      </w:r>
    </w:p>
    <w:p>
      <w:pPr>
        <w:pStyle w:val="ArticleBody"/>
        <w:jc w:val="left"/>
      </w:pPr>
      <w:r>
        <w:rPr>
          <w:rFonts w:ascii="Times New Roman" w:hAnsi="Times New Roman" w:eastAsia="Times New Roman" w:cs="Times New Roman"/>
        </w:rPr>
        <w:t>Noonu, amna ñeent yoon. Jamono mujj gi ci aaya ñaar-fukk ak ñent ci atum 1989 ba ci yoonu dundub dibaay bi ci aaya ñaar-fukk ak benn. Te it, woneb aaya ñaar ci mburu-nguuru yi, ak fanweeri at yi ñu waajaloonal Kirist ak anti-Kirist. Fanweeri at yi Kirist daan waajoo, tàmbalee na ci “jamono mujj gi” ci rëddoom, te loolu dañoo ko màndargaal ak juddoom. Jamono mujj gi ci 1798, melokaan la woon ci mujjug njaamug juróom-ñaar-fukk at yi Israayil gu dëgg doon jaar ci Bàbbiloon bu dëgg. Moo tax aaya ñaar ci Danyeel fukki benn tàmbalee ak Dariyus, ndaxte Dariyus moo tàmbalee nguuru bi ca bëj-génnug Bàbbiloon. 1989 mooy jamono mujj gi ci aaya ñaar-fukk, te aaya ñaar ci Danyeel fukki benn itam mooy jamono mujj gi, te fanweeri at yi Kirist daan waajoo tàmbalee na ca “jamono mujj gi”. Ñetti yoon yii, ñett ci ñoom am nañu “jamono mujj gi” bu leer ne mooy màndarga-tàmbali bi.</w:t>
      </w:r>
    </w:p>
    <w:p>
      <w:pPr>
        <w:pStyle w:val="ArticleBody"/>
        <w:jc w:val="left"/>
      </w:pPr>
      <w:r>
        <w:rPr>
          <w:rFonts w:ascii="Times New Roman" w:hAnsi="Times New Roman" w:eastAsia="Times New Roman" w:cs="Times New Roman"/>
        </w:rPr>
        <w:t>Ñaari rëdd yu ñaari téeméer ak ñaar-fukk at ci yëngu-yëngu malaaka bu jëkk bi ak ci yëngu-yëngu malaaka bu ñetteel bi, dañuy won ne ñaari téeméer ak ñaar-fukk mooy màndargay buum bi diggante nit ak Yàlla. Ndoorteel buum bu màndarga bi, di ñaari téeméer ak ñaar-fukk at, bi tambalee woon ci 1776, yóbbu na ci 1996.</w:t>
      </w:r>
    </w:p>
    <w:p>
      <w:pPr>
        <w:pStyle w:val="ArticleBody"/>
        <w:jc w:val="left"/>
      </w:pPr>
      <w:r>
        <w:rPr>
          <w:rFonts w:ascii="Times New Roman" w:hAnsi="Times New Roman" w:eastAsia="Times New Roman" w:cs="Times New Roman"/>
        </w:rPr>
        <w:t>Waxtu wooyu feeñoon na ci taarixu Millerite bi ci ñaari téeméeri ak ñaar-fukk ak ñaari at yi, diggante 1611 ak 1831. Jàmmeg waxtu wi jëm ci Bésub Yéglee Bopp-sa-bopp bi ci 1776 ba ci 1798, ba mala suuf si jël gàngune ji ni juróomeelu nguurug waxi yonent yi ci Biibël bi, moo di tegtal ñaari waymark yu njëkk ci ñetti waymark yi nekk ci biir ñaari téeméeri ak ñaar-fukk ak ñaari at yooyu, yi jeexee ci 1996.</w:t>
      </w:r>
    </w:p>
    <w:p>
      <w:pPr>
        <w:pStyle w:val="ArticleBody"/>
        <w:jc w:val="left"/>
      </w:pPr>
      <w:r>
        <w:rPr>
          <w:rFonts w:ascii="Times New Roman" w:hAnsi="Times New Roman" w:eastAsia="Times New Roman" w:cs="Times New Roman"/>
        </w:rPr>
        <w:t>1776 ba 1798 dafay tegu ci ab jamono buy jiitu kërgëggu buur gu juróom-benni nguur gi ci waxi yonent yi nekk ci Biibël bi, te moo tax mu dëppook ak fanweer yu ñett-fukk yi Kirist ak antikrist bi jëflantewoon. Jamono ji jiitu kërgëggu rab wu suuf si diir na jamono ji jiitu kërgëggu booloo bu ñetti cër yi, moom mi di juróom-ñaareel rab wa, mi bokk ci juróom-ñaari yi. Juróom-ñaareel rab wa, mi bokk ci juróom-ñaari yi, mooy ñaareelu feeñug baap bi ak mujjam ci nguurug àddina si. Ci njëkk a feeñug baap bi ci nguurug àddina si, amoon na ab jamono bu fanweer yu ñett-fukk ngir waajal.</w:t>
      </w:r>
    </w:p>
    <w:p>
      <w:pPr>
        <w:pStyle w:val="ArticleBody"/>
        <w:jc w:val="left"/>
      </w:pPr>
      <w:r>
        <w:rPr>
          <w:rFonts w:ascii="Times New Roman" w:hAnsi="Times New Roman" w:eastAsia="Times New Roman" w:cs="Times New Roman"/>
        </w:rPr>
        <w:t>Rëdd ci kaw rëdd, jaar-jaaru 1989 ba ci yoonu Dibeer; jaar-jaaru fanweeri at yu jur 538; jaar-jaaru fanweeri at yu jur ngëwlu Kirist; jaar-jaaru aaya ñaareelu ci Daniel fukk ak benn, tambali ci Ronald Reagan ba ci yoonu Dibeer; ak jaar-jaaru 1776 ba 1798, ñoom ñépp dañuy tegtal benn jaar-jaar bi ci mujjug jamono. Lu am solo lool mooy nu leer ci mbir mii, ndaxte jaar-jaar bi tambalee ci 1776, ba 1798, mooy rëdd wi di dajale bépp rëdd ngir leer gi mat.</w:t>
      </w:r>
    </w:p>
    <w:p>
      <w:pPr>
        <w:pStyle w:val="ArticleBody"/>
        <w:jc w:val="left"/>
      </w:pPr>
      <w:r>
        <w:rPr>
          <w:rFonts w:ascii="Times New Roman" w:hAnsi="Times New Roman" w:eastAsia="Times New Roman" w:cs="Times New Roman"/>
        </w:rPr>
        <w:t>Ci rëdd ci jaaro yu waxkat yeneen yu jaarale gi, te mooy jaaro ju mujj ji ci mbej mu suufe mi nekk ci Revelation 13, am na benn rëdd bu biir buy wax ak nit ñi Yàlla, ni ñu leen firndeelée ci wéru Protestantism bu dëgg, te am na it benn rëdd bu bitim-réew ni ko wéru Republicanism di firndeel. Ci ñaari wéer yooyu, am na benn xare ak werante ñaari wàll yu waxkat yeneen di jëm ci. Nun da nuy xamale jumtukaay yi ci waxkat yeneen te ñuy firndeel dragon bi, mbej mi, waxkat dëggadi bi ak Islam, yi feeñ ci jaaro bu 1989 ba ci yoonu Dibeer.</w:t>
      </w:r>
    </w:p>
    <w:p>
      <w:pPr>
        <w:pStyle w:val="ArticleBody"/>
        <w:jc w:val="left"/>
      </w:pPr>
      <w:r>
        <w:rPr>
          <w:rFonts w:ascii="Times New Roman" w:hAnsi="Times New Roman" w:eastAsia="Times New Roman" w:cs="Times New Roman"/>
        </w:rPr>
        <w:t>Melo yëngu jamono yii mooy ne mooy baayug fen, mooy reykat bi, te mooy kilifay pexe yu nëbbu yi ci suuf, ni mu nekkoon ci asamaan. Diineem mooy spiritisma. Mooy jàmbaarub li ñuy wax tey “lawfare,” mooy ab avoka bu sellul, jiiñkatu sunuy bokk yi, ni mu nekkoon ci àtteb asamaan ba mu werante woon ci mbëggeel ak ngëmug Ayuub, ak ba mu werante woon ci yaramu Musaa, te itam ni mu gën a werante woon ci liggéeyu Kirist ci dindi yére yu tilim yi ci Yosuwe, ci Sàkkaraya saar ñetteel bi. Moom la mooy buuru nguuru yi, te moom la itam mooy kaayoo yékkati boppam ni Yàlla.</w:t>
      </w:r>
    </w:p>
    <w:p>
      <w:pPr>
        <w:pStyle w:val="ArticleBody"/>
        <w:jc w:val="left"/>
      </w:pPr>
      <w:r>
        <w:rPr>
          <w:rFonts w:ascii="Times New Roman" w:hAnsi="Times New Roman" w:eastAsia="Times New Roman" w:cs="Times New Roman"/>
        </w:rPr>
        <w:t>Diine rab wu malaaka mi mooy Katolisism, te moom mooy jigéen ji di nax àddina bi ak aada ak cosaan yu mu gindi ay toppkatam ñu gëm ne war nañu leen topp lu ëpp Kàddu Yàlla. Mu di nax àddina bi jaarale ko ci ay njibarëm, yu nekk ci Peeñu gi, saar 18, aaya 23, te kàddu gereg ga mooy pharmakeia, maanaam “garab yu ñuy naan”. Moom mooy ki di def njaaloo ak buur yi ci suuf si. Moom mooy lu ñu dëfaar ngir roy ki dee woon, waaye dundaat. Moom mooy ki ñu fàtte ba noppi fàttaliku ko, te moom mooy juróom-ñetteel bi bokk ci juróom-ñaar yi. Moom mooy rab wu Etazini defar nataalam, te di def itam nataal ngir moom.</w:t>
      </w:r>
    </w:p>
    <w:p>
      <w:pPr>
        <w:pStyle w:val="ArticleBody"/>
        <w:jc w:val="left"/>
      </w:pPr>
      <w:r>
        <w:rPr>
          <w:rFonts w:ascii="Times New Roman" w:hAnsi="Times New Roman" w:eastAsia="Times New Roman" w:cs="Times New Roman"/>
        </w:rPr>
        <w:t>Yonent bu dëggadi mooy Protestantism bu dëddu yoonu ndigalu Yàlla, buy jéem a doon lu Kàddug Yàlla weddi; te ndax weddi na Kàddug Yàlla, amul kàttan gi Kàddug Yàlla di joxe. Bu amul kàttanu Kàddug Yàlla, ab mbooloom gëm-gëm walla nit ñi di bëgg a wax ak tiitaru ne ñoom mooy askanu Yàlla, dañuy nekk ci yoon wu xel mu jub a sukkandiku ci dooley nguur ngir mel ni dañuy sotti liggéeyu Yàlla. Protestantism bu dëddu yoonu ndigalu Yàlla mooy yonent yi Baal ak Ashtarot, ñiy joxe fecc gu naxar ngir Jezebel ak Herodias, te ñoom itam ñoo di Salome, doom ju jigéen ju Herodias.</w:t>
      </w:r>
    </w:p>
    <w:p>
      <w:pPr>
        <w:pStyle w:val="ArticleBody"/>
        <w:jc w:val="left"/>
      </w:pPr>
      <w:r>
        <w:rPr>
          <w:rFonts w:ascii="Times New Roman" w:hAnsi="Times New Roman" w:eastAsia="Times New Roman" w:cs="Times New Roman"/>
        </w:rPr>
        <w:t>Ñetti ñatt yii ñëw benn ci ab booloo bu ñett-fànn, waaye ci dëgg-dëgg dañuy bañante. Suñu xamule ne am na xuloo bu nekk ci seen diggante, maneesul a xam ni fukki buur yi (Mbootaayu Xeet yi), dinañu déggoo jox seen nguur paap bu Room, te ci benn saar boobu itam lekk yaramam te lakk ko ak safara. Xuloo bi nekk ci diggante kàttan yooyu war nañu koo jàngal taalibe Yàlla yi di jàng waxi yonent.</w:t>
      </w:r>
    </w:p>
    <w:p>
      <w:pPr>
        <w:pStyle w:val="ArticleBody"/>
        <w:jc w:val="left"/>
      </w:pPr>
      <w:r>
        <w:rPr>
          <w:rFonts w:ascii="Times New Roman" w:hAnsi="Times New Roman" w:eastAsia="Times New Roman" w:cs="Times New Roman"/>
        </w:rPr>
        <w:t>Lislaam mooy juróomeelu buxus bi, te ni mu mel ne mooy ñetteelu njàqare gi, mooy jumtukaayu àtte bu Yàlla di jëfandikoo ngir indi àtte ci Babilon bu bees bi; ni ñeenti buxus yu njëkk ya indoon àtte ci Room gu sowwu ga caagane, te ni buxus bu juróomeel ak bu juróom-benn ya indoon àtte ci Room gu pap bu baaxul ak Room gu penku gu caagane.</w:t>
      </w:r>
    </w:p>
    <w:p>
      <w:pPr>
        <w:pStyle w:val="ArticleBody"/>
        <w:jc w:val="left"/>
      </w:pPr>
      <w:r>
        <w:rPr>
          <w:rFonts w:ascii="Times New Roman" w:hAnsi="Times New Roman" w:eastAsia="Times New Roman" w:cs="Times New Roman"/>
        </w:rPr>
        <w:t>Dinañu yokk sunu njàng mi ci bind bi ci topp.</w:t>
      </w:r>
    </w:p>
    <w:p>
      <w:pPr>
        <w:pStyle w:val="ArticleScripture"/>
        <w:jc w:val="left"/>
      </w:pPr>
      <w:r>
        <w:rPr>
          <w:rFonts w:ascii="Times New Roman" w:hAnsi="Times New Roman" w:eastAsia="Times New Roman" w:cs="Times New Roman"/>
        </w:rPr>
        <w:t>“Ci jamono yu am solo ci njariñ, samay mbaay miir Yàlla yi war nañoo jàngal nit ñi ne, dooley xel yi dañuy xuloo. Du nit ñi lañuy sos nii mel rek xeexu xol bi fi nekk léegi ci àddina diine ji. Ab doole gu jóge ci sinagogu xel bu Seytaane mooy dugal ci mbiri diine yi ci àddina si, di yëngal nit ñi ngir ñu jëf bu wóor, ngir jébbal njariñ yi Seytaane am ba noppi, ci li mu jiite àddina diine ji ci xare bu dogu ngir xeex ak ñi def Kàddug Yàlla seen njubte ak seen njëlbéen ju kenn du sédd ci jàngale. Léegi, Seytaane di génne ay càkkuteefam yu mag yi ngir dajale bépp pexe ak bépp doole bu mu man a jëfandikoo ngir weddi lu war a wéy ci yoonu Yehowa, rawatina ndigalu ñeenteel bi, biy fésal kan moo bind asamaan ak suuf.”</w:t>
      </w:r>
    </w:p>
    <w:p>
      <w:pPr>
        <w:pStyle w:val="ArticleScripture"/>
        <w:jc w:val="left"/>
      </w:pPr>
      <w:r>
        <w:rPr>
          <w:rFonts w:ascii="Times New Roman" w:hAnsi="Times New Roman" w:eastAsia="Times New Roman" w:cs="Times New Roman"/>
        </w:rPr>
        <w:t>“Ki nit ku boni bàkkaar bi xalaat na soppi waxtu yi ak yoon yi; waaye ndax def na ko? Loolu mooy mbir mu mag mi ci wàllu laaj bi. Room ak gépp mbooloom kërk yi naan ci saaxu ay tooñam, ci seen xalaat gu soppi waxtu yi ak yoon yi, yékkati nañu seen bopp ci kaw Yàlla, te daanu nañu màndarga bu mag bu Yàlla, mooy noflaayub bés bu juróom-ñaareel bi. Noflaayub bés bi waroon a taxaw di tegtal kàttanu Yàlla ci bindam àddina si ci juróom-benni fan, ak noflaayam ci bés bu juróom-ñaareel bi. ‘Moo tax mu barkeel bésub noflaay bi, te sellal ko,’ ndaxte ci moom la noppaloo woon ginnaaw liggéeyam yépp yi Yàlla bind ak sàkk. Li doon jëfandikookat bu xereñ bu naxxkat bu mag bi jublu woon ci mooy wuutal Yàlla. Ci ay jéef-jëfam ngir soppi waxtu yi ak yoon yi, dafa doon liggéey ngir saxal kàttan gu taxaw di wër Yàlla, te yékkatu ci kawam.”</w:t>
      </w:r>
    </w:p>
    <w:p>
      <w:pPr>
        <w:pStyle w:val="ArticleScripture"/>
        <w:jc w:val="left"/>
      </w:pPr>
      <w:r>
        <w:rPr>
          <w:rFonts w:ascii="Times New Roman" w:hAnsi="Times New Roman" w:eastAsia="Times New Roman" w:cs="Times New Roman"/>
        </w:rPr>
        <w:t>“Li mooy mbir mu mag mi. Fii la ñaari kàttan yu mag yi di jàkkaarloo ak seen bopp,—Buurub Yàlla bi, Yeesu Kirist; ak buurub lëndëm gi, Seytaane. Fii la xeex bu ubbeeku bi di ñëw. Am na ci àddina ji ñaari xeet rekk, te nit ku nekk dina taxaw ci suufu kenn ci ñaari raaya yii,—raayab buurub lëndëm gi, walla raayab Yeesu Kirist.</w:t>
      </w:r>
    </w:p>
    <w:p>
      <w:pPr>
        <w:pStyle w:val="ArticleScripture"/>
        <w:jc w:val="left"/>
      </w:pPr>
      <w:r>
        <w:rPr>
          <w:rFonts w:ascii="Times New Roman" w:hAnsi="Times New Roman" w:eastAsia="Times New Roman" w:cs="Times New Roman"/>
        </w:rPr>
        <w:t>“Yàlla dina xelal ay doomam yu takku te dëgg ak Xelam. Xelu Sell mi mooy kiy wuutu Yàlla, te dina nekk jëfekaayu doole buy liggéey bu baax ci sunu àddina ngir dajale yu takku te yu dëgg yi ci ay pax ngir sàqalu Boroom bi. Seytaane itam, ak yëngu-yëngu bu tar, dafay dajale ci ay pax ay garabam yu bon yi mu jële ci biir pepp mi.”</w:t>
      </w:r>
    </w:p>
    <w:p>
      <w:pPr>
        <w:pStyle w:val="ArticleScripture"/>
        <w:jc w:val="left"/>
      </w:pPr>
      <w:r>
        <w:rPr>
          <w:rFonts w:ascii="Times New Roman" w:hAnsi="Times New Roman" w:eastAsia="Times New Roman" w:cs="Times New Roman"/>
        </w:rPr>
        <w:t>“Jàngaleg bépp ndawtalub Kirist bu dëgg, léegi, mooy mbir mu gëna màgg te tar. Nu ngi ci xare bu du jeex mukk ludul ba dogal bu mujj gi joxee ngir ba fàww. Na bépp taalibé Yeesu fàttaliku ne sunu ‘xare du ak yaram ak deret, waaye ak kilifay yi, ak dooley yi, ak boroom nguur gi ci lëndëmu àddina sii, ak bonay ruu yi nekk ci bérab yu kawe yi.’ Éy, am na ay njariñ yu ba fàww yu bokk ci xare bii, te waruñu am liggéeyu kaw rekk, walla xam-xamu yomb bu seew, ngir daje ak mbir mii. ‘Boroom bi xam na naka la man a musale ñi koy ragal ci nattu, te bañ a bàyyi ñi jubadi ci bésub àtte ba ngir mbugal leen…. Waaye malaaka yi, doon sax ñu gëna màgg ci kàttan ak doole, duñu indi ci seen kaw jiiñ gu xasoo fa kanam Boroom bi.’”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Juroom-ñaari téeméeri ak fanweer-benn￼</dc:title>
  <dc:subject>Soppiku Yoon yi Ameerik: nekk gu juróomeel benneelu nguur ba ci benn booloo bu ñetti wàll</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