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Daaniyel — Téeméeri at ak Ñetti fukki benn</w:t>
      </w:r>
    </w:p>
    <w:p>
      <w:pPr>
        <w:pStyle w:val="ArticleSubtitle"/>
        <w:jc w:val="left"/>
      </w:pPr>
      <w:r>
        <w:rPr>
          <w:rFonts w:ascii="Arial" w:hAnsi="Arial" w:eastAsia="Arial" w:cs="Arial"/>
        </w:rPr>
        <w:t>Ubbi làqu bu Yoon Wi waxoon: Boole xott yi diggante Peeñ gu Mujj ak dëgg-dëgg yi nu nekk léegi ci jamono jii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Ci ay waxtaan yi jiitu, nu won ne Millerite yi xamoon nañu ne ñoom lañuy matale léebu fukki janq yi, Habakkuk saar ñaareel ak Esëkiel saar fukki ñaar, aaya yi ñaar-fukk ak benn ba ñaar-fukk ak juróom-ñaatt. Aaya yi ci Esëkiel dañuy wone ne bu ñetti bind yu yóbbal yi matalee bu baax ci jamono mujj yi, “jëfandikookat vision bu nekk” dina mat. Rakku jigéen White itam wax na ci mbir mii.</w:t>
      </w:r>
    </w:p>
    <w:p>
      <w:pPr>
        <w:pStyle w:val="ArticleScripture"/>
        <w:jc w:val="left"/>
      </w:pPr>
      <w:r>
        <w:rPr>
          <w:rFonts w:ascii="Times New Roman" w:hAnsi="Times New Roman" w:eastAsia="Times New Roman" w:cs="Times New Roman"/>
        </w:rPr>
        <w:t>“Ci Kàddu Yàlla gi Revelasyon, téerey Biibël yépp daje fii te muj fii. Fii la mottali téereb Daniel nekk. Benn bi ab kàddug yonent la; beneen bi nag ab rëbb la. Téere biñ tëj ak màndargaale woon du Revelasyon, waaye mooy boole bu kàddug yonent gu Daniel ga jëm ci fan yu mujj ya. Malaaka ma santaane ne: ‘Waaye yow, Daniel, tëjël wax yi, te nga màndargaale téere bi ba ci jamono ji mujj.’ Daniel 12:4.” Acts of the Apostles, 585.</w:t>
      </w:r>
    </w:p>
    <w:p>
      <w:pPr>
        <w:pStyle w:val="ArticleBody"/>
        <w:jc w:val="left"/>
      </w:pPr>
      <w:r>
        <w:rPr>
          <w:rFonts w:ascii="Times New Roman" w:hAnsi="Times New Roman" w:eastAsia="Times New Roman" w:cs="Times New Roman"/>
        </w:rPr>
        <w:t>Léebu fukki janq yi déllusi na ba ci benn araf ci jamonoy tëj miir gi ñeel téeméer ak ñeent-fukk ak ñeenti junni, gi tambalee 11 septembre 2001 te di jeex bu buntu bi tëjee ci janq yu ñàkk xel ya ci yoonu Dibéer bu jubsi. Ci waxtu boobu ci jaar-jaaru taarix, jëfandikoo bu bépp peeñu gu nekk ci “téere yépp ci Biibël bi daje te jeex” lañu tegtal.</w:t>
      </w:r>
    </w:p>
    <w:p>
      <w:pPr>
        <w:pStyle w:val="ArticleBody"/>
        <w:jc w:val="left"/>
      </w:pPr>
      <w:r>
        <w:rPr>
          <w:rFonts w:ascii="Times New Roman" w:hAnsi="Times New Roman" w:eastAsia="Times New Roman" w:cs="Times New Roman"/>
        </w:rPr>
        <w:t>Ci jëkk ci mbind mi weesu, nun daan na nu tabax ab dalu xam-xam ngir feeñal rëdd wu bitiwu jaar-jaaru nettali gi ñu teewal ci aaya ñeent-fukk ci Daniel fukk ak benn, mi di teewal jaar-jaaru politig bu banu Républicain bu rabu suuf bi. Jaar-jaaru boobu doxandoo na ak jaar-jaaru diine bu banu Protestant bu dëgg bu rabu suuf bi. Nu xamle na nu ay rëdd yu néew yu ci yéglekat yi di wax ci banu Républicain bu rabu suuf bi, te nu ngi leen di teg ci kaw jaar-jaaru yéglekat yi tàmbalee ci waxtu mujj ga ci 1989.</w:t>
      </w:r>
    </w:p>
    <w:p>
      <w:pPr>
        <w:pStyle w:val="ArticleBody"/>
        <w:jc w:val="left"/>
      </w:pPr>
      <w:r>
        <w:rPr>
          <w:rFonts w:ascii="Times New Roman" w:hAnsi="Times New Roman" w:eastAsia="Times New Roman" w:cs="Times New Roman"/>
        </w:rPr>
        <w:t>Jamono yonent biir yàllaay su “rab su suuf si” bi, mi tambalee ci 1776 te jeexee ci waxtu mujj ga ci 1798, mooy rëdd wi nu bëgg a jëfandikoo ngir jéem a boole mbooleem rëdd yi fi yépp, yi léegi ngi am seen jëf. Diiru 1776 ba 1798 dafa yor màndargay Alfa ak Omega, ndaxte mu tambalee te jeexee ak jëfandikoo wàllug yoon, te loolu mooy waxug xeet walla réew.</w:t>
      </w:r>
    </w:p>
    <w:p>
      <w:pPr>
        <w:pStyle w:val="ArticleScripture"/>
        <w:jc w:val="left"/>
      </w:pPr>
      <w:r>
        <w:rPr>
          <w:rFonts w:ascii="Times New Roman" w:hAnsi="Times New Roman" w:eastAsia="Times New Roman" w:cs="Times New Roman"/>
        </w:rPr>
        <w:t>« Waxu réew mi mooy jëfandikoo ay kilifay bind yoon ak yu àtte yi. » The Great Controversy, 443.</w:t>
      </w:r>
    </w:p>
    <w:p>
      <w:pPr>
        <w:pStyle w:val="ArticleBody"/>
        <w:jc w:val="left"/>
      </w:pPr>
      <w:r>
        <w:rPr>
          <w:rFonts w:ascii="Times New Roman" w:hAnsi="Times New Roman" w:eastAsia="Times New Roman" w:cs="Times New Roman"/>
        </w:rPr>
        <w:t>Benn leen wuute yu njëkk yu rab suuf bi mooy waxam. Constitution bu Etats-Unis bi nekkoon ab bésub Yàlla buy ubbi bunt yi ngir sañ-sañu diine ak bu politig, te ci noonu mu won “mbaal mi” bu fitna, bi buur yi Europe ak kër-katolik bi daan jëfandikoo ay téeméeri at.</w:t>
      </w:r>
    </w:p>
    <w:p>
      <w:pPr>
        <w:pStyle w:val="ArticleScripture"/>
        <w:jc w:val="left"/>
      </w:pPr>
      <w:r>
        <w:rPr>
          <w:rFonts w:ascii="Times New Roman" w:hAnsi="Times New Roman" w:eastAsia="Times New Roman" w:cs="Times New Roman"/>
        </w:rPr>
        <w:t>Naka la gennéen ndox ci ay gémmiñam ni mbëj mu réy, ngir yóbbu jigéen ja ak mbëj mi. Waaye suuf si dimbali jigéen ja, te suuf si ubbi gémmiñam, daldi wonn mbëj mi naka yiwónne ci gémmiñam. Peeñu 12:15, 16.</w:t>
      </w:r>
    </w:p>
    <w:p>
      <w:pPr>
        <w:pStyle w:val="ArticleBody"/>
        <w:jc w:val="left"/>
      </w:pPr>
      <w:r>
        <w:rPr>
          <w:rFonts w:ascii="Times New Roman" w:hAnsi="Times New Roman" w:eastAsia="Times New Roman" w:cs="Times New Roman"/>
        </w:rPr>
        <w:t>Ci mujj àlla suuf, ba nguurug rab wu suuf wi, muy juróomeel benn buuru wax ju xelal ci Kàddu Yàlla, mujjee, dina dellu wax; waaye booba dina wax ni njaaxu, te loolu dina ko def jaarale ko ci di jëfandikoo yoonu Dibéer.</w:t>
      </w:r>
    </w:p>
    <w:p>
      <w:pPr>
        <w:pStyle w:val="ArticleScripture"/>
        <w:jc w:val="left"/>
      </w:pPr>
      <w:r>
        <w:rPr>
          <w:rFonts w:ascii="Times New Roman" w:hAnsi="Times New Roman" w:eastAsia="Times New Roman" w:cs="Times New Roman"/>
        </w:rPr>
        <w:t>Noonu gis ma beneen rab ga di jógé ci suuf; amoon na ñaari wéjj yu mel ni buum, waaye mu wax ni njàngum. Peeñu Yowaana 13:11.</w:t>
      </w:r>
    </w:p>
    <w:p>
      <w:pPr>
        <w:pStyle w:val="ArticleBody"/>
        <w:jc w:val="left"/>
      </w:pPr>
      <w:r>
        <w:rPr>
          <w:rFonts w:ascii="Times New Roman" w:hAnsi="Times New Roman" w:eastAsia="Times New Roman" w:cs="Times New Roman"/>
        </w:rPr>
        <w:t>Rabu suuf gi tambalee na nekk buur gu juróomeel benne bi ci atum 1798, ba papaas biñ ko jële dooleem.</w:t>
      </w:r>
    </w:p>
    <w:p>
      <w:pPr>
        <w:pStyle w:val="ArticleScripture"/>
        <w:jc w:val="left"/>
      </w:pPr>
      <w:r>
        <w:rPr>
          <w:rFonts w:ascii="Times New Roman" w:hAnsi="Times New Roman" w:eastAsia="Times New Roman" w:cs="Times New Roman"/>
        </w:rPr>
        <w:t>«Ba noppee bi, gàcceeku dooleem, ñu ko gaññeel ba mu war a bàyyi fitnaal, Yowaana gis na beneen kàttan gu fenk, ngir jubbanti baatub njaay mi, te yóbbu kanam jëf ju metti te yàqkatu boobu. Kàttan googu, mooy mujj gi war a xeex ak mbooloom Yàlla ak yoonam, dañu ko misaalaloon ak rab wu am ñaari caxaar yu mel ni ñuy xar.» Signs of the Times, November 1, 1899.</w:t>
      </w:r>
    </w:p>
    <w:p>
      <w:pPr>
        <w:pStyle w:val="ArticleBody"/>
        <w:jc w:val="left"/>
      </w:pPr>
      <w:r>
        <w:rPr>
          <w:rFonts w:ascii="Times New Roman" w:hAnsi="Times New Roman" w:eastAsia="Times New Roman" w:cs="Times New Roman"/>
        </w:rPr>
        <w:t>Ci atum 1798, bi nguurug paap bi jotee gaaw gu rey, Etats-Unis wax na, te ni ko Alpha ak Omega di doon saa su nekk, wax gi ci njàlbéen mi dafa jëkk a misaal wax gi ci mujj. Yoon yi tudd Alien and Sedition Acts dañu leen duggal ci yoon ci atum 1798, ngir misaal yoon yi ñuy jëfandikoo ci mujj mi, yi jëm ci dugg-gu-yoonul ci réew mi, ak media bi.</w:t>
      </w:r>
    </w:p>
    <w:p>
      <w:pPr>
        <w:pStyle w:val="ArticleBody"/>
        <w:jc w:val="left"/>
      </w:pPr>
      <w:r>
        <w:rPr>
          <w:rFonts w:ascii="Times New Roman" w:hAnsi="Times New Roman" w:eastAsia="Times New Roman" w:cs="Times New Roman"/>
        </w:rPr>
        <w:t>Jàmm bi nuy seet dale ci 1776 ba 1798 am na màndarga Alpha ak Omega, ndaxte mooy wone “wax ji” ci Déclaration d’Indépendance bi ca njàlbéen ga, te loolu mooy misaal yiif ci Alien and Sedition Acts yi ci 1798. Ci diggante waxtu woowu, nga gis Constitution of the United States. Waxtu woowu joxe na woneb waxu yonent buy tegtal nguurug rab wu jóg ci suuf, ndaxte mu tàmbalee wax ni xar mu góor, waaye waxtu woowu jeex na ak yoon wu tegtal ajana. Waaye, ni ko baaxee nekk yoon, njàlbéen ak mujjug benn mbir dañuy tollook lu juuyoo. Jëfandikookat bu njëkk bu jamonoy waxtu woowu mooy woneb bu mujj bi, te jëfandikookat bu digg bi mooy Constitution of the United States, bi ñetti fukk ak ñett réew yu statut ratifie woon. Kàddug Ebraay bu tekki “dëgg” sos nañu ko ak araf bu njëkk bi, topp ak araf bu fukki ak ñett bi, topp ak araf bu mujj bu alifbe Ebraay bi.</w:t>
      </w:r>
    </w:p>
    <w:p>
      <w:pPr>
        <w:pStyle w:val="ArticleBody"/>
        <w:jc w:val="left"/>
      </w:pPr>
      <w:r>
        <w:rPr>
          <w:rFonts w:ascii="Times New Roman" w:hAnsi="Times New Roman" w:eastAsia="Times New Roman" w:cs="Times New Roman"/>
        </w:rPr>
        <w:t>Jamono ji nu nuy xalaat léegi, yore na màndargay Ki jëkk ak Ki mujj, moom miy Dëgg gi. Jamono jooju dafay tektal ab jamono ju jiite ba nguurug rab wu suuf wi tambali, muy bennoo bu juróomeel bi ci waxi Yàlla yi, te moo tax itam mu tektal ab jamono ju jiite ba nguurug rab wu suuf wi jeex, muy bennoo bu juróomeel bi ci waxi Yàlla yi. Jamono jooju tàmbalee na ci waxtu mujj ma ci atum 1989. 1776 ba 1798 war nañu koo teg ci kow 1989 ba ci ndigalu Dibér bu dëgmal di ñëw, bi rab wu suuf wi waxee ni ab njaaxu, ni ko Alien and Sedition Acts tektalee.</w:t>
      </w:r>
    </w:p>
    <w:p>
      <w:pPr>
        <w:pStyle w:val="ArticleBody"/>
        <w:jc w:val="left"/>
      </w:pPr>
      <w:r>
        <w:rPr>
          <w:rFonts w:ascii="Times New Roman" w:hAnsi="Times New Roman" w:eastAsia="Times New Roman" w:cs="Times New Roman"/>
        </w:rPr>
        <w:t>Am na solo muy yoon beneen dëgg gu wax ci kanam dugal ko ci sunu njàngat. Dëgg googu mooy benn cëram ci “waxtu mujj” gi, ni màndarga bu ñuy bari di jéllit. Adventisme Laodise gu nekk fii, man naa xam ne 1798 mooy “waxtu mujj” gi, waaye seen xam-xam dafa yagg ci foofa rekk, ndaxte amuñu xel ne bépp rëddu yeesal dafay melo ni yeneen rëdd yi ñuy yeesal. Bépp rëddu yeesal dafay tàmbalee ak “waxtu mujj” gi.</w:t>
      </w:r>
    </w:p>
    <w:p>
      <w:pPr>
        <w:pStyle w:val="ArticleBody"/>
        <w:jc w:val="left"/>
      </w:pPr>
      <w:r>
        <w:rPr>
          <w:rFonts w:ascii="Times New Roman" w:hAnsi="Times New Roman" w:eastAsia="Times New Roman" w:cs="Times New Roman"/>
        </w:rPr>
        <w:t>Muse dafa misaalu Kirist, te Muse wax na loolu bu leer, te Piyeer dëggal na ko ci téereb Jëf ya.</w:t>
      </w:r>
    </w:p>
    <w:p>
      <w:pPr>
        <w:pStyle w:val="ArticleScripture"/>
        <w:jc w:val="left"/>
      </w:pPr>
      <w:r>
        <w:rPr>
          <w:rFonts w:ascii="Times New Roman" w:hAnsi="Times New Roman" w:eastAsia="Times New Roman" w:cs="Times New Roman"/>
        </w:rPr>
        <w:t>Boroom sa Yàlla dina taxawalal la ab Yonent ci biir sa askan, ci sa bokk-der yi, ku mel ni man; moom nga wara déggal. Deuteronome 18:15.</w:t>
      </w:r>
    </w:p>
    <w:p>
      <w:pPr>
        <w:pStyle w:val="ArticleBody"/>
        <w:jc w:val="left"/>
      </w:pPr>
      <w:r>
        <w:rPr>
          <w:rFonts w:ascii="Times New Roman" w:hAnsi="Times New Roman" w:eastAsia="Times New Roman" w:cs="Times New Roman"/>
        </w:rPr>
        <w:t>Yeesu war na nekk “ni” Musaa.</w:t>
      </w:r>
    </w:p>
    <w:p>
      <w:pPr>
        <w:pStyle w:val="ArticleScripture"/>
        <w:jc w:val="left"/>
      </w:pPr>
      <w:r>
        <w:rPr>
          <w:rFonts w:ascii="Times New Roman" w:hAnsi="Times New Roman" w:eastAsia="Times New Roman" w:cs="Times New Roman"/>
        </w:rPr>
        <w:t>Léegi nag, bokk yi, xam naa ne ci ñàkk xam-xam ngeen ko defe, ni ko seen njiit yi itam defe. Waaye yëf yooyu Yàlla waajaloon a xamal jaarale ko ci gémmiñu yépp ay yonentam, ne Almasi bi dina sonn, moom la matal noonu. Tuubleen nag, te delluleen ci Yàlla, ngir seen bàkkaar ñu far leen, ba waxtuyi yeesal gi jógee ci kanamu Boroom bi ñëw; te mu yónni Yeesu Almasi bi, ki ñu jébbaloon leen ba noppi. Moom la asamaan war a tere ba kera ba jamonoy delloo lépp ci yoonam agsi, yi Yàlla waxoon jaarale ko ci gémmiñu yépp ay yonentam yu sell yi, daldi tàmbalee ca njàlbéenug àddina. Ndaxte Muusaa dëgg-dëgg nee woon baay yi: “Boroom bi seen Yàlla dina leen taxaawal ab yonent ci seen bokk, ni man; dees na koo déggal ci lépp lu mu leen wax. Te dina am ne, képp ku déggulul yonent boobu, dees na ko rey, tàgg ko ci biir xeet wi.” Waaw, te yonent yépp, dale ca Samiyel ak ñi ko topp, ñépp ñi waxoon, waxoon nañu itam ci fan yii. Jëf ya 3:17–24.</w:t>
      </w:r>
    </w:p>
    <w:p>
      <w:pPr>
        <w:pStyle w:val="ArticleBody"/>
        <w:jc w:val="left"/>
      </w:pPr>
      <w:r>
        <w:rPr>
          <w:rFonts w:ascii="Times New Roman" w:hAnsi="Times New Roman" w:eastAsia="Times New Roman" w:cs="Times New Roman"/>
        </w:rPr>
        <w:t>Waxtu mujjug jamono ci nettali Musaa mooy juddoom, te loolu dafa mel ni misaal buy tektal juddu Almasi bi. Ci juddu Almasi ak Musaa ñoom ñaar, amoon na yokkug xam-xam bu war a nattu maas gi. Xam-xam wi jëm ci seen juddu moo tax dooley njaago ji ci Masar ak ci Room, ñooñu ñaar, jéem a rey ñi kóllëre yi waxoon ci seen mbind. Saraxalekat yi nekkoon ca tundu ya, ak boroom xam-xam ya jóge penku, dañuy tegu ñi xamoon yokkug xam-xam wi ci waxtu mujjug jamono.</w:t>
      </w:r>
    </w:p>
    <w:p>
      <w:pPr>
        <w:pStyle w:val="ArticleBody"/>
        <w:jc w:val="left"/>
      </w:pPr>
      <w:r>
        <w:rPr>
          <w:rFonts w:ascii="Times New Roman" w:hAnsi="Times New Roman" w:eastAsia="Times New Roman" w:cs="Times New Roman"/>
        </w:rPr>
        <w:t>Li ñuy bàyyi ci yeneen yoon mooy ne, am na ñaari màndarga-yoonu ci waxtu mujj gi. Du Musaa rekk a juddoo woon, waaye ñetti at la ko jiitu ba doomu ndeyam Aaróon juddoo. Juróom-benn weer la juddug Almasi bi jiitu ba mbokkam Yaxya juddoo. 1798 mooy xam-xamu bu gëna siiw ci “waxtu mujj,” te ci 1798 rab wi (jumtukaayu politig) bi jigéen ja (“ganaar” ga) waroon di war ci jamono Muggu Lëndëm gi, dee na; te at mi ko topp, “jigéen” ji waroon rab woowu itam dee na.</w:t>
      </w:r>
    </w:p>
    <w:p>
      <w:pPr>
        <w:pStyle w:val="ArticleBody"/>
        <w:jc w:val="left"/>
      </w:pPr>
      <w:r>
        <w:rPr>
          <w:rFonts w:ascii="Times New Roman" w:hAnsi="Times New Roman" w:eastAsia="Times New Roman" w:cs="Times New Roman"/>
        </w:rPr>
        <w:t>Ci at ak 1989 am na ñaar ay njiit. Reagan moo yoree nguur ba ci bésub tabax nguur ga ci 1989, ba noppi Bush bu jëkk jël nguuram. Jeexitali junni ak juróom-ñaar téeméeri ak juróom-benn-fukk at yi dafa woon seetaanaleku ak juróom-ñaar-fukk at yi ñu jaamoon ci Babilon; te bi Jeneraal Sirus, doomu-rakk Daryus, reyee Belshassar ca guddi ga ñuy def xewu reer ga, Daryus mooyoon buur bu dëgg bi. Daryus ak Sirus dañuy tegtal ñaari waymark yi ci waxtu woowu mujj ga.</w:t>
      </w:r>
    </w:p>
    <w:p>
      <w:pPr>
        <w:pStyle w:val="ArticleBody"/>
        <w:jc w:val="left"/>
      </w:pPr>
      <w:r>
        <w:rPr>
          <w:rFonts w:ascii="Times New Roman" w:hAnsi="Times New Roman" w:eastAsia="Times New Roman" w:cs="Times New Roman"/>
        </w:rPr>
        <w:t>Jokkoo waxju Yàlla wi nekk ci diggante Musaa ak Aaróon, Yaxyaa ak Yeesu, Daariyus ak Siirus, boppub kërceen gu kaatolig bi ak baab bi, ak Reagan ak Bush, ñépp ay cosaan yu leeru waxju Yàlla lañu ndax bu ñu leen jàngee ak yoonu njàng mu jub. Li nu bëgg a fësal fii mooy ne Yaxyaa, doomu-ndeyu Yeesu, mooy baat bi ci màndiŋ bi, te loolu dafa mel ni ñu ko misaaloon ci Aaróon, magu-bokk Musaa, mi demoon ca màndiŋ ma ngir daje ak Musaa, ngir nekk baatam.</w:t>
      </w:r>
    </w:p>
    <w:p>
      <w:pPr>
        <w:pStyle w:val="ArticleBody"/>
        <w:jc w:val="left"/>
      </w:pPr>
      <w:r>
        <w:rPr>
          <w:rFonts w:ascii="Times New Roman" w:hAnsi="Times New Roman" w:eastAsia="Times New Roman" w:cs="Times New Roman"/>
        </w:rPr>
        <w:t>Ci digganteelu at ak ñaar-fukk ak benni at yu jiitu ngir Kirist màññal, ak itam ci ñaar-fukk ak benni at yu jiitu ngir antikirist, am na ab tektal buy xamle “baat.” Ci Kirist, mooy baatu Yaxya miy woote ci màndiŋ mi. Ci 533, Jisityaan moo joxe ab ndigël buy xamle antikirist ne mooy kiy yéexat yéeféer yi te mooy boppu kilifa gi. Ndigëlu Jisityaan mooy “baat” ba buy waajal ngir “ndigëlu” alxamesi Dibeer ci Kureelu Orleyaan ci 538.</w:t>
      </w:r>
    </w:p>
    <w:p>
      <w:pPr>
        <w:pStyle w:val="ArticleBody"/>
        <w:jc w:val="left"/>
      </w:pPr>
      <w:r>
        <w:rPr>
          <w:rFonts w:ascii="Times New Roman" w:hAnsi="Times New Roman" w:eastAsia="Times New Roman" w:cs="Times New Roman"/>
        </w:rPr>
        <w:t>Xarebu Jeneral Siris moo doon wi tegtal ne Daryus dafa bëgg a noot Babilon te loolu dafa jege woon.</w:t>
      </w:r>
    </w:p>
    <w:p>
      <w:pPr>
        <w:pStyle w:val="ArticleScripture"/>
        <w:jc w:val="left"/>
      </w:pPr>
      <w:r>
        <w:rPr>
          <w:rFonts w:ascii="Times New Roman" w:hAnsi="Times New Roman" w:eastAsia="Times New Roman" w:cs="Times New Roman"/>
        </w:rPr>
        <w:t>“Ñëwug mbooloom Siris ci kanamu miiri Babilon doon na ci Yawut yi tegtal ne seen musibaay ci njaamug ñàkkal ga dafa agsi lu jege. Lu ëpp ci téeméeri at ak benn lu jiitu ndekkitu Siris, Xelum Yàlla waxoon na ko ci turam, te dafa bindloo woon li mu wara def dëgg-dëgg ci jël dëkku Babilon ci lu ñu ko xamul, ak ci xàll yoon wi ngir yi séen bàyyi doom ya ca njaamug ñàkkal ga. Jaarale ko ci Esayi, kàddu gi waxeesoon na:”</w:t>
      </w:r>
    </w:p>
    <w:p>
      <w:pPr>
        <w:pStyle w:val="ArticleScripture"/>
        <w:jc w:val="left"/>
      </w:pPr>
      <w:r>
        <w:rPr>
          <w:rFonts w:ascii="Times New Roman" w:hAnsi="Times New Roman" w:eastAsia="Times New Roman" w:cs="Times New Roman"/>
        </w:rPr>
        <w:t>“‘Nii la Boroom bi wax ci ñi Mu fal, ci Cyrus, ki Mu jàpp loxo ndeyjooram, ngir daan xeeti réew yi ci kanamam; … ngir ubbi ci kanamam bunt yu ñaari xëët yi; te bunt yi duñu tëj; dinaa jiitu la, te def bérab yu weng yi neex; dinaa damm bunt yu xànjaram yi, te dagg barraas yu weñ yi; te dinaa la may alal yu nekk ci lëndëm, ak koom-koom yu nëbb ci bérab yu kumpa, ngir nga xam ne man, Boroom bi, Mi la woowee sa tur, maa di Yàlla Israel.’ Isaiah 45:1–3.” Prophets and Kings, 551.</w:t>
      </w:r>
    </w:p>
    <w:p>
      <w:pPr>
        <w:pStyle w:val="ArticleBody"/>
        <w:jc w:val="left"/>
      </w:pPr>
      <w:r>
        <w:rPr>
          <w:rFonts w:ascii="Times New Roman" w:hAnsi="Times New Roman" w:eastAsia="Times New Roman" w:cs="Times New Roman"/>
        </w:rPr>
        <w:t>Buñ xamne nañ ne ab “waxtu mujj” bu yëgle ci kàddu wax yu yonent teggi nañ ko ci ñaari seede mbaa ñaari màndarga-yoon, man nañ it xam ne benn ci ñaari màndarga-yoon yooyu dafay teewal jëfandikoo ngir ràññee, yëgle walla artu jaar-jaar buy ñëw. Aarón, Yaxya, Cyrus, ak Justinien dañuy teewal ab màndarga-yoon buy jiitu waxtu mujj. Waxtu mujj mi ci 1798 mooy mujjug jamono ji ñu teewal dale ko ci 1776 ba ci 1798. Màndarga-yoon mi nekk ci diggante jaar-jaar boobu mooy baat bi di jooyu ci màndiŋ, ngir jaar-jaar buy ñëw. Jaar-jaar boobu tàmbalee na ak ab bind gu weddi nguurug dóor-dóor gu buur walla baab. Te mujj na ak ab bind gu teewal jikko ju ab kilifa gu jàppale doole. Bind gi nekk ci diggante mooyoon “artu” bu jaar-jaar buy ñëw, te artu boobu mooy ne Dëkkandoog Estados Unidos dinañu ko daaneel ci mujju jaar-jaar boobu.</w:t>
      </w:r>
    </w:p>
    <w:p>
      <w:pPr>
        <w:pStyle w:val="ArticleBody"/>
        <w:jc w:val="left"/>
      </w:pPr>
      <w:r>
        <w:rPr>
          <w:rFonts w:ascii="Times New Roman" w:hAnsi="Times New Roman" w:eastAsia="Times New Roman" w:cs="Times New Roman"/>
        </w:rPr>
        <w:t>Rëddoo gu jaar-jaar boobu tambalee naat a am ci 1989, te mu jeex ci yoonu Dibeer baat bi ndax artu gi jóge ca màndiŋ ma ñaar téeméeri at lu jiitu, ci 1789, ñu bañ ko. 1989 moo nekkoon waxtu mujj ga ci jeexital benn-fukki saar ak ñeent, te mu méngoo ak waxtu mujj ga ci 1798. 1989 méngoo na ak 1776, te yoonu Dibeer baat bi dafa teewal 1798. Ci diggante jaar-jaar ba, fa njariñu bépp peeñ di mat, jaar-jaar bi tambalee 11 Sàttumbar 2001 te di wéy ba àgg ci artu 1789, dafay mat, te Sàrtuuru bi ñu ko wër. War na am màndargu xët bu nekk ci diggante, ndax Yàlla du soppiku mukk. Màndargu xët boobu dafay teewal ab artu ngir jaar-jaaru waxu Yàlla bu tàmbali ci yoonu Dibeer baat bi di ñëw léegi.</w:t>
      </w:r>
    </w:p>
    <w:p>
      <w:pPr>
        <w:pStyle w:val="ArticleBody"/>
        <w:jc w:val="left"/>
      </w:pPr>
      <w:r>
        <w:rPr>
          <w:rFonts w:ascii="Times New Roman" w:hAnsi="Times New Roman" w:eastAsia="Times New Roman" w:cs="Times New Roman"/>
        </w:rPr>
        <w:t>At miiri 1989 mooy jamonoy mujj gi ci wax juroom-ñeent-fukk, te mooy jëme ci yoonu Dibeer bi ci wax juroom-benn-fukk. Baatu artu gi ñëw gannaaw jamonoy mujj gi, waaye bala yoonu Dibeer bi, mooy 11 Septàmbar 2001. Mu ngi artu ne bu keroog jamono jooju agsee ci jeexitalam, Ñetteelu Njaqare bi ñëw ci 11 Septàmbar 2001 te ca saa saññees ko, dina dóoraat ni mbëx mu kenn seetu woon, te junniy dëkk dinañu yàqu. Bu yàqub booboo agsee, Seytaane dina tàmbali liggéeyam bu doy waar, te loolu di tàmbalee ci yoonu Dibeer bi muy ñëw léegi.</w:t>
      </w:r>
    </w:p>
    <w:p>
      <w:pPr>
        <w:pStyle w:val="ArticleScripture"/>
        <w:jc w:val="left"/>
      </w:pPr>
      <w:r>
        <w:rPr>
          <w:rFonts w:ascii="Times New Roman" w:hAnsi="Times New Roman" w:eastAsia="Times New Roman" w:cs="Times New Roman"/>
        </w:rPr>
        <w:t>“Yow yéen nit ñi Yàlla moom, suñu amoon xel ci alag gu yàggul di ñëw, buy dal ci junni dëkk yi, yu léegi neexaat ba jéemee jébbalu jaamu xar-kanam! Waaye ñu bari ci ñi war a yégle dëgg, dañuy jiiñ te daan seeni mbokk. Bu dooley Yàlla, di soppi xol, àggee ci xel yi, dinga gis coppite gu leer. Nit ñi duñu amati bëgg-bëggu ñaawteef ak tas. Duñu taxaw ci bérab bu tere leer gi mel ni mu neex a leer àddina. Seen diñaan, seen jiiñ, dina taxaw. Kàttani noon yi dañuy dajale ngir xare. Jàppante yu tar a ngay ci sunu kanam. Dajeleen bu baax, sama bokk yi góor ak jigéen, dajeleen bu baax. Takkuleen ak Kirist. ‘Bu leen waxee ne, Njàngat la,... te buleen ragal li ñuy ragal, mbaa ngeen tiit. Waaye sàgganleen Boroom mbooloom yi moom ci boppam; moom mooy seeni ragal, moom mooy seeni tiit. Te dina nekk fu ñu dallu ci moom; waaye dina nekk itam doj wu nit ñuy téq, ak xeer wu fekke ay tereef ci kër yu ñaari bànni Israyil, di pax ak fiir ci waa Yerusalem dëkk. Te ñu bari ci ñoom dinañu téq, daldi daanu, yàqu, ñu jàpp leen ci fiir, te ñu nangu leen.’</w:t>
      </w:r>
    </w:p>
    <w:p>
      <w:pPr>
        <w:pStyle w:val="ArticleScripture"/>
        <w:jc w:val="left"/>
      </w:pPr>
      <w:r>
        <w:rPr>
          <w:rFonts w:ascii="Times New Roman" w:hAnsi="Times New Roman" w:eastAsia="Times New Roman" w:cs="Times New Roman"/>
        </w:rPr>
        <w:t>“Àddina mooy ab teyaatar. Ñi di foog, di dëkkkatam, dañuy waajal seen bopp ngir jëfe seen cér ci mujjug jàmbaaru mas gi. Yàlla dees na ko fàtte. Ci biir mbooloom nit ñi yu bare, amul benn booloo, ludul su nit ñi boole seen bopp ngir yeggali seen njariñ yu bopp. Yàlla mungi xool. Ay bëgg-bëggam ci mbirum ay jaamam yu ko ñàkk déggal dinañu mat. Àddina joxeesu ko ci loxo nit ñi, doonte Yàlla may na ay doxalin yu jaxasoo ak yàqu-yàqu ngir ab diir doon nangu. Benn kàttan gu jóge suuf a ngi liggéey ngir indi mujjug ay seeni yu mag yi ci jàmbaar gi,—Seytaane di ñëw ni Kirist, te di liggéey ak bépp nax nekk ci jubadiadi ci biir ñi di tëj seen bopp ci mbooloo yu nëbbu. Ñi di sant ci bëgg-bëggu boole seen bopp, dañuy jëfe pexe yi noon bi. Sabab bi dina toppandiku ak njariñam.”</w:t>
      </w:r>
    </w:p>
    <w:p>
      <w:pPr>
        <w:pStyle w:val="ArticleScripture"/>
        <w:jc w:val="left"/>
      </w:pPr>
      <w:r>
        <w:rPr>
          <w:rFonts w:ascii="Times New Roman" w:hAnsi="Times New Roman" w:eastAsia="Times New Roman" w:cs="Times New Roman"/>
        </w:rPr>
        <w:t>“Tooñ bi jot na ag ba noppaam. Rëcc gi fees na àddina si, te tiit bu mag mu ngi ci bëgg a dal ci nit ñi. Mujj ga jege na lool. Nun ñi xam dëgg gi war nanoo waajaliku ngir li muy bëgg a dal ci kaw àddina si léegi, ni yéemóom bu ëpp doole.” Review and Herald, 10 septembre 1903.</w:t>
      </w:r>
    </w:p>
    <w:p>
      <w:pPr>
        <w:pStyle w:val="ArticleBody"/>
        <w:jc w:val="left"/>
      </w:pPr>
      <w:r>
        <w:rPr>
          <w:rFonts w:ascii="Times New Roman" w:hAnsi="Times New Roman" w:eastAsia="Times New Roman" w:cs="Times New Roman"/>
        </w:rPr>
        <w:t>Art bi ñu misaale ci dugal Njàngatub Réew mi ci atum 1789, mooy artu malaaka bu ñetteel bi, bi dellusi ci ñaareelu Kadees, ba tëj giirug téeméer ak ñeent-fukk ak ñeent war a tàmbali. Art woowu mooy artu baat bu njëkk bi ci Pexeer chapter eighteen, te du rekk ne këri mag yi nekk New York City daanu nañu ca waxtu woowu, waaye sax benn boppamub Njàngatub Réew mi soppiku na. Njàngatub Réew mi bindees na ko te tënk ko ci yoonu Àngalteer, ngir xam-xamam bu dëpp mi manees na ko wax ci lu gàtt ni “nit ki du tooñkat ba kerseñeel ko ne dafa tooñ.” Njàngatub Réew mi bindees na ngir bañ li ñuy wooye yoonu Room, ngir xam-xamam bu dëpp mi manees na ko wax ci lu gàtt ni “nit ki tooñkat la ba kerseñeel ko ne du tooñ.”</w:t>
      </w:r>
    </w:p>
    <w:p>
      <w:pPr>
        <w:pStyle w:val="ArticleBody"/>
        <w:jc w:val="left"/>
      </w:pPr>
      <w:r>
        <w:rPr>
          <w:rFonts w:ascii="Times New Roman" w:hAnsi="Times New Roman" w:eastAsia="Times New Roman" w:cs="Times New Roman"/>
        </w:rPr>
        <w:t>Art bi jóge bi jogg 1789, mi Dastuur bi diir, dafay diir artu 11 Septambar 2001, te du ñu nekk rek ne tabax yu lakk yi màndargaal nañu taarix boobu ak matug wax ju mat ci lu dëgg, waaye itam jëfandikookat Patriot Act bi (ci wax ji) dafa itam diir art boobu.</w:t>
      </w:r>
    </w:p>
    <w:p>
      <w:pPr>
        <w:pStyle w:val="ArticleBody"/>
        <w:jc w:val="left"/>
      </w:pPr>
      <w:r>
        <w:rPr>
          <w:rFonts w:ascii="Times New Roman" w:hAnsi="Times New Roman" w:eastAsia="Times New Roman" w:cs="Times New Roman"/>
        </w:rPr>
        <w:t>Yoonu Patriot Act (Uniting and Strengthening America by Providing Appropriate Tools Required to Intercept and Obstruct Terrorism Act of 2001) ñu ko joxe ci Kongëre bu Etazini gannaaw tuumaalekat yi defee xeetu aarug 11 Septambar 2001. Ñu joxe biiri ndigël bi ci House of Representatives 23 Oktobar 2001, te ci Senate 24 Oktobar 2001. Président George W. Bush moom moo ko signé ngir mu doon yoon 26 Oktobar 2001. Patriot Act bi dafa doon yéene yokk kàttanu ginnaaw gi ngir seetlu ak tere jëfandikoo yu tëggaay, te yaatal kàttanu saytu ak dooley àttekat yi, te mu bañ pexe gu njëkk te gu sax ci yoonu Àngalteer, gi xamle ne nit ku nekk bañu koo jàppe ku tooñ la, ba kera ñu firndeel ne tooñ na. Ba tey, ay nit ñi nekk ci kaw ci biir nguur gi di ko jëfandikoo ngir wër yooni àtte, sutura ak àtte yu jub.</w:t>
      </w:r>
    </w:p>
    <w:p>
      <w:pPr>
        <w:pStyle w:val="ArticleBody"/>
        <w:jc w:val="left"/>
      </w:pPr>
      <w:r>
        <w:rPr>
          <w:rFonts w:ascii="Times New Roman" w:hAnsi="Times New Roman" w:eastAsia="Times New Roman" w:cs="Times New Roman"/>
        </w:rPr>
        <w:t>Dina kontine ci jang mi ci sunu bind bu gën a ñëw.</w:t>
      </w:r>
    </w:p>
    <w:p>
      <w:pPr>
        <w:pStyle w:val="ArticleScripture"/>
        <w:jc w:val="left"/>
      </w:pPr>
      <w:r>
        <w:rPr>
          <w:rFonts w:ascii="Times New Roman" w:hAnsi="Times New Roman" w:eastAsia="Times New Roman" w:cs="Times New Roman"/>
        </w:rPr>
        <w:t>“Lan mooy sunu tolluwaay ci jamono jii ragalukaay te sell ji? Aka ñàkk ndam, ana réy-réylu moo di gën a am ci biir kërceg bi, ana naafaq, ana njub, ana bëgg collu, yéy yu amul njariñ ak bég-bég, ana bëgg nguur gi gën! Bàkkaar yooyu yépp lëndëmloo nañu xel mi, ba tax mbir yu ba fáww yeggul leen. Ndax du nu seet Mbind mi, ngir nu xam fan la nu toll ci jaar-jaaru àddina sii? Ndax du nu am xam-xam ci liggéey bi ñuy amal ngir nun ci jamono jii, ak taxawaay bi nun, ñi di bàkkaarkat, war a am bi liggéeyu jubbanti boobu di dem kanam? Su nu amee benn jàppale ci muccu sunuy ruu, war na nu def soppi gu wér. War na nu seet Boroom bi ak tuub gu dëgg; war na nu, ak réccu xol bu xóot, wax sunuy bàkkaar, ngir ñu far leen.”</w:t>
      </w:r>
    </w:p>
    <w:p>
      <w:pPr>
        <w:pStyle w:val="ArticleScripture"/>
        <w:jc w:val="left"/>
      </w:pPr>
      <w:r>
        <w:rPr>
          <w:rFonts w:ascii="Times New Roman" w:hAnsi="Times New Roman" w:eastAsia="Times New Roman" w:cs="Times New Roman"/>
        </w:rPr>
        <w:t>“Warunuñoo desaat ci suuf su ñu naxare. Nun ngi gaaw a jegesi jeexital sunu waxtu nattu. Na baken bu nekk laaj ne: Naka laa taxaw fa kanam Yàlla? Xamunuñu kañ la lu gaaw sunuy tur di dikk ci gémmiñu Kirist, te sunuy mbir di àtteg bu mujj. Ana, éy ana, lan la ñiy doon yooyu? Ndax dees na nu wax ne ñu bokk ak ñi jub, walla dees na nu lim ci biir ñi bon?”</w:t>
      </w:r>
    </w:p>
    <w:p>
      <w:pPr>
        <w:pStyle w:val="ArticleScripture"/>
        <w:jc w:val="left"/>
      </w:pPr>
      <w:r>
        <w:rPr>
          <w:rFonts w:ascii="Times New Roman" w:hAnsi="Times New Roman" w:eastAsia="Times New Roman" w:cs="Times New Roman"/>
        </w:rPr>
        <w:t>«Na kàggu Yàlla bi jóg, te tuub seeni dédduwaay yu mu doon bàyyi ci kanam Yàlla. Na ñi war a wottu yee, te joxe buxus bi ak baat bu leer. Móoy artu bu wóor bi nu war a yégle. Yàlla sant na ay jaamam ne: “Waxal ci kaw, bul bañ a wax, yékkati sa baat ni buxus, te won samay nit seeni tooñ, ak kërug Yàqub seeni bàkkaar.” Fàttaliku nit ñi war na am; su loolu manul a am, bépp jéego du am njariñ; doonte malaaka buy jóge asamaan wàcce wax ak ñoom, ay waxam du gën a jariñ dara, mel ni kuy wax ci noppi dee bu sedd. Kàggu Yàlla bi war na jóg ngir jëf. Xelum Yàlla mënul mukk a ñëw ci biir moom su fekkee ne moo xaarul yoon wi. War na am seetlu xol bu dëggu. War na am ñaan gu booloo te sax, ak, jaarale ko ci ngëm, di dal ci digg-yoonu Yàlla yi. War na am, du solu yaram ak saaku metti, ni ci jamono yu yàgg ya, waaye toroxlu xol bu xóot. Amunu benn sabab bu njëkk ngir bég ci sunu bopp walla yékkati sunu bopp. War nanu toroxlu ci suufu loxo Yàlla ju màgg ji. Moom dina feeñ ngir dëfël ak barkeel ñi koy wut dëgg-dëgg.»</w:t>
      </w:r>
    </w:p>
    <w:p>
      <w:pPr>
        <w:pStyle w:val="ArticleScripture"/>
        <w:jc w:val="left"/>
      </w:pPr>
      <w:r>
        <w:rPr>
          <w:rFonts w:ascii="Times New Roman" w:hAnsi="Times New Roman" w:eastAsia="Times New Roman" w:cs="Times New Roman"/>
        </w:rPr>
        <w:t>“Liggéey bi ngi nekk ci sunu kanam; ndax dinañu ci dugg? War nañu a liggéey gaaw, war nañu a dem baaxte ci kanam. War nañu a waajal sunu bopp ngir bés bu mag bu Boroom bi. Amuñu waxtu buñu wara yàq, amuñu waxtu buñu wara jébbalu ci mébet yu boppam rekk. Àddina bi dees na koo artu. Lan lanuy def, ku nekk ci sunu bopp, ngir yóbbul leer gi ci kanam ñeneen? Yàlla bàyyi na ci ku nekk liggéeyam; ku nekk am na wàll wu mu wara jëf, te mënunu a xeebariku ci liggéey bii ludul ci risku sunuy ruu.”</w:t>
      </w:r>
    </w:p>
    <w:p>
      <w:pPr>
        <w:pStyle w:val="ArticleScripture"/>
        <w:jc w:val="left"/>
      </w:pPr>
      <w:r>
        <w:rPr>
          <w:rFonts w:ascii="Times New Roman" w:hAnsi="Times New Roman" w:eastAsia="Times New Roman" w:cs="Times New Roman"/>
        </w:rPr>
        <w:t>“Yéen samay bokk, ndax dangeen di metital Xel mu Sell mi, ba tax mu dem? Ndax dangeen di téj bunt bi ci Kanam Musalkat bi ku barkeel bi, ndaxte ngeen waajaluwul ngir jëmmam? Ndax dangeen di bàyyi bàkkan yi ñu sànku te xamul dëgg gi, ndaxte bëgg ngeen seen noflaay lool ba bañ a gàddu yëngu-yaram bi Yeesu gàddu woon ngir yéen? Na nu xëy ci sunu nelaw. ‘Xeexleen seen bopp, te xool bu baax; ndaxte seeni noon, Seytaane, ni gaynde gu di roar, dafa wër di dox, di seet ku mu man a lekk.’” Review and Herald, 22 mars 1887.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Daaniyel — Téeméeri at ak Ñetti fukki benn</dc:title>
  <dc:subject>Ubbi làqu bu Yoon Wi waxoon: Boole xott yi diggante Peeñ gu Mujj ak dëgg-dëgg yi nu nekk léegi ci jamono jii</dc:subject>
  <dc:creator>Jeff Pippenger</dc:creator>
  <cp:keywords/>
  <dc:description>Generated by ArticleDigger from daniel\131_daniel.json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