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Téeméeri ak Ñaar-fukk ak Ñett-gannaaw bi</w:t>
      </w:r>
    </w:p>
    <w:p>
      <w:pPr>
        <w:pStyle w:val="ArticleSubtitle"/>
        <w:jc w:val="left"/>
      </w:pPr>
      <w:r>
        <w:rPr>
          <w:rFonts w:ascii="Arial" w:hAnsi="Arial" w:eastAsia="Arial" w:cs="Arial"/>
        </w:rPr>
        <w:t>Feeñal Solo Njàngatug Yóbbantey Ñaareel Nattu bi: Xam-xam ci Nataalu Rab wi ak Waxtu Tàggeelug 144,000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Ci mak yu wees yi, nu jëfandikoo waxtu ngir xamale melow yonent yi ci ñaareelu nattu ci ñetti nattu yi ñu teewal ci ñetti malaaka yi. Bëpp malaaka di teewal benn nattu bu xamle, te ñaareelu nattu bi ñu ko teewal ni nattu bu aju ci gis-gis. Nu xamale nañu ñetti malaaka yépp, te seen nattuy bopp itam ñu xamle na ko ci Daniel saar bu njëkk ba, fa ñaareelu nattu bi ci ñetti nattu ya tëddoon ci melow Daniel ak ñetti góor yu yéem ya gannaaw bi ñu lekkée lekk gu dëkk ci meññ, te du lekkug Babilon. Beneen melow ñaareelu nattu bi mooy ne, yu bari dafañu ko teewal ci benn nataal buy wone booloo Kërceen ak Nguur.</w:t>
      </w:r>
    </w:p>
    <w:p>
      <w:pPr>
        <w:pStyle w:val="ArticleBody"/>
        <w:jc w:val="left"/>
      </w:pPr>
      <w:r>
        <w:rPr>
          <w:rFonts w:ascii="Times New Roman" w:hAnsi="Times New Roman" w:eastAsia="Times New Roman" w:cs="Times New Roman"/>
        </w:rPr>
        <w:t>Ñetti malaaka yi ñett ak seeni nattu yu leen di ànd, dañu leen xamale ci daanu Baabel bu Nimrood bi nekk ci Génèse, saar fukk ak benn. Ñetti nattu yooyu, fee lañu leen tektale ak ñetti yoon yi ñuy jëfandikoo wax ju ne “nañu dem” ci aaya 3, 4 ak 7. Ñaareelu wax ju ne “nañu dem,” ci aaya 4, mooy màndarga nattu malaaka ñaareel bi.</w:t>
      </w:r>
    </w:p>
    <w:p>
      <w:pPr>
        <w:pStyle w:val="ArticleScripture"/>
        <w:jc w:val="left"/>
      </w:pPr>
      <w:r>
        <w:rPr>
          <w:rFonts w:ascii="Times New Roman" w:hAnsi="Times New Roman" w:eastAsia="Times New Roman" w:cs="Times New Roman"/>
        </w:rPr>
        <w:t>Noonu naan: «Ñëwal, nañ tabax sunu dëkk ak benn torre, ba mu yéeg ba ci asamaan; te nañ def sunu tur, ngir bañ nu tasaaroo ci kow suuf si bépp.» Génesis 11:4.</w:t>
      </w:r>
    </w:p>
    <w:p>
      <w:pPr>
        <w:pStyle w:val="ArticleBody"/>
        <w:jc w:val="left"/>
      </w:pPr>
      <w:r>
        <w:rPr>
          <w:rFonts w:ascii="Times New Roman" w:hAnsi="Times New Roman" w:eastAsia="Times New Roman" w:cs="Times New Roman"/>
        </w:rPr>
        <w:t>Dëkk wone na ab réew, te kër gu kawe gi wone na ab jaamu Yàlla. Ñoom itam bëgg nañu woon ab melokaan bu leer, ni ko seen bëgg-bëgg gu ñuy defe seen tur di wone. Ci ñaareelu nattu bi, melokaan day feeñ yu bari, te lii day am ci jëfandikoo ak jegeel ak benn melokaan bu juutoo ak moom, ni ko Cain ak Abel, janq yu xelu ak janq yu ñàkk xel di wone, walla ci ñaareelu nattu Daniel bi, ci melokaanu gis-gis bi nekk diggante ñi lekk woon lekku Babilon ak ñi lekk woon dugub rekk.</w:t>
      </w:r>
    </w:p>
    <w:p>
      <w:pPr>
        <w:pStyle w:val="ArticleScripture"/>
        <w:jc w:val="left"/>
      </w:pPr>
      <w:r>
        <w:rPr>
          <w:rFonts w:ascii="Times New Roman" w:hAnsi="Times New Roman" w:eastAsia="Times New Roman" w:cs="Times New Roman"/>
        </w:rPr>
        <w:t>Maa ngi lay ñaan, nanga natt sa jaamam yi fukki fan; te nañu nu may ñu lekk rekk ñam wu cosaan, te naan ndox. Gannaaw loolu, nañu xool sunuy kanam ci sa kanam, ak kanamu xale yi di lekk cërub buur bi; te ni nga ko gisee, nga def ak say jaamam. Noonu mu déggoo ak ñoom ci mbir moomu, te mu natt leen fukki fan. Ba fukki fan ya matoo, seen kanam feeñ na gën a rafet te gën a woyof ci yaram, ñeel xale yépp yi doon lekk cërub buur bi. Daniel 2:12–15.</w:t>
      </w:r>
    </w:p>
    <w:p>
      <w:pPr>
        <w:pStyle w:val="ArticleBody"/>
        <w:jc w:val="left"/>
      </w:pPr>
      <w:r>
        <w:rPr>
          <w:rFonts w:ascii="Times New Roman" w:hAnsi="Times New Roman" w:eastAsia="Times New Roman" w:cs="Times New Roman"/>
        </w:rPr>
        <w:t>Ci mboolem Millérite bi, nattu malaaka ñaareelu bi feeñal na ñaari xeetu jaamu-kat. Xeetu gi jéggiul nattu boobu nekk na doom yi Room; waaye beneen xeetu bi mooy ñi takku, ñiy topp leer guy yokku ba tey. Doom yi Room di won melokaanu waxu yonent bu yaay bi am, te yaay ji ñu doon ay doomam moom lañu xam ni mooy ndeyi jigéen ñi di njaaloo. Ci waxu yonent, jigéen ju di njaaloo mooy kanam gu dugg ci jëfandikoo ak réew mi, ni melokaanu nataalu pàppaas bi.</w:t>
      </w:r>
    </w:p>
    <w:p>
      <w:pPr>
        <w:pStyle w:val="ArticleBody"/>
        <w:jc w:val="left"/>
      </w:pPr>
      <w:r>
        <w:rPr>
          <w:rFonts w:ascii="Times New Roman" w:hAnsi="Times New Roman" w:eastAsia="Times New Roman" w:cs="Times New Roman"/>
        </w:rPr>
        <w:t>Kiiru ñaata yi ci Kërgug Yàlla te nekk ci tereb Peeñu ya, sareet bu njëkk bi ci ñetteelu aaya 14, dafa yor ñetti natt yi yépp yu benn ku nekk ci ñetti malaaka yi, ni ko Daniel saare 1 itam defe. Ci Daniel 12 itam, ndigalug natt gu ñetti jéego gi dañu ko xamle, ba tax ndigalug natt gu ñetti jéego gi nekk na ci njëlbéen ak ci mujju téereb Daniel.</w:t>
      </w:r>
    </w:p>
    <w:p>
      <w:pPr>
        <w:pStyle w:val="ArticleScripture"/>
        <w:jc w:val="left"/>
      </w:pPr>
      <w:r>
        <w:rPr>
          <w:rFonts w:ascii="Times New Roman" w:hAnsi="Times New Roman" w:eastAsia="Times New Roman" w:cs="Times New Roman"/>
        </w:rPr>
        <w:t>Ñu bare dinañu leen setal, te sellal leen ba weex, te jéggal leen ci nattu; waaye ñu bon ñi dinañu def lu bon; te kenn ci ñu bon ñi du ko xam; waaye ñu xel mu leer ñi dinañu ko xam. Daniel 12:10.</w:t>
      </w:r>
    </w:p>
    <w:p>
      <w:pPr>
        <w:pStyle w:val="ArticleBody"/>
        <w:jc w:val="left"/>
      </w:pPr>
      <w:r>
        <w:rPr>
          <w:rFonts w:ascii="Times New Roman" w:hAnsi="Times New Roman" w:eastAsia="Times New Roman" w:cs="Times New Roman"/>
        </w:rPr>
        <w:t>Nattu bu njëkk ci benn-fukki ay jàngat mooy setal gi am ci kër gu yaatu gi ci kërug sell gi, fa ñu rey xar mi te ñu jox bàkkaar kat gi njubte gu ñu ko jàppal. Ñaareelu nattu bi ci benn-fukki ay jàngat mooy neesal ko ba mu weex, te loolu moom mi ngi tegtal barab bu sell bi ci kërug sell gi, te muy wone jamono ji ñuy jox gëmkat bi sellal. Ñetteelu jéego bi mooy nees ko nattu, te loolu di tegtal àtteb Barab bu Gëna Sell bi, fa nit ñi Yàlla di moomeel ñu tëj, te ndamalu màggat gi mat. Ñaari xeetu ñiy jaamu ñi dees leen tegtal ci ñi bon ñi xamuwu, ak ñi xarañ ñi xam.</w:t>
      </w:r>
    </w:p>
    <w:p>
      <w:pPr>
        <w:pStyle w:val="ArticleBody"/>
        <w:jc w:val="left"/>
      </w:pPr>
      <w:r>
        <w:rPr>
          <w:rFonts w:ascii="Times New Roman" w:hAnsi="Times New Roman" w:eastAsia="Times New Roman" w:cs="Times New Roman"/>
        </w:rPr>
        <w:t>Natte gu ñaareel bi, bi ñu tektal ay yoon yu bare ci Kàddu bu sell bi, mooy tektal nattu gu ñuy gis, fa ñaari xeeti way-jaamu di feeñ, te booleb Kërce ak Réew di fa mel ni lu ñu màndargaal. Lu noonu bokk solo mooy ne, benn ci jikko yi gëna mag ci natte gu ñaareel bi mooy ne dafa jiitu natte gu ñetteel bi, te natte gu ñetteel bi mooy tektal àtte. Waaye am na ab wàll wu war a xam ci àtteb natte gu ñetteel bi, ndaxte benn ku nekk ci ñetti natte yi dafa ëmb àtte, waaye ñaari natte yu njëkk yi dañu leen teg ci ab jaar-jaar bu tax yokkute jikko man a am. Natte gu ñetteel bi nag wuute na, ci li mu doon ab natteb seede bu wax ci kanam, buy rekk xamle ban xeeti way-jaamu nga doonoon ci ñaari jéego yi jiitu ci yoonu natte bi.</w:t>
      </w:r>
    </w:p>
    <w:p>
      <w:pPr>
        <w:pStyle w:val="ArticleBody"/>
        <w:jc w:val="left"/>
      </w:pPr>
      <w:r>
        <w:rPr>
          <w:rFonts w:ascii="Times New Roman" w:hAnsi="Times New Roman" w:eastAsia="Times New Roman" w:cs="Times New Roman"/>
        </w:rPr>
        <w:t>Ci jamono tëj gaññi junni ak ñaar-fukk ak ñeent junni, mi tambalee 11 Suwelet 2001 te muy jeex ci yoonu Dibeer bi ci Etats-Unis, am na ñetti nattu. Nattu bu njëkk bi mooy bi malaaka bi wàccee 11 Suwelet 2001, te ci déggoo ak malaaka bi wàccewoon ci taarixu Millerite 11 Ut 1840, kon nattu boobu mooy nattu ci wetu lekk. Ci saar bi njëkk bu Daniel, nattu bu njëkk bi mooy bi Daniel dogalee ci xolam ne du lekk dundub buur bi. Bi Xel mu Sell mi wàccee ca sóobu Kirist, te mu ko toppooor ak woru ñeent-fukk fan, nattuam bu njëkk bi mooy lekk.</w:t>
      </w:r>
    </w:p>
    <w:p>
      <w:pPr>
        <w:pStyle w:val="ArticleBody"/>
        <w:jc w:val="left"/>
      </w:pPr>
      <w:r>
        <w:rPr>
          <w:rFonts w:ascii="Times New Roman" w:hAnsi="Times New Roman" w:eastAsia="Times New Roman" w:cs="Times New Roman"/>
        </w:rPr>
        <w:t>Nattu ñetteel te mujj ci jamono njagale ñaari téeméer ak ñeent fukk ak ñeent junni nit, mooy yoonu Dibeer. Ca jamono jooju, ñépp ñi am xam-xam ci liy laaj Noflaay bëccëg juróom-ñaareel bi, te tann jaamu ca bëccëgu jant ba, dinañu jot màndargayu rab wi, te dañu sànku ba fàww. Gannaaw ñetti at, ci saaru Daniel benn, Daniel ak ñetti góor yu am ngor yañu leen indi kanam Nebukadnesar (misaalu yoonu Dibeer), ngir ñu àtte seen njàngum njàngale mi ñu jaaroon ci ñetti at yi weesu. Ba Baay bi ak Doom ji wàccee ci nettalib Nimrood bu jëm ci fippu, ca ñetteelu “demleen” ba, moo doon ngir jaxas seen làkk te tas leen ci suuf sépp. Nattu ñetteel bi mooy nattu gu wóor gi buy xàj ñaari xeet yi ba fàww.</w:t>
      </w:r>
    </w:p>
    <w:p>
      <w:pPr>
        <w:pStyle w:val="ArticleScripture"/>
        <w:jc w:val="left"/>
      </w:pPr>
      <w:r>
        <w:rPr>
          <w:rFonts w:ascii="Times New Roman" w:hAnsi="Times New Roman" w:eastAsia="Times New Roman" w:cs="Times New Roman"/>
        </w:rPr>
        <w:t>“Léeb cii mbind mi ak léeb cii mbaal mi, ñoom ñaar, dañuy jàngale bu leer ne amul jamono ju ñépp ñi bon di dellu ci Yàlla. Pepp mi ak ñax mu bon mi, dañuy màggandoo ba bésu ngóob ga. Jën yu baax yi ak jën yu bon yi, dañu leen boolee génne ci tefes gi ngir kennale gu mujj ga.”</w:t>
      </w:r>
    </w:p>
    <w:p>
      <w:pPr>
        <w:pStyle w:val="ArticleScripture"/>
        <w:jc w:val="left"/>
      </w:pPr>
      <w:r>
        <w:rPr>
          <w:rFonts w:ascii="Times New Roman" w:hAnsi="Times New Roman" w:eastAsia="Times New Roman" w:cs="Times New Roman"/>
        </w:rPr>
        <w:t>“Yeneen yoon itam, léeb yii di jàngale ne kenn du amati waxtu jotaat gannaaw àtte bi. Bu liggéeyu xebaar bu baax bi matalee, booba saa si topp ci teqale gi nekk diggante ñi baax ak ñi bon, te njubteb wàll wu nekk daldi sax ba fàww.” Christ’s Object Lessons, 123.</w:t>
      </w:r>
    </w:p>
    <w:p>
      <w:pPr>
        <w:pStyle w:val="ArticleBody"/>
        <w:jc w:val="left"/>
      </w:pPr>
      <w:r>
        <w:rPr>
          <w:rFonts w:ascii="Times New Roman" w:hAnsi="Times New Roman" w:eastAsia="Times New Roman" w:cs="Times New Roman"/>
        </w:rPr>
        <w:t>Jamono tëjare gi ciir ak ñeent fukk ak ñeent junniy nit ñi di jeex ci yoonu Dibeeri bés bu ndaw, te diggante nattu bu ñetteel boobu ak nattu bu njëkk bi ñëw ci fanweeru Sàttumbar 11, 2001, nattu bu ñaareel bi dañuy ko wàcci ci Aduwantis mu Laodise. Amul “waxtu xéewal gannaaw àtte,” ndax liggéeyu xibaar bu baax bi booba mat na ngir ciir ak ñeent fukk ak ñeent junniy nit ñi.</w:t>
      </w:r>
    </w:p>
    <w:p>
      <w:pPr>
        <w:pStyle w:val="ArticleBody"/>
        <w:jc w:val="left"/>
      </w:pPr>
      <w:r>
        <w:rPr>
          <w:rFonts w:ascii="Times New Roman" w:hAnsi="Times New Roman" w:eastAsia="Times New Roman" w:cs="Times New Roman"/>
        </w:rPr>
        <w:t>Rakku White jàngale na ci ay bérab yu bari ne su nu dul jàll nattu bu njëkk bi, kon du nu man a jàll ñaareelu nattu bi, te su nu bañee jàll ñaareelu nattu bi ak ndam, dina nu feeñal sunu lajj ci ñetteelu nattu bi, miy nattu bu gën a wone dëgg.</w:t>
      </w:r>
    </w:p>
    <w:p>
      <w:pPr>
        <w:pStyle w:val="ArticleScripture"/>
        <w:jc w:val="left"/>
      </w:pPr>
      <w:r>
        <w:rPr>
          <w:rFonts w:ascii="Times New Roman" w:hAnsi="Times New Roman" w:eastAsia="Times New Roman" w:cs="Times New Roman"/>
        </w:rPr>
        <w:t>“Ñu joxe ma delloo ci yégle ba ñëw gu njëkkug Almasi bi. Yaxya dañu ko yónnee ak xel ak kàttanu Ilyaas ngir waajal yoonu Yeesu. Ñi bañ seede Yaxya, jàngale yi Yeesu jàngale woon jariñu leen dara. Seen aay ci yégle gi doon waxe mbaatam, tax na ñu nekk fa ñu mënul woon a nangu bu gaaw dalil yu gën a wér ne mooy Almasi bi. Seytaane jiite na ñi bañ bataaxalu Yaxya ba ñu demati gën ca kanam, ba bañ Almasi te daaj ko ca bant ba. Ci lii ñu def, ñu teg seen bopp fa ñu mënul woon a jot ci barkeb bésu Pentekot, gi leen waroon a jàngale yoon wi jëm ci kër Yàlla ga nekk asamaan. Xotti reedo kër Yàlla ga won na ne saraxi Yawut ya ak seeni dogal deesu leen nangutati. Sarax bu mag bi joxeef na ko, te nangu nañu ko, te Xelum Sell mi wàccewoon bésu Pentekot, yóbbu na xelu taalibe ya dëkkaleko ci kër Yàlla gu suuf, dem ci kër Yàlla ga nekk asamaan, fa Yeesu dugge woon ak deretam boppam, ngir tuur ci taalibeem yi njariñi njubbaleem. Waaye Yawut ya des nañu ci lëndëm gu mat sëkk. Ñu sànni lépp lu leer lu ñu manoon a am ci pexe njàmu Yàlla, te ñu sax di wéeru ci seeni sarax ak seeni sarax-jébbal yu amul njariñ. Kër Yàlla ga nekk asamaan jël na berabu ga suuf, waaye xam-xam bu ñu amul woon ci coppite boobu. Moo tax ñu manul woon a jot njariñ ci rameelu Almasi ci bérabu sell ba.</w:t>
      </w:r>
    </w:p>
    <w:p>
      <w:pPr>
        <w:pStyle w:val="ArticleScripture"/>
        <w:jc w:val="left"/>
      </w:pPr>
      <w:r>
        <w:rPr>
          <w:rFonts w:ascii="Times New Roman" w:hAnsi="Times New Roman" w:eastAsia="Times New Roman" w:cs="Times New Roman"/>
        </w:rPr>
        <w:t>«Ñu bare di xool ak tiit yoonu Yawut ya ci seen bañ ak daajale Kirist; te bu ñuy jàng jaar-jaaru toroxam gu réy, dañuy foog ne dañu ko bëgg, te suñu woon ci jamonoy boobu duñu ko weddi ni Piyeer defee, mbaa daajale ko ni Yawut ya defee. Waaye Yàlla miy jàng xol yu ñépp, jébbal na ci nattale mbëggeel boobu ci Yeesu bi ñu doon wax ne dañu ko am. Asamaan bépp doon seetaan ak yéene gu xóot noflaayu yëgleb malaaka bu njëkk bi. Waaye ñu bare ci ñi doon wax ne dañu bëgg Yeesu, te di jooy bu ñuy jàng nettali bant ba, ñoo ree xibaar bu baax bi ci ay dikkam. Fa ñu war a nangu yëgle bi ak mbégte, ñu wax ne nax la. Ñu bañ ñi bëgg nguuram, te génne leen ci mbooloy ngëm yi. Ñi bañ yëgleb bu njëkk bi, mënuñu a jariñoo ak ñaareel bi; noonu itam jariñuñu woon ak xaacu guddi gi, bi waroon a waajal seen xol ngir ñu dugg ak Yeesu ci ngëm ba ca bérab bu gëna sell ba ci kër Yàlla ga nekk ci asamaan. Te gannaaw bañ nañu ñaari yëgle yi jiitu, lëndëmal nañu seen xam-xam ba ñu mënatul a gis leer gu nekk ci yëgleb malaaka bu ñetteel bi, biy won yoon wi jëm ca bérab bu gëna sell ba. Gis naa ne ni Yawut ya daajalee Yeesu, noonu la kërkati ngëm yu tudd rekk daajalee yëgle yii; moo tax xamuñu yoon wi jëm ca bérab bu gëna sell ba, te mënuñu a jariñoo ak rammu Yeesu fa. Ni Yawut ya, yi doon jébbale seen sarax yu amul njariñ, noonu lañuy yékkati seen ñaan yu amul njariñ jëm ca néeg ba Yeesu bàyyi; te Seytaane, bi mu béggee nax wi, dafay sol melokaanu diine, di gindi xelu nit ñiy wax ne Kiristen lañu jëm ci moom, di liggéey ak dooleem, ak ay firndeem, ak ay kéemaan yu fen, ngir takkal leen bu baax ci saafaraam.» Early Writings, 259–261.</w:t>
      </w:r>
    </w:p>
    <w:p>
      <w:pPr>
        <w:pStyle w:val="ArticleBody"/>
        <w:jc w:val="left"/>
      </w:pPr>
      <w:r>
        <w:rPr>
          <w:rFonts w:ascii="Times New Roman" w:hAnsi="Times New Roman" w:eastAsia="Times New Roman" w:cs="Times New Roman"/>
        </w:rPr>
        <w:t>Su fekkulnu ndigal waare bi ñu tekki ci 11 Suweñe 2001, kon bu Yoonu Dibeer bi agsee, dunu ci ñàkk a nangu, su fekkee ne nu ngi yëkku ba tey. Waaye noonu nag, nattu bi nu di dogale fateem su dul sax ba fàww, ak nattu bi war a jàll ngir ñu tëj nu ci màndargay Yoonu Dibeer bi, te mooy it nattu bi war a jàll bala jamonooy xéewël bi tëj, mooy ñaareelu nattu bi, te mooy nattu nataalu rab wi.</w:t>
      </w:r>
    </w:p>
    <w:p>
      <w:pPr>
        <w:pStyle w:val="ArticleScripture"/>
        <w:jc w:val="left"/>
      </w:pPr>
      <w:r>
        <w:rPr>
          <w:rFonts w:ascii="Times New Roman" w:hAnsi="Times New Roman" w:eastAsia="Times New Roman" w:cs="Times New Roman"/>
        </w:rPr>
        <w:t>“Boroom bi won na ma bu leer ne nataalu rab wi dinañu ko sos bala yoon wa tëj; ndaxte mooy di nattu gu mag gi ñeel nit ñi Yàlla, te ci moom lañuy dogal seen àtteb ba fàww. Sa taxawaay dafa mel ni jaxasoo gu bare ay juuyoo, ba ñu néew rekk a koy wor.”</w:t>
      </w:r>
    </w:p>
    <w:p>
      <w:pPr>
        <w:pStyle w:val="ArticleScripture"/>
        <w:jc w:val="left"/>
      </w:pPr>
      <w:r>
        <w:rPr>
          <w:rFonts w:ascii="Times New Roman" w:hAnsi="Times New Roman" w:eastAsia="Times New Roman" w:cs="Times New Roman"/>
        </w:rPr>
        <w:t>“Ci térébii Bindu Yàlla 13, wàllu bii feeñ na bu leer; [Bindu Yàlla 13:11–17, ñu wax ko].”</w:t>
      </w:r>
    </w:p>
    <w:p>
      <w:pPr>
        <w:pStyle w:val="ArticleScripture"/>
        <w:jc w:val="left"/>
      </w:pPr>
      <w:r>
        <w:rPr>
          <w:rFonts w:ascii="Times New Roman" w:hAnsi="Times New Roman" w:eastAsia="Times New Roman" w:cs="Times New Roman"/>
        </w:rPr>
        <w:t>“Lii mooy nattu bi nit ñi Yàlla war a am balaa ñu tëj leen ak ràññee. Ñépp ñi wone seen takku ci Yàlla ci sàmm yoonam, te bañ a nangu ab sabbaat bu dul dëgg, dinañu taxaw ci suufal ndajem Boroom bi, Yàlla Yehowa, te dinañu jot ràññee Yàlla miy Dund. Waaye ñi bàyyi dëgg gi jóge asamaan te nangu sabbaatu Dibeer, dinañu jot marka rabu bi.” Manuscript Releases, volume 15, 15.</w:t>
      </w:r>
    </w:p>
    <w:p>
      <w:pPr>
        <w:pStyle w:val="ArticleBody"/>
        <w:jc w:val="left"/>
      </w:pPr>
      <w:r>
        <w:rPr>
          <w:rFonts w:ascii="Times New Roman" w:hAnsi="Times New Roman" w:eastAsia="Times New Roman" w:cs="Times New Roman"/>
        </w:rPr>
        <w:t>Ñaareelu ñaareel ci jamono ji ñuy tëjalee ak téerey benneefuk-ñeent-fuk ak ñeent junni mooy nattu gis-gis bu yonent. Mu laaj ngir nangu melokaanu sosu nataalu rab wi ci États-Unis, te nattu boobu maneesu ko feeñal lu dul jaarale ko ci Kàddu yonent yu Yàlla. Loolu yokku na ci ne, Kàddu yonent yu Yàlla duñu ko xam ludul ñi tànn di lekk yëgle bu tawub mujj bi, bi ñu tegtal ni mooy yoonu “rëdd ci kaw rëdd.” Su nu bañee lekk yëgle bi nekk ci loxob malaaka bu am doole bi ci Pexe mu Revelasioŋ fukki juróom-ñeent bu mu wàcce, du nu am kàttan gu nu man a xàmme sosu nataalu rab wi.</w:t>
      </w:r>
    </w:p>
    <w:p>
      <w:pPr>
        <w:pStyle w:val="ArticleBody"/>
        <w:jc w:val="left"/>
      </w:pPr>
      <w:r>
        <w:rPr>
          <w:rFonts w:ascii="Times New Roman" w:hAnsi="Times New Roman" w:eastAsia="Times New Roman" w:cs="Times New Roman"/>
        </w:rPr>
        <w:t>Ngir lekk ci bataaxal bi ci loxou malaaka bi, dafa wara nekk ne taalibey waxi yonent yi man na gis ne malaaka bi am na bataaxal ci loxoom. Bu malaaka bu mag bi ci Apocalipse ñaar-fukk ak juróom-ñett wàccee, aaya bi waxul dara ci lu nekk ci loxoom; waaye yoonu line upon line di tabax ci kaw ay seede yu bare ne saa yu malaaka yi di wàcce, am na ñu bataaxal ci seen loxo. Ñi bañ yoonu line upon line, gumb lañu ci bataaxal bi miy joxe firnde bi ne nataalu rab wu àll bi mi ngi sosu ci États-Unis. Loolu war nañu ko xam ndaxte sunu dogal bu baaxeesul ba fàww mooy aju ci nangu dëgg gii. Line upon line, Sister White di jàngale melokaan yu yonent yi ci malaaka bu jëkk bi ak noonu itam muy jàppale ne noonu lañu bokk ak melokaan yu malaaka bu mag bi ci Apocalipse saar wi ñaar-fukk ak juróom-ñett.</w:t>
      </w:r>
    </w:p>
    <w:p>
      <w:pPr>
        <w:pStyle w:val="ArticleScripture"/>
        <w:jc w:val="left"/>
      </w:pPr>
      <w:r>
        <w:rPr>
          <w:rFonts w:ascii="Times New Roman" w:hAnsi="Times New Roman" w:eastAsia="Times New Roman" w:cs="Times New Roman"/>
        </w:rPr>
        <w:t>“Ñu won ma ne asamaan gépp dafa am yéene bu réy ci liggéey bi doon am ci suuf si. Yeesu sant malaaka mu màgg, mu wàcc ngir artu waa suuf si, ngir ñu waajaloo ngir Ñaareel Ñëwëmam. Bi malaaka ma génnee ci kanamu Yeesu ci asamaan, leer gu xelal te tedd lool doon jiitu ko. Ñu wax ma ne ndawam mooy leeral suuf si ak ndamam te artu nit ki ci merum Yàlla miy ñëw. Mbooloo yu bare jàpp nañu leer ga. Yenn ci ñoom daan nañu mel ni ñu fees ak ragal ak seetaan bu tar, waaye ñeneen dañoo bég te nekk ci mbégte mu xumb. Ñépp ñi jàpp leer ga, dañu jubal seen kanam jëm asamaan te màggal Yàlla. Doonte saxeesoon na ci ñépp, yenn ci ñoom dugg rekk ci ay dooley, waaye jàppu wuñu ko ak seen xol bépp. Ñu bare fees nañu ak mer mu réy. Saraxalekat yi ak nit ñi bokk nañu ak ñi bon, te taxaw bu baax ngir weddi leer ga malaaka mu màgg ma tasoon. Waaye ñépp ñi jàpp ko, dañu génn ci àddina si te booloo bu jëkk ak ku nekk ci seen biir.”</w:t>
      </w:r>
    </w:p>
    <w:p>
      <w:pPr>
        <w:pStyle w:val="ArticleScripture"/>
        <w:jc w:val="left"/>
      </w:pPr>
      <w:r>
        <w:rPr>
          <w:rFonts w:ascii="Times New Roman" w:hAnsi="Times New Roman" w:eastAsia="Times New Roman" w:cs="Times New Roman"/>
        </w:rPr>
        <w:t>“Seetaan ak ay malaakaam dañoo nekkoon ci liggéey gu baax-bu metti ngir wut a jëfandikoo yéene yi ngir yóbbu xel yu baree-baree soree ak leer gi. Kurél gi ko bañoon, bayyi nañu leen ci lëndëm. Gis naa malaakatu Yàlla di wottu ak interest bu gën a xóot nit ñi tudd ay nitam, ngir bind jikko ji ñuy wone, ba bataaxal bi jóge ci asamaan di ñu ko jox. Te bi ñu bare ci ñi tudd ne dañuy bëgg Yeesu dëddoo bataaxal bu asamaan bi ak xeeb, ñaawal, ak bañ gu metti, malaaka bu yor ab kayit buñu bind ci nekk jël na bind jëf ju ruslooju. Asamaan bépp fees na ak mer gu metti ndaxte Yeesu dañu ko toroxale noonu ci ay toppkatam yu tudd ne ay yam.” Early Writings, 245, 246.</w:t>
      </w:r>
    </w:p>
    <w:p>
      <w:pPr>
        <w:pStyle w:val="ArticleBody"/>
        <w:jc w:val="left"/>
      </w:pPr>
      <w:r>
        <w:rPr>
          <w:rFonts w:ascii="Times New Roman" w:hAnsi="Times New Roman" w:eastAsia="Times New Roman" w:cs="Times New Roman"/>
        </w:rPr>
        <w:t>Ci ndaw mi, njëkk malaakam Kàddug Yàlla ci Pexeerat saar fukk ak ñeent bi, “santoon nañu ko” “mu wàcc te artu way dëkk suuf si ngir ñu waajaloo ngir ñaareel dikkam”, te loolu mooy benn liggéey bi malaakam Pexeerat saar fukk ak juróom ñett bi itam def. Yónniinu njëkk malaaka ma mooyoon “leerloo suuf si ak ndamam te artu nit ki ci merum Yàlla mi di ñëw,” te loolu itam mooyaat yónniinu malaakam saar fukk ak juróom ñett bi. Ñi nangu woon ndigël li “màggal Yàlla,” waaye ñi bañ a nangu ndigël li “bayyi nañu leen ci lëndëm gu mat sëkk.”</w:t>
      </w:r>
    </w:p>
    <w:p>
      <w:pPr>
        <w:pStyle w:val="ArticleBody"/>
        <w:jc w:val="left"/>
      </w:pPr>
      <w:r>
        <w:rPr>
          <w:rFonts w:ascii="Times New Roman" w:hAnsi="Times New Roman" w:eastAsia="Times New Roman" w:cs="Times New Roman"/>
        </w:rPr>
        <w:t>Danyeel ak ñetti nit ña ñu tedd teeru yi tànn nañu lekk dund gu asamaan, te mboolem kuréel gu des yaa ngi lekk dund gu Bàbbilón. Ci mujjeem “nattu gis-gis” bu fukki fan, Danyeel ak ay àndandoom teral nañu Yàlla ndaxte seen kanam yi feeñoon nañu ne ñoo gëna yem te gëna rafet ñi lekk dund gu Bàbbilón. Yëgleb malaaka bu njëkk bi nekk ci Apokalips saar fukk ak ñeent, moo tegtal ñatti nattu yooyu yépp ci anam wi muy xamle xebaar bu baax bu sax. Nattu bu njëkk bi mooy ragal Yàlla; ñaareel bi mooy jox Ko ndam; te ñetteel nattu bi mooy bi waxtu àtte baa ñëwee. Ñi jël téere bu tuuti ba nekk ci loxob malaaka bu njëkk bi te lekk ko, ni Yowaana melale ko ci saar fukk, ñoom teral nañu Yàlla ci nattu bu ñaareel bi, te ci kaw loolu ñu nekkoon waajal ngir dugg ci àtteb Nebukadnesar. Ci rëdd ak rëdd, nattu bu njëkk bi ci 11 Sàttumbar 2001 mooy lekk téere bu tuuti ba nekkoon ci loxob malaaka bu am doole bi. Nattu boobu indi na nattu bi ci topp, fa ñaari xeeti jaamu-kat war a feeñ balaa nattu mujj mi di natt bu gën a leer, mi dafa won rekk xarakter bu ñu teral walla xarakter bu fees ak lëndëm.</w:t>
      </w:r>
    </w:p>
    <w:p>
      <w:pPr>
        <w:pStyle w:val="ArticleBody"/>
        <w:jc w:val="left"/>
      </w:pPr>
      <w:r>
        <w:rPr>
          <w:rFonts w:ascii="Times New Roman" w:hAnsi="Times New Roman" w:eastAsia="Times New Roman" w:cs="Times New Roman"/>
        </w:rPr>
        <w:t>Waxtu màndarga ñetti junni ak ñeent-fukk ak ñeent-benn ñaar-fukk ak ñeent junni ñatti-ñaari junni ak ñeent-fukk ak ñeent-benn ñaar-fukk mooy jaar-jaaru 11 Suwe 2001 ba ca yoonu Dibeer bu bëgg a ñëw ga ci Etaa Sini. Ci jaar-jaar boobu, léebu fukki janq yi dina dellu te mat sëkk ba ca benn araf. Kon nag loolu dafay xamle ne itam jaar-jaaru yonent bu Habakkuk ñaareel bi dina dellu te mat sëkk ba ca benn araf. Te itam dafay tekki ne diirub màndargaalug junni ak ñeent-fukk ak ñeent-benn ñaar-fukk mooy diir bi doxalug bépp gis-gis gu yonent di dellu te mat sëkk ba ca benn araf.</w:t>
      </w:r>
    </w:p>
    <w:p>
      <w:pPr>
        <w:pStyle w:val="ArticleBody"/>
        <w:jc w:val="left"/>
      </w:pPr>
      <w:r>
        <w:rPr>
          <w:rFonts w:ascii="Times New Roman" w:hAnsi="Times New Roman" w:eastAsia="Times New Roman" w:cs="Times New Roman"/>
        </w:rPr>
        <w:t>Ñaari Daniel, sare fukki ak benn, wax ji ci aaya ñeent-fukk bi am na ubbiñe ca waxtu mujj ga ci atum 1989. Aaya bi tambalee na ak waxtu mujj ga ci 1798, te mu jeex ci tektal waxtu mujj ga ci 1989. Rëdd ci kaw rëdd, waxtu mujj ga ci 1798 méngoo na ak waxtu mujj ga ci 1989. Jaar-jaaru aaya ñeent-fukk bi, di tàmbalee ci 1798, te di wéy ba ci yoonu Dibéer bi ci aaya ñeent-fukk ak benn, moo teewal jaar-jaaru rab wu suuf wi (Etazini) ni mu nekk buuru yu juroom-benni ci yëgleb Biibël. Ñaari baxi rab wu suuf wi, mooy Réewum-bokk ak Protestantis, dañu leen teewal ak ñaari waxtu yu mujj ya.</w:t>
      </w:r>
    </w:p>
    <w:p>
      <w:pPr>
        <w:pStyle w:val="ArticleBody"/>
        <w:jc w:val="left"/>
      </w:pPr>
      <w:r>
        <w:rPr>
          <w:rFonts w:ascii="Times New Roman" w:hAnsi="Times New Roman" w:eastAsia="Times New Roman" w:cs="Times New Roman"/>
        </w:rPr>
        <w:t>Ci jamono biir bu téereek yuñóo ñeent-fukk ak ñeent junni nit ñi, bënn gépp bu Protestaaŋ bi dina jur ñaari xeetu way jaamu ci ñaareelu nattu bi ci ñetti nattu yi nekk ci biir waxtu woowu. Benn xeet dina yokkose nataalu Kirist, te baneen xeet dina yokkose nataalu rab wi. Ci jamono nattu boobu, bënn gépp bu Republikaan bi dina boole ak bënn gépp bu Protestaaŋ bu daanu, te ñuy sos nataalu rab wi, ndaxte ca jamono jooju, kër yu jaamu yu Protestaaŋ yi dinañu jël saytu nguurug réew mi. Waxtu woowu la bépp peeñu ci Kàddu Yàlla di tegtal, ndaxte fii la buum yi nekk ci “téere yi ci Biibël bi, daje ba jeex.”</w:t>
      </w:r>
    </w:p>
    <w:p>
      <w:pPr>
        <w:pStyle w:val="ArticleBody"/>
        <w:jc w:val="left"/>
      </w:pPr>
      <w:r>
        <w:rPr>
          <w:rFonts w:ascii="Times New Roman" w:hAnsi="Times New Roman" w:eastAsia="Times New Roman" w:cs="Times New Roman"/>
        </w:rPr>
        <w:t>Ñaareelu ñaareel bi ci taarix boobu mooy nattub xaritu rab wi, ci biir ngir janq yi, te ci biti it ngir politig yi ci ñaari pàrti politig yu juuyoo. Nattu boobu mooy nattu bi nu war a jàll “bala xàttug yoon jëf si tëjjee” ci yoonu Dibeer bi di ñëw léegi. Nattu boobu mooy nattu bi nu jàll “bala ñu nu màndargaal.” Nattu boobu mooy nattu bi “sunuy dogalu ba fàww di fay dogu.”</w:t>
      </w:r>
    </w:p>
    <w:p>
      <w:pPr>
        <w:pStyle w:val="ArticleBody"/>
        <w:jc w:val="left"/>
      </w:pPr>
      <w:r>
        <w:rPr>
          <w:rFonts w:ascii="Times New Roman" w:hAnsi="Times New Roman" w:eastAsia="Times New Roman" w:cs="Times New Roman"/>
        </w:rPr>
        <w:t>Danu yokk li ci topp ci bineen mbind mi.</w:t>
      </w:r>
    </w:p>
    <w:p>
      <w:pPr>
        <w:pStyle w:val="ArticleScripture"/>
        <w:jc w:val="left"/>
      </w:pPr>
      <w:r>
        <w:rPr>
          <w:rFonts w:ascii="Times New Roman" w:hAnsi="Times New Roman" w:eastAsia="Times New Roman" w:cs="Times New Roman"/>
        </w:rPr>
        <w:t>“Beneen malaaka bu am doole digalees na ko mu wàcc ci suuf. Yeesu jox na ko mbind mi ci loxoom, te bi mu agsee ci suuf, mu wax ak baat bu kawe ne: ‘Babilon daanu na, daanu na.’ Noonu gis naa ne ñi dégglu woon, bañ a am lañu yaakaar, dellu nañu yékkati seen bët yi jëm ci asamaan, di xool ak ngëm ak yaakaar ngir feeñug seen Boroom. Waaye ñu bare mel ni dañuy des ci xaalisug ñakk xel, mel ni nit ku nelaw; teewul man a gis ci seen kanam mandargay naqar wu xóot. Ñi dégglu woon te yàquseen yaakaar, gis nañu ci Mbind mi ne dañoo nekk ci jamonoy yéex bi, te war nañu muñ ak patience ba peeñ mi mat. Benn firnde bi leen yonnee woon ngir xaar seen Boroom ci atum 1843, moom itam tax na ñu yaakaar ko ci 1844. Waaye gis naa ne ñi ëpp ci ñoom amuñu woon doole jooju moo màndargaale woon seen ngëm ci 1843. Seen tiisug ñàkk yaakaar seddal na seen ngëm....”</w:t>
      </w:r>
    </w:p>
    <w:p>
      <w:pPr>
        <w:pStyle w:val="ArticleScripture"/>
        <w:jc w:val="left"/>
      </w:pPr>
      <w:r>
        <w:rPr>
          <w:rFonts w:ascii="Times New Roman" w:hAnsi="Times New Roman" w:eastAsia="Times New Roman" w:cs="Times New Roman"/>
        </w:rPr>
        <w:t>«Bi liggéeyu Yeesu jeexee ci béer bu sell bi, te Mu dugg ci Kawe ga gën a Sell, ba taxaw kanam gaal gi yor yoonu Yàlla, Mu yónnee beneen malaaka bu am kàttan ak ñetteelu yégle ci àddina si. Ñu def ay mbind ci loxob malaaka bi, te ba mu wàcce ci suuf ak doole ak màggat, mu yégle njàngat bu ragal, ànd ak xutba bu gën a metti ga nit mas a yebal. Baatu yégle bii, ñu ko jagleel ngir tax doomi Yàlla yi sàmm seen bopp, ndaxte mu won leen waxtu nattu ak tiis bi nekk ci seen kanam. Malaaka bi ne: “Dees na leen dugal ci xeex bu tar ak rab wi ak nataalam. Seen benn yaakaaru dund gu dul jeex mooy ñu sax ci ngëm. Doonte seen bakan nekk ci laaj, war nañu tëye dëgg gi.” Ñetteelu malaaka bi tëj ay waxam noonu: “Fii la muñu gaayi Yàlla ya nekk; fii la ñi di sàmm ndigali Yàlla ak ngëmu Yeesu nekk.” Bi mu delloo wax yii, mu jox xalaat ci kër Yàlla ga nekk ci asamaan. Xel yiy nangu yégle bii yépp, jublu nañu ci Kawe ga gën a Sell, fa Yeesu taxaw kanam gaal ga, di def ay rammu gu mujj ngir ñépp ñi ngir ñoom yërmande di sax ba tey, ak ngir ñi xamuma woon te jàdd yoonu Yàlla. Njotum jubbale bii ñu koy def ngir aji jub ñi dee ba noppi ak ngir aji jub ñi dëkk tey itam. Dafa boole ñépp ñi dee woon ak kóolute ci Kirist, waaye ndaxte jotuñu woon leer gi ci mbiri ndigali Yàlla, bàkkaar nañu ci réccu ndigalam te xamuwuñu ko.»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Téeméeri ak Ñaar-fukk ak Ñett-gannaaw bi</dc:title>
  <dc:subject>Feeñal Solo Njàngatug Yóbbantey Ñaareel Nattu bi: Xam-xam ci Nataalu Rab wi ak Waxtu Tàggeelug 144,000 yi</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