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Buki bi di Téeré ak Fanweer ak Ñett fukk ak Ñett```</w:t>
      </w:r>
    </w:p>
    <w:p>
      <w:pPr>
        <w:pStyle w:val="ArticleSubtitle"/>
        <w:jc w:val="left"/>
      </w:pPr>
      <w:r>
        <w:rPr>
          <w:rFonts w:ascii="Arial" w:hAnsi="Arial" w:eastAsia="Arial" w:cs="Arial"/>
        </w:rPr>
        <w:t>Ubbi sañ-sañu yooni kàddug yonent yi: xam-xam ci jamonoy téye 144,000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Yépp yonent yi ñépp déggoo ci seen biir, te ñoom ñépp seede nañu gën a leer ci mbirum jeexital àddina bi ngir fan yi ñu nekkoon. Seeni seede war naañu ko jëfandikoo ci jamono yónent bu tëjkat biir téereb dencukaay ba ci waxtu tëjkatug téeméeri ñent-fukk ak ñeent-fukk ak ñeent ñi, ndaxte fa la dooley bépp peeñ wër. Esayi, ci saaru juróom-benn, ci peeñ, mayoon nañu ko mu xool biir Bérab bu Gën a Sell ba, diirub jamonoy tëjkatug téeméeri ñent-fukk ak ñeent-fukk ak ñeent ñi, fa mu gis ndamu Yàlla. Xam nanu ne loolu nekkoon gannaaw 11 Sàttumbar 2001, ndaxte ci sar wi ñetteel, dégg na malaaka yi di wax ne suuf si dafa fees ak ndamam.</w:t>
      </w:r>
    </w:p>
    <w:p>
      <w:pPr>
        <w:pStyle w:val="ArticleScripture"/>
        <w:jc w:val="left"/>
      </w:pPr>
      <w:r>
        <w:rPr>
          <w:rFonts w:ascii="Times New Roman" w:hAnsi="Times New Roman" w:eastAsia="Times New Roman" w:cs="Times New Roman"/>
        </w:rPr>
        <w:t>«Bi Yàlla nekkoon ci wetu yónnee Esayi ak ndigal ci ay nitam, Mu jëkkal maye woon yonent bi mu gis ci peeñu bi kër Yàlla ga, ba ca bérab bu gën a sell bi. Ci saa si, bunt bi ak kër-yàlla ga biir biiraŋam dafa mel ni ñu yékkati ko walla ñu dindi ko; te mayees na ko mu xool biir, ca bérab bu gën a sell ba, fa sax doomu yonent bi manula dugg ak ay tànkam. Foofa feeñu na fa kanamam gis-gis gu Yexowa toog ci gàngune gu kawe te yékkatiwaay, fekk mbooloom ndamam dafa feesal kër Yàlla ga. Wër gàngune ga amoon na serafey, ni sàmm yu mag buur bi, te ñoo doon wone ndam la leen wër. Bi seen woy yu cant di yéemu ak baat yu xóot yu màggal, ay kenkeñu bunt bi daldi yengal, mel ni ñu yëngale ko ak suuf-sàcc. Ak tuuti wax ju bàñ a sobewu ak bàkkaar, malaaka yooyu tuuru woon nañu cant yu Yàlla. “Sell, sell, sell, mooy Aji Boroom mbooloom yi,” lañu woo; “suuf sépp fees na ak ndamam.” [Xoolal Esayi 6:1–8.]»</w:t>
      </w:r>
    </w:p>
    <w:p>
      <w:pPr>
        <w:pStyle w:val="ArticleScripture"/>
        <w:jc w:val="left"/>
      </w:pPr>
      <w:r>
        <w:rPr>
          <w:rFonts w:ascii="Times New Roman" w:hAnsi="Times New Roman" w:eastAsia="Times New Roman" w:cs="Times New Roman"/>
        </w:rPr>
        <w:t>«Serafiin yi wër gàngune gi da ñu fees lool ci ragal ak wormaal gu xóot bu ñuy gis ndamlu Yàlla, ba taxul sax benn saa ñu xool seen bopp ak bég ci seen bopp. Seeni cant ngir Boroom mbooloom xarekat yi la. Bi ñuy xool jëm ci ëllëg, ba suuf sépp di fees ak ndamam, cant gu damu ga di jëmaleekoo ci kenn ku nekk ci kaneen, ci woy wu neex, naan: “Sell, sell, sell, mooy Boroom mbooloom xarekat yi.” Ñu siddeeku nañu bu baax ci màggal Yàlla; bi ñuy sax ci kanamam, ci suufu reegram gu àtte neexam, duñu bëgg dara lu gën a am. Ci yëngoo melokaanam, ci def li mu leen sant, ci jaamu ko, seeni yëene ju gën kawe jot na.» Gospel Workers, 21.</w:t>
      </w:r>
    </w:p>
    <w:p>
      <w:pPr>
        <w:pStyle w:val="ArticleBody"/>
        <w:jc w:val="left"/>
      </w:pPr>
      <w:r>
        <w:rPr>
          <w:rFonts w:ascii="Times New Roman" w:hAnsi="Times New Roman" w:eastAsia="Times New Roman" w:cs="Times New Roman"/>
        </w:rPr>
        <w:t>Ci dëppoo ak Esayi, yonent bi Esekiyel itam may na ko mu gis biir Bu Sell Bi Gën a Sell. Peeñum Esekiyel tàmbalee na ci saar bi jëkk, aaya bi jëkk.</w:t>
      </w:r>
    </w:p>
    <w:p>
      <w:pPr>
        <w:pStyle w:val="ArticleScripture"/>
        <w:jc w:val="left"/>
      </w:pPr>
      <w:r>
        <w:rPr>
          <w:rFonts w:ascii="Times New Roman" w:hAnsi="Times New Roman" w:eastAsia="Times New Roman" w:cs="Times New Roman"/>
        </w:rPr>
        <w:t>Noonu amoon na, ci atum fukki, ci weeru ñeenteelu, ci bés gu juróomeelu benn bésu weer wa, bi ma nekkee ca biir jaami ña ca wetu dexu Kebar, asamaan yi ubiku nañu, te gis naa ay peeñu Yàlla. Ezekiel 1:1.</w:t>
      </w:r>
    </w:p>
    <w:p>
      <w:pPr>
        <w:pStyle w:val="ArticleBody"/>
        <w:jc w:val="left"/>
      </w:pPr>
      <w:r>
        <w:rPr>
          <w:rFonts w:ascii="Times New Roman" w:hAnsi="Times New Roman" w:eastAsia="Times New Roman" w:cs="Times New Roman"/>
        </w:rPr>
        <w:t>Pexeemam bi diir ci ay sàkk, te moo di yokkuteem gi ci benn gis-gis bi nekk ci ay saar 8 ak 9, mi di joxe xam-xamu sellalug ñi téeméeri junni ak ñeent-fukk ak ñeent-junni. Xam nanu loolu ci seedeem gu mat te wóor.</w:t>
      </w:r>
    </w:p>
    <w:p>
      <w:pPr>
        <w:pStyle w:val="ArticleScripture"/>
        <w:jc w:val="left"/>
      </w:pPr>
      <w:r>
        <w:rPr>
          <w:rFonts w:ascii="Times New Roman" w:hAnsi="Times New Roman" w:eastAsia="Times New Roman" w:cs="Times New Roman"/>
        </w:rPr>
        <w:t>Te mu amoon naat wu jeenel, ci weer wu jeenel, ci bésu weer wi juróomeel, ba ma toogee sama kër te magi Yuda toog fa sama kanam, loolu la loxob Boroom bi Yàlla daldi wàccsi fa sama kaw. Noonu ma xool, te gis naan mel ni melow safara: dale ci melow ndamam ba suuf, safara; te dale ci ndamam ba kaw, mel ni leer gu xonq, ni melo xañbar. Noonu mu joxe melow loxo, jàpp ma ci genn càllal bu sama kawar, te ruu mi yékkati ma ci diggante suuf ak asamaan, indi ma ci xàmmeefu Yàlla ca Yerusalem, ba buntu bunt bi ci biir, bi jublu ca bëj-gànnaar, fa nekkoon toogu nataalu kiiñ gu taxa kiiñ. Te xool, ndamalu Yàllay Israyil nekkoon na fa, ni xàmmeef bi ma gisoon ca xur ga. Ezekiel 8:1–4.</w:t>
      </w:r>
    </w:p>
    <w:p>
      <w:pPr>
        <w:pStyle w:val="ArticleBody"/>
        <w:jc w:val="left"/>
      </w:pPr>
      <w:r>
        <w:rPr>
          <w:rFonts w:ascii="Times New Roman" w:hAnsi="Times New Roman" w:eastAsia="Times New Roman" w:cs="Times New Roman"/>
        </w:rPr>
        <w:t>Pexe gu caaboor ak juróom-ñett yi te juróom-ñeent yi, yi wax ne ñaari xeet yi lañu taxawal diirub màndarga giirub téeméer ak ñeent-fukk ak ñeenti junni, moo nekkoon, “ni melokaan ga” Esekiyel gisoon “ca xuru ba.” Melokaan ga mu gisoon ca xuru ba, ñu xamale ko ci saar bi ñetteel.</w:t>
      </w:r>
    </w:p>
    <w:p>
      <w:pPr>
        <w:pStyle w:val="ArticleScripture"/>
        <w:jc w:val="left"/>
      </w:pPr>
      <w:r>
        <w:rPr>
          <w:rFonts w:ascii="Times New Roman" w:hAnsi="Times New Roman" w:eastAsia="Times New Roman" w:cs="Times New Roman"/>
        </w:rPr>
        <w:t>Loxo Boroom ga nekkoon ci sama kaw fa; te mu ne ma: “Jógël, demal ci xàndor ba, te fa laay wax ak yaw.” Noonu ma jóg, dem xàndor ba; te gis naa ne ndamu Boroom bi taxawoon fa, ni ndam li ma gisoon wetu dexu Kebar; ba ma daldi daanu ci sama kanam. Ezekiel 3:22, 23.</w:t>
      </w:r>
    </w:p>
    <w:p>
      <w:pPr>
        <w:pStyle w:val="ArticleBody"/>
        <w:jc w:val="left"/>
      </w:pPr>
      <w:r>
        <w:rPr>
          <w:rFonts w:ascii="Times New Roman" w:hAnsi="Times New Roman" w:eastAsia="Times New Roman" w:cs="Times New Roman"/>
        </w:rPr>
        <w:t>Peeñu Ezekiel ci “plain bi,” dafa mel ni “ndamlu ga” gi Ezekiel “gis ci dexu Kebar,” te loolu moo doon peeñu gi nekk ci ayet bu njëkk ci saar bi njëkk. Peeñu mucc gi nekk ci saar baat bu juróom-ñeent, ak peeñu “plain bi,” dañoo nekkoon rekk ay yokkute yu peeñu dexu Kebar ga. Dafa doon peeñu ndamlu Yàlla ci Bérab bu Gëna Sell bi, bi ñuy tëj ci rëccu téeméer ak ñeent-fukk ak ñeent-junñaar ñi, ni ko meloon itam ci peeñu Esayi. Peeñu Esayi moo doon won liggéeyu Yàlla ci yékkati yonnent yi ca waxtu tëj ga, te ci saar ñaar ak ñett, Ezekiel dafay wone loolu sax ci mbir mu gëna leer lu ëpp Esayi, ndaxte dafay melal benn yonnent buy yóbbu ndawtal ci Adventisme Laodisee, te ngir mu man a xam ndawtal li muy yóbbu ci nit ñu sax ci weddi, ñi ñuy bàyyi gannaaw, Ezekiel dénk nañu ko mu lekk téere bu tuuti ba, bi nekkoon ci loxob malaaka ma, ba Mu wàcce ci 11 Septambar 2001.</w:t>
      </w:r>
    </w:p>
    <w:p>
      <w:pPr>
        <w:pStyle w:val="ArticleScripture"/>
        <w:jc w:val="left"/>
      </w:pPr>
      <w:r>
        <w:rPr>
          <w:rFonts w:ascii="Times New Roman" w:hAnsi="Times New Roman" w:eastAsia="Times New Roman" w:cs="Times New Roman"/>
        </w:rPr>
        <w:t>Te bind ne ma wax ma ne, «Doomi nit ki, lekkal li nga gis; lekkal téere bii wër, te dem wax ak kërug Israyil.» Noonu ubbi naa samay gémmiñ, te mu tax ma lekk téere ba. Mu ne ma, «Doomi nit ki, yal sa biir lekk, te feesal sa dënn ak téere bii wër bi ma lay jox.» Noonu lekk naa ko; te neex na ci sama gémmiñ ni lew. Mu ne ma, «Doomi nit ki, demal, jëm ca kërug Israyil, te waxal leen samay wax. Ndaxte yónnee wu ma la ca xeet wu wax yu dul sa làkk ak làkk wu jafee déggoo ba, waaye ca kërug Israyil; du ca xeet yu bare yu wax yu dul sa làkk ak làkk wu jafee déggoo ba, ñi ngay manul a xam seen wax. Ndax bu ma la yónnee woon ci ñoom, kon dinañu la déglu. Waaye kërug Israyil du la déglu, ndaxte bëgguñu maa déglu; ndaxte kërug Israyil gépp ay nit lañu yu déggadi te dëgër xol. Xoolal, def naa sa kanam mu dëgër ci seen kanam, te sa jë mu dëgër ci seen jë. Mel ni diamã bu gën a dëgër doj-xeer la def sa jë; bul leen ragal, te bul tiit seen melow kanam, doonte ne kër gu werante lañu.» Esekiyel 3:1–9.</w:t>
      </w:r>
    </w:p>
    <w:p>
      <w:pPr>
        <w:pStyle w:val="ArticleBody"/>
        <w:jc w:val="left"/>
      </w:pPr>
      <w:r>
        <w:rPr>
          <w:rFonts w:ascii="Times New Roman" w:hAnsi="Times New Roman" w:eastAsia="Times New Roman" w:cs="Times New Roman"/>
        </w:rPr>
        <w:t>Ki ñuy ci Biibël mooy doxandéem, te doxandéem wax na wax ju wéy. Yàlla yónnee Ezekiyel ca kër gañaanug Israyil bu bees ba, te ci jamono jiiñ bi, mooy kërkërug Adwentis yu Bès-yi baat yu juróom-ñaari fan ak ñett, gañu bàyyi ginnaaw. Baat bi ci jamono jiiñ bi, ci mbirum téeméeri ak ñeent-fukki ak ñeent ñaari junni ñi, ngir kër Yàlla la, gi ñuy jëkk a àtte; te gannaaw loolu, bu yoonu Dibeer bu di ñëw léegi agsi, baat bu ñaareel bi ci Peeñu, saar 18, woo na juróom Yàlla gu nekk doxandéem génn Babilon. Bi Isaya, ci saar 6, di tegu ñi nangu woote bi ngir ñu yónni leen ca kër ga rebel ak yégleb Laodise ba, ñu jëkk a xamal ko ne nit ñooñu, ci gis, duñu xam lu ñuy gis; te ci dégg, duñu xam lu ñuy dégg. Isaya bind na sax melokaan mi Yeesu waxee ci ndimbal Isaya, saar 6, ba Mu teg melokaan moomu ci Yawut ya daan xuloo, te ñu doon leen a bàyyi ginnaaw ci jaar-jaaru taariixu Kirist.</w:t>
      </w:r>
    </w:p>
    <w:p>
      <w:pPr>
        <w:pStyle w:val="ArticleBody"/>
        <w:jc w:val="left"/>
      </w:pPr>
      <w:r>
        <w:rPr>
          <w:rFonts w:ascii="Times New Roman" w:hAnsi="Times New Roman" w:eastAsia="Times New Roman" w:cs="Times New Roman"/>
        </w:rPr>
        <w:t>Ci wet gi fukki ak juróom-ñaari, Ezekiyel itam dafay jëfandikoo benn baat yooyu sax; noonu nag mu di tëral bu baax ne wet gi fukki ak juróom-ñaari am na wàllu ci waxtu tëj mi ñuy tëje téeméeri ñeent-fukk ak ñeenti junni ñaar-fukk ak ñeent.</w:t>
      </w:r>
    </w:p>
    <w:p>
      <w:pPr>
        <w:pStyle w:val="ArticleScripture"/>
        <w:jc w:val="left"/>
      </w:pPr>
      <w:r>
        <w:rPr>
          <w:rFonts w:ascii="Times New Roman" w:hAnsi="Times New Roman" w:eastAsia="Times New Roman" w:cs="Times New Roman"/>
        </w:rPr>
        <w:t>Kàddu Boroom bi itam dikkal ma ne: «Yow, doom aadama, yaa ngi dëkk ci biir kër gu bëggul dégg, ñi am bët yu seen waaye gisuwuñu; am nañu nopp yu dégg, waaye dégguwuñu; ndaxte ay kër gu bëggul dégg lañu.» Ezekiel 12:1, 2.</w:t>
      </w:r>
    </w:p>
    <w:p>
      <w:pPr>
        <w:pStyle w:val="ArticleBody"/>
        <w:jc w:val="left"/>
      </w:pPr>
      <w:r>
        <w:rPr>
          <w:rFonts w:ascii="Times New Roman" w:hAnsi="Times New Roman" w:eastAsia="Times New Roman" w:cs="Times New Roman"/>
        </w:rPr>
        <w:t>Esekiyel xaaj 12 mooy màggat waxtu tëj gi ñeel ñaari téeméeri ak ñeent-fukk ak ñeenti junni, te ci def loolu mu di wax ci ndigalu taw bu mujj bu dëggul bi ñuy joxe ak màndarga yi ci Efrayim, ñi nguurloo askanu Yerusalem, màndarga yooyu yu manul a jàng téere bi ñu tëj. Seen ndigalu taw bu mujj bu dëggul mooy sosoo ci seen di yóbbu gis-gisi yoonent yi nekk ci Kàddu Yàlla ba fu sore lool ci jamono yi di ñëw.</w:t>
      </w:r>
    </w:p>
    <w:p>
      <w:pPr>
        <w:pStyle w:val="ArticleBody"/>
        <w:jc w:val="left"/>
      </w:pPr>
      <w:r>
        <w:rPr>
          <w:rFonts w:ascii="Times New Roman" w:hAnsi="Times New Roman" w:eastAsia="Times New Roman" w:cs="Times New Roman"/>
        </w:rPr>
        <w:t>Ci ayet ñette ba fukki ak juróom, Yexceel dafa jot ndigal ngir mu melal ni askanu Yàlla di dugg ca njaamug réy ga nekk Babilon. Njaamug réy ga nekk Babilon day taxaw ci yoonu Dibéer bi di ñëw léegi, te gannaaw loolu, ci ayet fukki ak juróom-benn ba ñaar-fukk, mu jëfandikoo xelal xiif bi ànd ak alagum dëkk yi, mi tàmbalee ca waxtuw yëngu-yëngub suuf gu mag ga, te loolu mooy yoonu Dibéer bi di ñëw léegi. Njariñ yi nekk ci dundug réew mi ca jamono jafe-jafe boobu, foofa lañu ko fésal, te gannaaw loolu, ci ayet ñaar-fukk ak benn ba ñaar-fukk ak juróom-ñett, am nanu fa wàll wi ñu xamoon ne mooy dëggug jamono jii ci mboolem jaar-jaari Milerit yi. Wàll woowu, baat ak baat, lañu ko waxaat ci The Great Controversy bi, bi ñuy melal jaar-jaari Milerit yi ci téere bi.</w:t>
      </w:r>
    </w:p>
    <w:p>
      <w:pPr>
        <w:pStyle w:val="ArticleScripture"/>
        <w:jc w:val="left"/>
      </w:pPr>
      <w:r>
        <w:rPr>
          <w:rFonts w:ascii="Times New Roman" w:hAnsi="Times New Roman" w:eastAsia="Times New Roman" w:cs="Times New Roman"/>
        </w:rPr>
        <w:t>Noonu Boroom bi waxoon na ma ne: Yow doomu nit ki, lan mooy wax ju ñuy wax ci réewum Israyil ne: Fan yi yàgg nañu, te bépp peeñ gu neen amul njariñ? Kon nag waxal leen ne: Nii la Boroom bi Yàlla waxe: Dinaa tax ba wax jii jeex, te duñu ko doxalati ni wax ju ñuy wax ci biir Israyil; waaye waxal leen ne: Fan yi jegesi nañu, ak matug bépp peeñ. Ndaxte du amati benn peeñ gu neen, walla benn jëfandikoo xam-xam bu yàllaagul buy nax ci biir kërug Israyil. Ndaxte man maa di Aji Sax ji: dinaa wax, te kàddu gi ma wara wax dina am; du yàggatiwaatati, ndaxte ci seen fan, yéen waa kër gu weddi, dinaa wax kàddu gi, te dinaa ko def, la Boroom bi Yàlla wax. Noonu itam kàddug Boroom bi ñëw na ci man ne: Yow doomu nit ki, xoolal, waa kërug Israyil dañuy wax ne: Peeñ gi muy gis, ngir ay fan yu bare la ci kanam, te mu ngi wax ci ay jamono yu sore. Kon nag waxal leen ne: Nii la Boroom bi Yàlla waxe: Benn ci samay kàddu du yàggatiwaatati; waaye kàddu gi ma wax ba noppi dina am, la Boroom bi Yàlla wax. Ezekiel 12:21–28.</w:t>
      </w:r>
    </w:p>
    <w:p>
      <w:pPr>
        <w:pStyle w:val="ArticleBody"/>
        <w:jc w:val="left"/>
      </w:pPr>
      <w:r>
        <w:rPr>
          <w:rFonts w:ascii="Times New Roman" w:hAnsi="Times New Roman" w:eastAsia="Times New Roman" w:cs="Times New Roman"/>
        </w:rPr>
        <w:t>Yégle gu mujj gi bu nekk fen te ñu di ko wone ci jamono jiir biir ba ñeel téeméeri ak ñeent-fukk ak ñeent ñi, dafay wax ne: «Fan yi yàgg nañu, te gis-gis bu nekk amul njariñ.» Ndaxte, ndax ndaw yonnent yi ñi Muuse, Eliya, Esekiyel, Isaya ak Yowaana di tegu, duñu woon a réer ci seeni wax yu jëm ci 18 Sulet 2020? Bés booba, yéglekat Adventist bu Laodise mooy ne: «gis-gis bi mu gis, ngir ay fan yu bare yu topp la, te yonnentam mi, ci ay jamono yu sore la.» Ci moomu jaar-jaar, du sax rekk ne gis-gis bu nekk dina am, waaye itam yonnent bi war na wax kër gi réeruloo te réer na buy Israayil bu bees ne: «Nii la Boroom bi Yàlla wax,» «Dinaa tax» ba paremi «léebu» gu Adventismu Laodise «jeex.» Waxleen leen ne: «Fan yi jot nañu, ak njariñu gis-gis bu nekk.» «Kenn ci samay wax du yàggatiwaat dara, waaye kàddu gi ma wax, dina ame, wax na ko Boroom bi Yàlla.»</w:t>
      </w:r>
    </w:p>
    <w:p>
      <w:pPr>
        <w:pStyle w:val="ArticleBody"/>
        <w:jc w:val="left"/>
      </w:pPr>
      <w:r>
        <w:rPr>
          <w:rFonts w:ascii="Times New Roman" w:hAnsi="Times New Roman" w:eastAsia="Times New Roman" w:cs="Times New Roman"/>
        </w:rPr>
        <w:t>Bataaxalu Laodisee dafay laaj ne ndigal gi fësal ne fan yi jege nañu ngir njariñu bépp peeñ jëfe, te fan yooyu mooy fan yi ñu di tëj ci mbirum téerey ñaar-fukk ak ñeent junni nit. Mbir mi gëna am solo te war a bañ a rëcc ci xët wi mooy ne Yàlla ci boppam wax na ne ci “fan” yooyu, yu di tektal jamonoy tëj gi, dina tax ba “peeñu neen” bu Adventisme Laodisee, “rombu nooy” bi ñuy defaree, ak seen “léebu” gu dëggul, bàyyi. Yàlla mooy tax ba seen bataaxalu tawub mujj gu dëggul bàyyi, bala yoonu Dibeer bu bëgg a ñëw; ndaxte ci fan yi Mu di wax la koy tax a bàyyi. Mu tax ba mu bàyyi, ci dëggël bataaxalu tawub mujj gu dëgg, bi Mu di yékkati ñi ñu tànn ngir nekk màndarga gi ci yoonu Dibeer bu bëgg a ñëw. Ñi ñu tànn yooyu, dees leen tëj bala “suux bi”.</w:t>
      </w:r>
    </w:p>
    <w:p>
      <w:pPr>
        <w:pStyle w:val="ArticleBody"/>
        <w:jc w:val="left"/>
      </w:pPr>
      <w:r>
        <w:rPr>
          <w:rFonts w:ascii="Times New Roman" w:hAnsi="Times New Roman" w:eastAsia="Times New Roman" w:cs="Times New Roman"/>
        </w:rPr>
        <w:t>Yeneen yoon wi Mu jëfandikoo ngir tax léebu neen bu yëfadi ci yëgleb taw bu mujj bu fen bi jeex mooy ñëwte àttey Yàlla yu kenn seetul woon te di yokku, yu nekk njàqare ju réy ci doomi lëndëm, waaye yu bokk ci boppam yëgle bi doomi leer yi doon wax lu jiitu ci. Jaar-jaar bi nu nekk léegi di dugg ci mooy mujj a jànkoonte ak àttey Yàlla. Àtte yooyu, Kàddug Yàlla day leen woneyati yoon wu bare; te jamono jiir bi, bi tàmbalee 11 septembre 2001, mooy fu bépp gis-gis, boole ca gis-gisi àttey Yàlla, war a aksi, ndaxte Kàddoom du mas a lajj.</w:t>
      </w:r>
    </w:p>
    <w:p>
      <w:pPr>
        <w:pStyle w:val="ArticleBody"/>
        <w:jc w:val="left"/>
      </w:pPr>
      <w:r>
        <w:rPr>
          <w:rFonts w:ascii="Times New Roman" w:hAnsi="Times New Roman" w:eastAsia="Times New Roman" w:cs="Times New Roman"/>
        </w:rPr>
        <w:t>Ci ay waxtaan yu jiitu yi, nu wonoon ne ñetti sàpp yi njëkk ci téereb Daniel dañuy tegu ci ñetti yégle yi maas yi ci Yëglewaay saaru fukk ak ñeent. Saaru ñaar, mooy yégle bu ñaareel bi; moo tax mu nekk misaal bu ñaareelu nattu bi ci jamonoy tëj. Nattu bu jëkk bi mooy saaru benn bi, te mooy nattu ci mbirum lekk, ndax nit dina tànn lekk wu asamaan walla lekku Babilon. Saaru ñaar bi, dañu ko tegu woon ci dëgg gu nëbbu ga nekk ci géntu Nebukadnesar ci mbirum nataalu rab yi, yu di nguur-nguuri.</w:t>
      </w:r>
    </w:p>
    <w:p>
      <w:pPr>
        <w:pStyle w:val="ArticleBody"/>
        <w:jc w:val="left"/>
      </w:pPr>
      <w:r>
        <w:rPr>
          <w:rFonts w:ascii="Times New Roman" w:hAnsi="Times New Roman" w:eastAsia="Times New Roman" w:cs="Times New Roman"/>
        </w:rPr>
        <w:t>Dañeel ñaar dafay tegu xelal melo waayub rab bi ci jamono bu ñuy sëllal téeméeri ñeent-fukk ak ñeent junni, te mu yor xam-xam bu nëbbu, ndaxte Nebukadnesar mënoonul fàttali gént ga. Dafay tegu dëgg gu nëbbu, gu ñu ubbi ci taarixu téeméeri ñeent-fukk ak ñeent junni, ak itam dëgg gu nëbbu ci mbirum nguur yi ci waxi kàdduy Yàlla yi ñu tegu ci melo mi. Mu doon nattuug dund walla dee ngir Dañeel ak ñetti góor ña ñu teddal, ak itam ngir boroom xam-xami Kalde yi lekk woon lekkug Babilon.</w:t>
      </w:r>
    </w:p>
    <w:p>
      <w:pPr>
        <w:pStyle w:val="ArticleBody"/>
        <w:jc w:val="left"/>
      </w:pPr>
      <w:r>
        <w:rPr>
          <w:rFonts w:ascii="Times New Roman" w:hAnsi="Times New Roman" w:eastAsia="Times New Roman" w:cs="Times New Roman"/>
        </w:rPr>
        <w:t>Ellen White ñu ko won ne xarit bu rabi mi dina sos “balaa yoonu jébbalu gi tëjjee, ndaxte mooy nattu gu mag gi ñeel nit ñi Yàlla, ci moom la seen dogal gu ba fàww di àttees.” Gént gu nëbbu Nebukadnesar di tegtal nattu googu. Dëgg gu nëbbu gi ci mbind mi, te ñu ko feeñal ci fan yii, ba noppi taxawaayu bépp vision dootu yàggat, mooy ne Yesu, ni Alpha ak Omega, moo wone ci njëkk ak mujj ci tere yi jëm ci nguur yi ci waxu njël bëccëg Bibil bi ne rab wu juróom-ñett baaj bi bokk na ci juróom-ñaar ba.</w:t>
      </w:r>
    </w:p>
    <w:p>
      <w:pPr>
        <w:pStyle w:val="ArticleBody"/>
        <w:jc w:val="left"/>
      </w:pPr>
      <w:r>
        <w:rPr>
          <w:rFonts w:ascii="Times New Roman" w:hAnsi="Times New Roman" w:eastAsia="Times New Roman" w:cs="Times New Roman"/>
        </w:rPr>
        <w:t>Juróom ñaareelu Rab wi ci Peeñu kapitul fukki ak juróom-ñaari, bi bokk ci juróom-ñaari yi, mooy dooleb paap bi ñu delloo ci gangune suuf si; te kumpa gu gën a xóot, gu nëbbu woon te léegi feeñ, mooy ne naka noonu États-Unis bi di sos nataalu Rab wi ci réew mi, dina itam di tegtal mbirum ñaareelu bi, muy bokk ci juróom-ñaari yi. Juróom-bennelu president bi dale ci waxtu mujj mi ci atum 1989, moom mi di president bu bare alal bi yëngaloon bépp nguurug njiit lu bon, moo jot gaaw gu rey ci politig ci loxoy globalist yu yokkute, “woke”, libaraal yi ci atum 2020, ba sax bënn weñu Républicain bi ñu rey ko ci mbedd yi jaarale ko ak Rab bu weddi Yàlla bi nekk ci Peeñu kapitul fukki ak benn.</w:t>
      </w:r>
    </w:p>
    <w:p>
      <w:pPr>
        <w:pStyle w:val="ArticleBody"/>
        <w:jc w:val="left"/>
      </w:pPr>
      <w:r>
        <w:rPr>
          <w:rFonts w:ascii="Times New Roman" w:hAnsi="Times New Roman" w:eastAsia="Times New Roman" w:cs="Times New Roman"/>
        </w:rPr>
        <w:t>Ci jamono, yëngu ñetteel malaaka mi, dafa jot gaañu dee ci 18 Sulet 2020, ci loxo rab wu weddi Yàlla wi nekk ci Apokalips saar 11. Yëngu yooyu dafa ànd ak Adventiste yi fanweeri-juróom-ñaar yu Laodise, te ci 2023, yëngu wi dekkal nañu ko ngir mu doon yëngu Filadelfi bu ñetteel malaaka bi. Ñaari saxaar yi ñoom ñépp, rey nañu leen ci 2020, te ñaari saxaar yi ñoom ñépp, dañuy taxawaat gannaaw ñetti fan ak genn-wàll yu misaal. Sosu nataalu siyaasetu rab wi mooy boole Mbooloom gëm ak Nguur gi ci Ittaasini yu Bennoo, te rab wi ñuy defal nataal ci fan yu mujj yi mooy juróom-ñetteelu rab wi, miy bokk ci juróom-ñaari rab yi. Bu nataalu rab wi sosoo ci Ittaasini yu Bennoo, dina am moom sax meloow wax-u-yonent boobu bu juróom-ñetteelu rab wu Room.</w:t>
      </w:r>
    </w:p>
    <w:p>
      <w:pPr>
        <w:pStyle w:val="ArticleBody"/>
        <w:jc w:val="left"/>
      </w:pPr>
      <w:r>
        <w:rPr>
          <w:rFonts w:ascii="Times New Roman" w:hAnsi="Times New Roman" w:eastAsia="Times New Roman" w:cs="Times New Roman"/>
        </w:rPr>
        <w:t>Bu nattu xarnu mala bu dëgg ba testu melokaanu rab wi matsee ci kaw, ñi xam dëgg yu wax nekk ci kàddug yonent yi te jëfandikoo ci sosug melokaanu rab wi ci ñaari xarn yu rab wu suuf wi, ñoom dees na leen rëdd ba fàww ak melokaanu Kirist. Janq yu ñàkk xel ya, yi nangu gis-gis bu neen te di nax, dees na leen sosal melokaanu rab wi ba fàww.</w:t>
      </w:r>
    </w:p>
    <w:p>
      <w:pPr>
        <w:pStyle w:val="ArticleScripture"/>
        <w:jc w:val="left"/>
      </w:pPr>
      <w:r>
        <w:rPr>
          <w:rFonts w:ascii="Times New Roman" w:hAnsi="Times New Roman" w:eastAsia="Times New Roman" w:cs="Times New Roman"/>
        </w:rPr>
        <w:t>“Lii la yonent bi Esekiyel gisoon bi, ba muy xool ak yéemu, ñu wone ko ay màndarga yu feeñaloon ne am na Benn Kàttan gu jiite te sutural mbir yi yiy am ci yooni buuru àddina yi. Ay wërsëg yu dajalante woon di wuyu ndax ñenti mbindeef yu dund. Te fu kawe loolu lépp, ‘ame na woon melokaanu gàngunaay; melokaanam mel ni safir; te ci kaw melokaanu gàngunaay ga, am na woon melokaanu nit ku toog fa.’ Esekiyel 1:26, RSV.”</w:t>
      </w:r>
    </w:p>
    <w:p>
      <w:pPr>
        <w:pStyle w:val="ArticleScripture"/>
        <w:jc w:val="left"/>
      </w:pPr>
      <w:r>
        <w:rPr>
          <w:rFonts w:ascii="Times New Roman" w:hAnsi="Times New Roman" w:eastAsia="Times New Roman" w:cs="Times New Roman"/>
        </w:rPr>
        <w:t>“Roto yi, yu jaxaso ba diis bu njëkk, ba mel ne dañu dajaloo ci réy a réy, doon nañu dox ci njëg gu mat. Bindikati asamaan yi ñoo leen doon yóbbu. Jëfandikoo gu jaxaso gu xew-xewi nit ñi nekk na ci suufu saytu Yàlla. Ci biir xuloo ak jàq-jàq bu xeeti xeeti réew yi, Ki toog ca kaw kerub yi moo di ba tey di jiite mbiri suuf si. Yàlla waral na xeet bu ne ak nit ku nekk berabam ci ay pexeem yu màgg. Tey, nit ñi ak xeeti réew yi dañuy dogal seen àttey nekk ci seen tànn bopp, te Yàlla miy yeesal lépp ngir amal ay mébétam.”</w:t>
      </w:r>
    </w:p>
    <w:p>
      <w:pPr>
        <w:pStyle w:val="ArticleScripture"/>
        <w:jc w:val="left"/>
      </w:pPr>
      <w:r>
        <w:rPr>
          <w:rFonts w:ascii="Times New Roman" w:hAnsi="Times New Roman" w:eastAsia="Times New Roman" w:cs="Times New Roman"/>
        </w:rPr>
        <w:t>“Wax jàmm yi Yow miy MAAG MI MAY doon te Yàlla bu Mag bi jox ci Kàdduam, di nu wax fan la nu tollu ci doxalin jamano yi. Lépp lu wax jàmm gi yëgle woon ba tey, bindees na ko ci xëti taarix; te lépp lu des a ñëw dina mat ci ay yoonam.”</w:t>
      </w:r>
    </w:p>
    <w:p>
      <w:pPr>
        <w:pStyle w:val="ArticleScripture"/>
        <w:jc w:val="left"/>
      </w:pPr>
      <w:r>
        <w:rPr>
          <w:rFonts w:ascii="Times New Roman" w:hAnsi="Times New Roman" w:eastAsia="Times New Roman" w:cs="Times New Roman"/>
        </w:rPr>
        <w:t>“Màndargay jamono bi wax ne nu ngi taxaw ci bunt gu mag te tedd buy am. Lépp ci sunu àddina a ngi ci yëngu-yëngu. Musalkat bi waxoon lu jiitu ay mbir yu jiitu ngëmam, naan: ‘Dingeen dégg xibaaru xare ak ay xew-xewu xare…. Xeet dina jóg ci kaw xeet, nguur dina jóg ci kaw nguur; te dina am xiif, ak mbas yu bon, ak suuxu suuf ci bérab yu bare.’ Macë 24:6, 7. Boroom kilifteef yi ak niti réew yi xam nañu ne dara lu mag te am ndogal mu mat a ngiy ñëw—ne àddina si ngi ci wetu ay xaalis bu réy lool.”</w:t>
      </w:r>
    </w:p>
    <w:p>
      <w:pPr>
        <w:pStyle w:val="ArticleScripture"/>
        <w:jc w:val="left"/>
      </w:pPr>
      <w:r>
        <w:rPr>
          <w:rFonts w:ascii="Times New Roman" w:hAnsi="Times New Roman" w:eastAsia="Times New Roman" w:cs="Times New Roman"/>
        </w:rPr>
        <w:t>“Biibël bi, te Biibël bi rekk, moo joxe xalaat wu jub ci mbir yi ba noppi tàmbalee sànni seen ker gi ci kanam, te baatu seen ñëw di yëngal suuf si, ba xol yi nit ñi di xàddi ndax ragal. ‘Xool-leen, Boroom bi dina yàq suuf si ba neex, def ko màndiŋ, dina wërsëg kanam gi, te tas waa dëkkam yi.’ ‘Ndaxte dañoo jéggi yoon yi, toj dogal yi, te tasaare kóllëre gu ba fàww gi. Moo tax musiba di lekk suuf si, te waa dëkkam yi di sonn ndax seen bàkkaar.’ Esayi 24:1, 5, 6, RSV.”</w:t>
      </w:r>
    </w:p>
    <w:p>
      <w:pPr>
        <w:pStyle w:val="ArticleScripture"/>
        <w:jc w:val="left"/>
      </w:pPr>
      <w:r>
        <w:rPr>
          <w:rFonts w:ascii="Times New Roman" w:hAnsi="Times New Roman" w:eastAsia="Times New Roman" w:cs="Times New Roman"/>
        </w:rPr>
        <w:t>«Yow! ndaxte bés boobu réy na, ba amul benn bu mel ni moom; mooy jamonoy metitalu Yàggóoba; waaye dees na ko musal ci biir moom.» Jeremiah 30:7.</w:t>
      </w:r>
    </w:p>
    <w:p>
      <w:pPr>
        <w:pStyle w:val="ArticleScripture"/>
        <w:jc w:val="left"/>
      </w:pPr>
      <w:r>
        <w:rPr>
          <w:rFonts w:ascii="Times New Roman" w:hAnsi="Times New Roman" w:eastAsia="Times New Roman" w:cs="Times New Roman"/>
        </w:rPr>
        <w:t>“Ndaxte yaw def nga Boroom bi, moom mi di sama kërug refug, te Yàlla Aji Kawe ji, mu nekk sa dëkkuwaay; benn lu bon du la dal, te benn musiba du jege sa kër.” Sabóor 91:9, 10.</w:t>
      </w:r>
    </w:p>
    <w:p>
      <w:pPr>
        <w:pStyle w:val="ArticleScripture"/>
        <w:jc w:val="left"/>
      </w:pPr>
      <w:r>
        <w:rPr>
          <w:rFonts w:ascii="Times New Roman" w:hAnsi="Times New Roman" w:eastAsia="Times New Roman" w:cs="Times New Roman"/>
        </w:rPr>
        <w:t>“Yàlla du bàyyi mbooloom gëmkatam ci waxtu bu muy jaar ci njàqare gu gëna metti. Moom digoon na muccal. Njariñi nguuram dinañu leen teral ñépp ñi nekk ci suufu jant bi.” Historical Sketches 277–279.</w:t>
      </w:r>
    </w:p>
    <w:p>
      <w:pPr>
        <w:pStyle w:val="ArticleBody"/>
        <w:jc w:val="left"/>
      </w:pPr>
      <w:r>
        <w:rPr>
          <w:rFonts w:ascii="Times New Roman" w:hAnsi="Times New Roman" w:eastAsia="Times New Roman" w:cs="Times New Roman"/>
        </w:rPr>
        <w:t>“Jëfandikoo yi lakk ci mbindum nit ñi” moo nekkoon li ñu teguwoon ci biir Ezekiel, ci ay roue yu dajale ak ay roue, ci gis-gisam bu Kër gu Sell gi gën a Sell, ci jamono ju sëllaale gi. Jëfandikoo yooyu ñépp nekk nañu suufu kilifteef gu Yàlla, ndaxte jëfandikoo yooyu mooy matale bépp gis-gis gu nekk ci Kàddug Yàlla, te ñoom dañuy jot seen jeexital gu mujj te mat ci jamono ju sëllaale gi. Am na ab “riir” buy xamle “ab jafe-jafe ju réy lool” ji “àddina ngi ci wetu” a xam. “Riir” boobu moo tax “suuf si yëngu, te xolu nit ñi daanu ci ragal.” Yëngu-yëngu suuf si ak daanal xolu nit ñi ci ragal, ñoom ñaar ñépp ay misaal lañu ci riiru Ñettelu Buum bi ak bu mujj bi, mooy ñetteelu alkande bi.</w:t>
      </w:r>
    </w:p>
    <w:p>
      <w:pPr>
        <w:pStyle w:val="ArticleBody"/>
        <w:jc w:val="left"/>
      </w:pPr>
      <w:r>
        <w:rPr>
          <w:rFonts w:ascii="Times New Roman" w:hAnsi="Times New Roman" w:eastAsia="Times New Roman" w:cs="Times New Roman"/>
        </w:rPr>
        <w:t>Meral xeexu réew yi ndax Islaam bu ñetteelu musiba bi, mel na jigéen ju nekk ci metitu njur; noonu mu tegtal ab jafe-jafe buy yokku di gën a tar. Jafe-jafe jooju buy yokku dafa tàmbalee 11i Sàttumbar 2001; te 7i Oktoobar 2023, beneen metitu njur bu ëpp solo daldi dikk, te ndaxte Kàddu Yàlla du mas a réer, beneen metitu njur mi ngi ñëw léegi-léegi, te dina gën a yàq. Ndax danga dëkk ba tey ci ab dëkk?</w:t>
      </w:r>
    </w:p>
    <w:p>
      <w:pPr>
        <w:pStyle w:val="ArticleBody"/>
        <w:jc w:val="left"/>
      </w:pPr>
      <w:r>
        <w:rPr>
          <w:rFonts w:ascii="Times New Roman" w:hAnsi="Times New Roman" w:eastAsia="Times New Roman" w:cs="Times New Roman"/>
        </w:rPr>
        <w:t>Dina kontine waat ci gëstu bii ci bind bi ci topp.</w:t>
      </w:r>
    </w:p>
    <w:p>
      <w:pPr>
        <w:pStyle w:val="ArticleScripture"/>
        <w:jc w:val="left"/>
      </w:pPr>
      <w:r>
        <w:rPr>
          <w:rFonts w:ascii="Times New Roman" w:hAnsi="Times New Roman" w:eastAsia="Times New Roman" w:cs="Times New Roman"/>
        </w:rPr>
        <w:t>“Ci yonent bi, roue wi nekk ci biir beneen roue, ak melokaanu mbind mi yëngu yi ñu boole ak ñoom, lépp dafa mel ni lu jafe te kenn manula ko firndeel. Waaye loxo Xam-xamu Yàlla gu dul jeex di feeñ ci biir roue yi, te njëriñ liggéeyam mooy ndolloo gu mat. Bés bu nekk roue, bi loxo Yàlla jiité, di liggéey ci deggoo gu mat ak bépp beneen roue. Ñu won na ma ne jumtukaayi nit ñi man nañu bëgg doole ju ëpp, te jéem a yor liggéey bi seen bopp. Ñuy bàyyi Boroom bi Yàlla, Liggéeykat bu Kàttan, ci biti yoon yi ak pexe yi ñuy jëfandikoo ba mu ëpp, te wóoluñu ko lépp ci lu jëm ci yokkute liggéey bi. Kenn warul, sax benn fan, defe ne man na saytu mbir yi bokk ci Kiy nekk YAW MI MAG. Yàlla ci ay dogalam mingiy waajal yoon ngir liggéey bi mën a am jaarale ko ci ay ndawtal nit. Kon na góor gu nekk taxaw ci berabam bu war, ngir def wàllam ci jamono jii te xam ne Yàlla mooy njàngalekatam.” Testimonies, volume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Buki bi di Téeré ak Fanweer ak Ñett fukk ak Ñett```</dc:title>
  <dc:subject>Ubbi sañ-sañu yooni kàddug yonent yi: xam-xam ci jamonoy téye 144,000 bi</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