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134 bi ci lim bi</w:t>
      </w:r>
    </w:p>
    <w:p>
      <w:pPr>
        <w:pStyle w:val="ArticleSubtitle"/>
        <w:jc w:val="left"/>
      </w:pPr>
      <w:r>
        <w:rPr>
          <w:rFonts w:ascii="Arial" w:hAnsi="Arial" w:eastAsia="Arial" w:cs="Arial"/>
        </w:rPr>
        <w:t>Ubbeeku Yonent bi ci waxoon: Dale ci 11 Septàmburu 2001 ba ci ndigëlu Dibeer bu di nañu di waajal ci États-Unis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Jamono téere ga ñaari fukki junni ak ñeent téeméer ak ñeent-fukk ñent ñi, li tambalee 11 Septàmbar 2001 ba ci yoonu Dibéer bi di ñëw léegi ci Etazini, mooy jamono yégleb bu yonent yi, fa làpp vision bu Kàddu Yàlla di mat ci fan yu mujj yi.</w:t>
      </w:r>
    </w:p>
    <w:p>
      <w:pPr>
        <w:pStyle w:val="ArticleScripture"/>
        <w:jc w:val="left"/>
      </w:pPr>
      <w:r>
        <w:rPr>
          <w:rFonts w:ascii="Times New Roman" w:hAnsi="Times New Roman" w:eastAsia="Times New Roman" w:cs="Times New Roman"/>
        </w:rPr>
        <w:t>Waxleen leen nag: Noonu la Boroom bi Yàlla waxe: Dinaa tax ba léeb wàññii diisoo bii, te duñu koati waxatiy léeb ci Israayil; waaye waxleen leen: Fan yi jege nañu, ak matug bépp peeñu. Ezekiel 12:23.</w:t>
      </w:r>
    </w:p>
    <w:p>
      <w:pPr>
        <w:pStyle w:val="ArticleBody"/>
        <w:jc w:val="left"/>
      </w:pPr>
      <w:r>
        <w:rPr>
          <w:rFonts w:ascii="Times New Roman" w:hAnsi="Times New Roman" w:eastAsia="Times New Roman" w:cs="Times New Roman"/>
        </w:rPr>
        <w:t>Ci rëdd, ñetteelu malaaka ma ñëwatis, te ci loolu dees na ko wone ci ñëwug ñetteelu malaaka bi bésub 22 Oktoobar 1844, ba ci yàqute 1863. Yàqute 1863 moom, ñu ko teguwoon ci njëkk yàqute Israyil gu yàgg ga woon ca Kades; moo tax dees na ko tegu ci mboolem nettali gi doora ca jallug Géeju Xonq ba ci njëkk yàquteg Kades. Njëkk yàquteg Kades dafa doon misaalu ñaareelu yàquteg Kades; ba tax rëdd gi doora ca deeug Aarón ba ci ñaareelu yàquteg Kades, ñu koy delloo ci rëddu màndarga bi.</w:t>
      </w:r>
    </w:p>
    <w:p>
      <w:pPr>
        <w:pStyle w:val="ArticleBody"/>
        <w:jc w:val="left"/>
      </w:pPr>
      <w:r>
        <w:rPr>
          <w:rFonts w:ascii="Times New Roman" w:hAnsi="Times New Roman" w:eastAsia="Times New Roman" w:cs="Times New Roman"/>
        </w:rPr>
        <w:t>Li am ci bindu ci jaar-jaaru Millerite yi, dale ko ci 1840 ba 1844, te loolu dafa nekkoon misaal bu ñu firnde ak sóobug Krist ba ci bant, te loolu itam dafa doon firnde jaar-jaaru gannaaw bant ba ci sànni Stephen ay doj. Rëdd ci kaw rëdd, benn ku nekk ci yonent yi yàgg yi wax nañu lu jëm ci jamono jooju gën a bari fan yi ñu dundoon.</w:t>
      </w:r>
    </w:p>
    <w:p>
      <w:pPr>
        <w:pStyle w:val="ArticleScripture"/>
        <w:jc w:val="left"/>
      </w:pPr>
      <w:r>
        <w:rPr>
          <w:rFonts w:ascii="Times New Roman" w:hAnsi="Times New Roman" w:eastAsia="Times New Roman" w:cs="Times New Roman"/>
        </w:rPr>
        <w:t>“Benn yonent yépp yu njëkk ya waxoonuñu lu gën a sell ci sunu jamono, ba taxna seen yëgle gi am doole ci nun. ‘Léegi mbir yii yépp xewoon nañu ci ñoom ngir nekk misaal; te bind nañu leen ngir sunu xelal, nun ñi mujju àddina ji dikk ci seen kaw.’ 1 Corinthians 10:11. ‘Dañu leen won ne, du woon ci seen bopp lañuy toppatoo mbir yooyu, waaye ci nun, ñoom ñi leen xibaaral xibaar bu baax bi ci dooley Xel mu Sell mi jóge asamaan; mbir yooyu la malaaka yi sax bëgg a xool bu baax.’ 1 Peter 1:12....”</w:t>
      </w:r>
    </w:p>
    <w:p>
      <w:pPr>
        <w:pStyle w:val="ArticleScripture"/>
        <w:jc w:val="left"/>
      </w:pPr>
      <w:r>
        <w:rPr>
          <w:rFonts w:ascii="Times New Roman" w:hAnsi="Times New Roman" w:eastAsia="Times New Roman" w:cs="Times New Roman"/>
        </w:rPr>
        <w:t>“Biibël bi dajale na teŋk yu bare te boole leen benn ci beneen ngir maas mi mujj mii. Lépp lu mag te di lu ñu war a jàpp bu yéeme ci jaar-jaari ak ci mbir yu am solo yu Xale Testament bi, amoon na, te dinaa amaat, ci njàngatu Yàlla bi ci fan yu mujj yii.” Selected Messages, téeré 3, 338, 339.</w:t>
      </w:r>
    </w:p>
    <w:p>
      <w:pPr>
        <w:pStyle w:val="ArticleBody"/>
        <w:jc w:val="left"/>
      </w:pPr>
      <w:r>
        <w:rPr>
          <w:rFonts w:ascii="Times New Roman" w:hAnsi="Times New Roman" w:eastAsia="Times New Roman" w:cs="Times New Roman"/>
        </w:rPr>
        <w:t>“Maas gu mujj gi” mooy xeetu nit ñi Piyeer tànn, te mooy ñi téeméer ak ñeent-fukk ak ñeent-junni; te dañu leen tànn dalee ci 11 Sàttumbar 2001 ba ci yoonu Dibéer buy ñëw léegi, fa lañu leen di yékkati mel ni bannéer. “Lépp,” du benn xaaj rekk, waaye “lépp lu mag ak lépp lu tedd ci jëfandikoo yi” ci Kàddu Yàlla, dañuy “dellusi di amaat” ci “maas gu mujj gi” ci “jàngoroog mbooloo mi” ci “bés yu mujj yi.” Ci sàrtu séllal bi, téere yépp yi nekk ci Biibël bi dañuy daje te mujje fa.</w:t>
      </w:r>
    </w:p>
    <w:p>
      <w:pPr>
        <w:pStyle w:val="ArticleScripture"/>
        <w:jc w:val="left"/>
      </w:pPr>
      <w:r>
        <w:rPr>
          <w:rFonts w:ascii="Times New Roman" w:hAnsi="Times New Roman" w:eastAsia="Times New Roman" w:cs="Times New Roman"/>
        </w:rPr>
        <w:t>«Ci téereb Bibil bi yépp daje te mujje. Fi la matale téereb Daniyel nekk. Benn bi ab yonent la; beneen bi mooy ab xamle. Téere biñ téj du Téereb Xamle bi, waaye mooy boobu cér ci yonentiy waxi Daniyel bi jëm ci fan yu mujj yi. Malaaka mi santaane ne: “Waaye yaw, Yaa Daniyel, tëjël wax yi, te tàyyi téere bi, ba ci jamono ji mujj.” Daniyel 12:4.» Acts of the Apostles, 585.</w:t>
      </w:r>
    </w:p>
    <w:p>
      <w:pPr>
        <w:pStyle w:val="ArticleBody"/>
        <w:jc w:val="left"/>
      </w:pPr>
      <w:r>
        <w:rPr>
          <w:rFonts w:ascii="Times New Roman" w:hAnsi="Times New Roman" w:eastAsia="Times New Roman" w:cs="Times New Roman"/>
        </w:rPr>
        <w:t>“Cér bi ci waxu Daniel mi jëm ci mujj i fan yi,” bi ñu ubbee, mooy peeñ yi ñu jox Daniel ci wet ñaari dex yu mag ya ca Shinar, Ulai ak Hiddekel. Peeñ yooyu dañuy tegtal Daniel saaru juróom-ñaari, aaya fukk ak ñett ak fukk ak ñeent, ak saaru fukk ak benn, aaya ñent-fukk ba juróom-ñeent. Jamono ji ñuy téye téeméeri ñeent-fukk ak ñeent junni, mooy taarix bi Kirist, ni Saraxalekat bu Kowe bi ci asamaan, di téye ba fàww tanneef yi ci génération bu mujj gi ci ab diggante bu taxaw ci Yàlla ak nit. Aaya ñent-fukk bu Daniel fukk ak benn, xamle na diggante bu njaay mi, rab wi ak yonent bu fen bi, ñi ñoom ñépp ànd a jiite àddina si léegi jëm Armageddon, ni ko taarixu béjjénu Réewum-Repiblikaan yi ci suuf jaan wa di tegtal, moom mi nguuru ni juróom-beneel nguur gi ci waxu Biibël ba ci jamonoy aaya ñent-fukk. Aaya ñent-fukk itam xamle na tasoo bu xelale ak bu ndof yi, mi di faral diirub béjjénu Protestantisma bi ci benn taarix boobu, tambalee ci 1798 ba ci yoonu Diminis bu bëgg a ñëw.</w:t>
      </w:r>
    </w:p>
    <w:p>
      <w:pPr>
        <w:pStyle w:val="ArticleBody"/>
        <w:jc w:val="left"/>
      </w:pPr>
      <w:r>
        <w:rPr>
          <w:rFonts w:ascii="Times New Roman" w:hAnsi="Times New Roman" w:eastAsia="Times New Roman" w:cs="Times New Roman"/>
        </w:rPr>
        <w:t>Lépp yi ci “téerey Biibël bi” “dajoo te jeex” ci téereb Peeñ gi, te bu ñu dajee, téereb Peeñ gi “mottali” téereb Daniyel, te baat bi “mottali” mooy yóbbu ci matug mat. Ci jamonoy tàmpug téeméeri ñent-fukk ak ñent junni ñi, ni ko téereb Peeñ gi fësale, kàdduy wax ci kanam yu Daniyel, yi ñu ubbi ci fan yu mujj yi, dañuy àgg ci matug mat, bu ñu leen boolee benn ci kaw benn, ci kow rëddoow jaar-jaari nettali mbootaay mi ñu fësal ci saraxu ñetti-fukk ak juróom-ñaaru téereb Peeñ gi, mi tambalee ak baatu ay sarax yu njëkk yi ci aaya 1 ba 3, te muy jeex ak ñaareelu baat bi nekk ci aaya 4.</w:t>
      </w:r>
    </w:p>
    <w:p>
      <w:pPr>
        <w:pStyle w:val="ArticleBody"/>
        <w:jc w:val="left"/>
      </w:pPr>
      <w:r>
        <w:rPr>
          <w:rFonts w:ascii="Times New Roman" w:hAnsi="Times New Roman" w:eastAsia="Times New Roman" w:cs="Times New Roman"/>
        </w:rPr>
        <w:t>Matug gis-gisug waxu yonent wi, mi dexu Hiddekel di ko tegtal ci téereb Daniel, dafay tegtal matug gis-gis bu biti bu noon yi nit ñi Yàlla moom di am, ñiy dóor suuf kër yoon wi ak mbooloom. Matug gis-gisug waxu yonent wi, mi dexu Ulai di ko tegtal ci téereb Daniel, dafay tegtal matug gis-gis bu biir bu Almasi bi feeñ ci biir nitam ñi, ba mu matale diggante kóllëre gi ci boole Yàlla ak nit ci kaw maas gu mujj ga tànn.</w:t>
      </w:r>
    </w:p>
    <w:p>
      <w:pPr>
        <w:pStyle w:val="ArticleBody"/>
        <w:jc w:val="left"/>
      </w:pPr>
      <w:r>
        <w:rPr>
          <w:rFonts w:ascii="Times New Roman" w:hAnsi="Times New Roman" w:eastAsia="Times New Roman" w:cs="Times New Roman"/>
        </w:rPr>
        <w:t>Jaar-jaaru tëj gi ci mbind mi tegu ci geenu réew mi buy mel ni malaaka suuf, mi di jàpp ci boppam ñaari baat yu réew Republikeen, tàmbalee na ak malaaka suuf ma waxee Patriot Act bi ci atum 2001, te mu jeex ak wax ji Alien and Sedition Acts yu 1798 tegu woon, yi ci Yëf yu Revelation, saar 13, ñu melal ni malaaka suuf ma di wax ni njàngat. Alien and Sedition Acts yu 1798, dañuy tegtal mujju wàll wu tàmbalee ak wax ji ci Declaration of Independence bi ci 1776. Ci diggante jamono jooju ci jaar-jaaru yonent, malaaka suuf ma waxoon Constitution bi ngir mu doon yoon ci 1789.</w:t>
      </w:r>
    </w:p>
    <w:p>
      <w:pPr>
        <w:pStyle w:val="ArticleBody"/>
        <w:jc w:val="left"/>
      </w:pPr>
      <w:r>
        <w:rPr>
          <w:rFonts w:ascii="Times New Roman" w:hAnsi="Times New Roman" w:eastAsia="Times New Roman" w:cs="Times New Roman"/>
        </w:rPr>
        <w:t>Wax ju 1776 mooy ànd ak wax ju Patriot Act, te Alien and Sedition Acts diir nañu ndigal Alxames bu bëgg a ñëw ci États-Unis. Ci diggu mboolem taariix boobu war na am beneen wax ju ànd ak 1789. Baat bu jëkk bi ci Kàddu gi bu Sell bi, Révélation 18, aaya 1 ba 3, xamle nañu ko leer ne dafa agsi bi kër yu mag yi ci New York City daanoo daanu. Baat bu ñaareel bi ci aaya 4 itam, xamle nañu ko leer ne mooy ndigal Alxames bi dëgër a ñëw. Ñaari baat yooyu yépp ay baat yu Yàlla lañu, ndaxte ñoom ñaar ñépp mooy baatu malaaka mi war a leeral suuf si ak ndamam, mi Sister White wax ne mooy malaaka bu jëkk bi ci Révélation 14. Yeesu mooy malaaka bu jëkk bi, te moom dafa sax di misaalal mujjug mbir ak njàlbéenam; moo tax itam mooy malaaka bu ñetteel bi, mooy malaaka mi di leeral suuf si ak ndamam.</w:t>
      </w:r>
    </w:p>
    <w:p>
      <w:pPr>
        <w:pStyle w:val="ArticleBody"/>
        <w:jc w:val="left"/>
      </w:pPr>
      <w:r>
        <w:rPr>
          <w:rFonts w:ascii="Times New Roman" w:hAnsi="Times New Roman" w:eastAsia="Times New Roman" w:cs="Times New Roman"/>
        </w:rPr>
        <w:t>Malaaka bu jëkk itam dañu ko wone ci Peeñu gi, saar fukki, ni mu wàccee ca 11 Ut 1840, te loolu dafay melal wàccug malaaka ba ca 11 Sàttumbar 2001. Rakku jigéen White wax na bu leer ne malaaka mi wàccee ci saar fukki bi, “du kenn ku gën a magul Yeesu Kirist.” Baat bu njëkk ak bu ñaareel yi ci Peeñu gi fukki ak juróom ñaar, baatu Kirist lañu. Boobu jaar-jaaru mbir melalees na ko ci 1776, 1789 ak 1798, ba rab wu suuf wi waxee ñetti yoon. Baatu Kirist bi di wax diggante ñaari baat yi ci Peeñu gi fukki ak juróom ñaar, mooy bi Mu waxee ci Peeñu gi saar fukki ak benn.</w:t>
      </w:r>
    </w:p>
    <w:p>
      <w:pPr>
        <w:pStyle w:val="ArticleScripture"/>
        <w:jc w:val="left"/>
      </w:pPr>
      <w:r>
        <w:rPr>
          <w:rFonts w:ascii="Times New Roman" w:hAnsi="Times New Roman" w:eastAsia="Times New Roman" w:cs="Times New Roman"/>
        </w:rPr>
        <w:t>Gannaaw ñetti fan ak genn-wàll, Xelum dund gu jóge ci Yàlla dugg ci ñoom, te ñu taxaw ci seen tànk; te ragal gu réy dal ci ñi leen gisoon. Te dégg nañu baat bu mag bu jóge asamaan naan leen: Yéegleen fii. Noonu ñu yéeg ca asamaan ci aw niir, te seeni noon gis leen. Peeñu 11:11, 12.</w:t>
      </w:r>
    </w:p>
    <w:p>
      <w:pPr>
        <w:pStyle w:val="ArticleBody"/>
        <w:jc w:val="left"/>
      </w:pPr>
      <w:r>
        <w:rPr>
          <w:rFonts w:ascii="Times New Roman" w:hAnsi="Times New Roman" w:eastAsia="Times New Roman" w:cs="Times New Roman"/>
        </w:rPr>
        <w:t>Ci weeru atum 2023, baat bu jóge asamaan (baatu Almasi bi) tàmbalee na yëkkati ñaari seede yi ñu reyoon ci mbedd yi, te doraŋ athee yi jóge ci xóot bu amul njël moo leen reyoon. Ca jamono jooju, mbir yi jëfandikoo ak Dëkkandoo Ameerika bi nekk nañu mbirum yëgle, ndaxte ci baat bu toogaat bi, bi 1798 di tegtal, Dëkkandoo bi dinañu ko tas yépp. Képp ku nekk ci ñetti màndarga yi di 1776, 1789 ak 1798, dafa méngoo ak ñetti baat yu Yàlla yi ñu màndargaal ne September 11, 2001, weeru atum 2023, ak dogalu Dimas bi di ñëw lu yàggul.</w:t>
      </w:r>
    </w:p>
    <w:p>
      <w:pPr>
        <w:pStyle w:val="ArticleBody"/>
        <w:jc w:val="left"/>
      </w:pPr>
      <w:r>
        <w:rPr>
          <w:rFonts w:ascii="Times New Roman" w:hAnsi="Times New Roman" w:eastAsia="Times New Roman" w:cs="Times New Roman"/>
        </w:rPr>
        <w:t>Ñetti ñaar yooyu méngook ñetti jéego yi ci ñetteel ay, miñu tegu ci 11 Sàttumbar 2001, 7 Oktoobar 2023 ak yoonu Dibéer bu agsi ci lu gaaw, bi trompet bu juróomeel ba, maanaam ñetteel Ay bi, dikkee saa si ci waxtu “yëngu-yëngu su mag si”. Ci atum 2023, soppi gu ñaari bakk yi ci rabu suuf ba tàmbalee na, ni ko mel ci gént gu nëbbu gii Nabukadnesar gisoon. Géntug Nabukadnesar gi nekk ci saar bi ñaareel, kumpa la woon bu Yàlla rekk mana feeñal, te Moo ko feeñal ñi weesu woon nattu bu jëkk bi, bi ñu tegu ci saar bu njëkk bi ci Danyeel.</w:t>
      </w:r>
    </w:p>
    <w:p>
      <w:pPr>
        <w:pStyle w:val="ArticleBody"/>
        <w:jc w:val="left"/>
      </w:pPr>
      <w:r>
        <w:rPr>
          <w:rFonts w:ascii="Times New Roman" w:hAnsi="Times New Roman" w:eastAsia="Times New Roman" w:cs="Times New Roman"/>
        </w:rPr>
        <w:t>Dañeel ak ñetti nit ñi am solo yi ci saraxu njëkk bi, ci xaaj bi njëkk, ñooñu la ñu doon ñi jàll ci njeexital bu njëkk bi, ndaxte tànn nañu lekk dund gu asamaan te bañ lekk wi Babilon di joxe. Ñooñu la Yowaana melal ci Peeñu ga, xaaj bu fukk bi, ñiy jël téere bu ndaw bi ci loxob malaaka ma, mi du kenn ku gën a màgg te teralul dara lu dul Yeesu Kirist; te ñu lekk yégle bi nekk ci biiram. Ñooñu itam lañu doon ñi ci Yowaana xaaj bu juróom-benn bi, ñi tànn nañu lekk yàpp wu Mànda gu asamaan gi te naan deretam, biir manna wa asamaan; fekk kurél gi ci des bañ ko, ba noppi dëddu Kirist te dootul ànd ak moom mukk, ci xaaj bu JURÓOM-BENN bi, sarax bu JURÓOM-JUROM-BENN.</w:t>
      </w:r>
    </w:p>
    <w:p>
      <w:pPr>
        <w:pStyle w:val="ArticleBody"/>
        <w:jc w:val="left"/>
      </w:pPr>
      <w:r>
        <w:rPr>
          <w:rFonts w:ascii="Times New Roman" w:hAnsi="Times New Roman" w:eastAsia="Times New Roman" w:cs="Times New Roman"/>
        </w:rPr>
        <w:t>Ci sàrt la Almasi di jàngale woon ca Galile, te loolu tekki na “ab charnière” walla “ab yëngu-yëngu bu soppi”. Fa la jébbale waxtaanu man bu asamaan bi, bi ay taalibeem waroon a lekk, ni Yàlla waxe ne Yaxya lekk na ko ci Peeñu, sarax 10, te ni Esékiel lekk na ko ci sarax 3, ak Yeremi lekk na ko ci sarax 15. Jaar-jaaru màndarga bi Yaxya doon teewal ci Peeñu, sarax 10, ba mu lekk téere bu ndaw bi, dafa doon teewal jaar-jaaru Millerite yi diggante 1840 ak 1844, waaye gën a jub ci teewal jamono ji ñu di téj ba noppi ñetti-fukki junni ak ñent-fukki junni yi, gën a jëm ci jaar-jaaru Millerite yi. Loolu bir na ci sarax bi jaarale ci ndigël yi ñu jox Yaxya bi ñu ko waxee mu lekk téere bu ndaw bi.</w:t>
      </w:r>
    </w:p>
    <w:p>
      <w:pPr>
        <w:pStyle w:val="ArticleScripture"/>
        <w:jc w:val="left"/>
      </w:pPr>
      <w:r>
        <w:rPr>
          <w:rFonts w:ascii="Times New Roman" w:hAnsi="Times New Roman" w:eastAsia="Times New Roman" w:cs="Times New Roman"/>
        </w:rPr>
        <w:t>Noonu maangi malaaka ma, ne ko ci moom: “Jox ma téere bu ndaw bi.” Mu ne ma: “Jël ko te lekk ko; dina wex sa biir, waaye ci sa gémmiñ dina neex ni leer.” Peeñu 10:9</w:t>
      </w:r>
    </w:p>
    <w:p>
      <w:pPr>
        <w:pStyle w:val="ArticleBody"/>
        <w:jc w:val="left"/>
      </w:pPr>
      <w:r>
        <w:rPr>
          <w:rFonts w:ascii="Times New Roman" w:hAnsi="Times New Roman" w:eastAsia="Times New Roman" w:cs="Times New Roman"/>
        </w:rPr>
        <w:t>Ci weer bi, ñu waxoon Yaxya lu jiitu ci mbirum jël ak lekk téere bu ndaw ba, ngir xam lu xibaar bi mu lekk di jur ci xew-xewam. Millerit yi xamuñuwoon lu jiitu ne amna ay xew-xew yu wex te metti ci seen matug jaar-jaaram ci taarix, te loolu mooy matal misaalu Yaxya ci seeni jaar-jaar yu wax ci waxu Yàlla. Waaye ñaar-fukk ak ñeent junni nit ñi ñu tànn, ñu wax na leen loolu lu jiitu, te war nañu ko xam. Bu Yaxya melalee mbaa taarixu yëngu-yëngu malaaka bu njëkk bi, mbaa taarixu malaaka bu ñetteel bi, xibaar bi day jur ñaari xeet yu jaamu, te gannaaw loolu mu mujje ci naqar bu metti. Ba Irmiya lekkée téere bu ndaw ba, gannaaw loolu mu bañ a bokk ak “dajale ñiy ree.”</w:t>
      </w:r>
    </w:p>
    <w:p>
      <w:pPr>
        <w:pStyle w:val="ArticleScripture"/>
        <w:jc w:val="left"/>
      </w:pPr>
      <w:r>
        <w:rPr>
          <w:rFonts w:ascii="Times New Roman" w:hAnsi="Times New Roman" w:eastAsia="Times New Roman" w:cs="Times New Roman"/>
        </w:rPr>
        <w:t>Bogguma toogukat yi ci mbootaayu ñiy ree, te béguma; ma toog maam kenn ndax sa loxo, ndaxte dangaa ma feesal mer. Jérémie 15:17.</w:t>
      </w:r>
    </w:p>
    <w:p>
      <w:pPr>
        <w:pStyle w:val="ArticleBody"/>
        <w:jc w:val="left"/>
      </w:pPr>
      <w:r>
        <w:rPr>
          <w:rFonts w:ascii="Times New Roman" w:hAnsi="Times New Roman" w:eastAsia="Times New Roman" w:cs="Times New Roman"/>
        </w:rPr>
        <w:t>Bi Yexeskel lekkee téere bu ndaw ba, ñu wax ko mu jox mbir mi ñi dëkku ci kër Israayil te di ñi bëggul déglu.</w:t>
      </w:r>
    </w:p>
    <w:p>
      <w:pPr>
        <w:pStyle w:val="ArticleScripture"/>
        <w:jc w:val="left"/>
      </w:pPr>
      <w:r>
        <w:rPr>
          <w:rFonts w:ascii="Times New Roman" w:hAnsi="Times New Roman" w:eastAsia="Times New Roman" w:cs="Times New Roman"/>
        </w:rPr>
        <w:t>Te itam ne ma, Doom-aadama, lekkal li nga gis; lekkal téere bii, te dem wax ak kërug Israayil.... Waaye kërug Israayil duñu la déglu; ndaxte duñu ma déglu: ndaxte mbooloom kërug Israayil gépp ay nit lañu yu dégguul te xol bu dëgër. Ezekiel 3:1,7.</w:t>
      </w:r>
    </w:p>
    <w:p>
      <w:pPr>
        <w:pStyle w:val="ArticleBody"/>
        <w:jc w:val="left"/>
      </w:pPr>
      <w:r>
        <w:rPr>
          <w:rFonts w:ascii="Times New Roman" w:hAnsi="Times New Roman" w:eastAsia="Times New Roman" w:cs="Times New Roman"/>
        </w:rPr>
        <w:t>Bi Kirist waxe mburu asamaan, mooy Yaramam ak Derram, ci jàkkaam kër ga nekk Galile, mbooloo ma dëddu woonatul dox ak moom mukk, te li xew ci saar bu JURÓOM-BENN, ayet bu JURÓOM-BENN fukk ak JURÓOM-BENN, moo firndeel ne lekk gi mooy njàngat gu njëkk ci bennoon yoonu nattu gu ñetti jéego, gu tambalee ak wàccug malaaka bi. Natt bu ñaareel bi mooy fa ñaari mbooloo yi feeñee, muy juumte bu nekk diggante Esekiyel ak kërgóor gu dëgër xol gu Israayil, walla janq yu am xel ak janq yu amul xel ci tàmbali ak mujju Aadàntis, walla Yeremiya ak ndajem ñiy ree, walla ci Danyeel ak ñatti góor ñu yaraax yi, ci juumte ak boroom xam-xam yi ci Babilon ci saar bu ñaareel bu Danyeel.</w:t>
      </w:r>
    </w:p>
    <w:p>
      <w:pPr>
        <w:pStyle w:val="ArticleBody"/>
        <w:jc w:val="left"/>
      </w:pPr>
      <w:r>
        <w:rPr>
          <w:rFonts w:ascii="Times New Roman" w:hAnsi="Times New Roman" w:eastAsia="Times New Roman" w:cs="Times New Roman"/>
        </w:rPr>
        <w:t>Ci diggante yu Yowaana sarxal benn, àggsi gi ca Galile moo di 11 Setambar 2001. Baat bi jëm ci lekk yàppam ak naan deretam moo di jaar-jaaru mbind mi, te mujj di jëm ci yoonu Dibeer bu nar a ñëw léegi. “Nit ku nekk, loo lekk nga doon”, ni ko Daniel ak ñetti góor ñi ñu màggal ci sarxal benn tey tegtale, te itam ci Yowaana sarxal benn, ñi tànn a lekk yàppu Kirist ak naan deretam, ñoom dañu nekk nataalu li ñu lekk. Ñoom dañu nekk nataalu Kirist, waaye beneen xeetu nit ñi dellu te dootuñu dox ak Kirist feeñaloon nañu nataalu rabu ma. Benn xeet moo doon nataalu Ki Bindikat bi, beneen bi nataalu bind gi. Yowaana sarxal benn yokk na tekki bu “Galile” ci 11 Setambar 2001, ndaxte tekki ba mooy “bësu ubbi ak tëj”, noonu muy tàmpeel fu taalibe yi war a soppee. Ndax dañuy jublu ci lekk bu asamaan walla ci lekk bu Babilon? Ci ay waxtu yu soppeeku ci waxu yonent yi la Kirist di feeñal leer gi ñëw ci jamono ji topp, ni ko wone wàccam ci 2001, ba suuf si leer ak ndamaram.</w:t>
      </w:r>
    </w:p>
    <w:p>
      <w:pPr>
        <w:pStyle w:val="ArticleScripture"/>
        <w:jc w:val="left"/>
      </w:pPr>
      <w:r>
        <w:rPr>
          <w:rFonts w:ascii="Times New Roman" w:hAnsi="Times New Roman" w:eastAsia="Times New Roman" w:cs="Times New Roman"/>
        </w:rPr>
        <w:t>«Am nañu jàngat yu war a jëfandikoo ci jaar-jaaru jamono yi weesu; te woo nañu nit ñépp ci ñoom, ngir ñépp man a xam ne Yàlla mi ngi liggéey léegi ci benn yoon yi mu mas a liggéeye ba noppi. Loxoam feeñ na ci liggéeyam ak ci biir xeeti àddina léegi itam, ni ko deme woon saa su xebaar bu baax bi njëkk a yéglee Aadama ca Eden.»</w:t>
      </w:r>
    </w:p>
    <w:p>
      <w:pPr>
        <w:pStyle w:val="ArticleScripture"/>
        <w:jc w:val="left"/>
      </w:pPr>
      <w:r>
        <w:rPr>
          <w:rFonts w:ascii="Times New Roman" w:hAnsi="Times New Roman" w:eastAsia="Times New Roman" w:cs="Times New Roman"/>
        </w:rPr>
        <w:t>“Am na ay waxtu yu ne ay jamono yu doon bopp yu am solo lool ci jaar-jaaru xeeti réew yi ak ci jaar-jaaru mbooloom gëm-gëm gi. Ci dogalu Yàlla, bu yooyu ay jafe-jafe ak ay jéexital dikkee, leerug waxtu woowu dees na ko joxe. Su ñu ko nangoo, jëm-kanam gu xel mu sell am na; waaye su ñu ko bañee, wéet gu xel mu sell ak yàqu-yaram topp na. Boroom bi ci Kàddugam ubbi na liggéeyu xebaar bu baax bi buy doxe ci anam wu am doole, ni ñu ko yore woon ci jamono yi weesu, te ni mu di deme ci jamono yi ñëw, ba ci xareb mujj ga, bi ay dooley Seytaane di def seen mujj gi yéeme ci seen yëngu-yëngu.” Bible Echo, August 26, 1895.</w:t>
      </w:r>
    </w:p>
    <w:p>
      <w:pPr>
        <w:pStyle w:val="ArticleBody"/>
        <w:jc w:val="left"/>
      </w:pPr>
      <w:r>
        <w:rPr>
          <w:rFonts w:ascii="Times New Roman" w:hAnsi="Times New Roman" w:eastAsia="Times New Roman" w:cs="Times New Roman"/>
        </w:rPr>
        <w:t>Yàlla dafa liggéey saa su ne ci benn yamukaay yu amoon ci jaar-jaar yu wees yi, te moom du soppiku mukk. Am na ay “bérab yu wone njubb” (Galile), yu di ay “jàngoro yi war a dog”, te ci yooyu “bérab yu wone njubb”, “leerug jamono jooju mooy ñëw.” Leer gi jëm ci jamono bi ñuy tëj ci moom ñaar-fukk ak ñeent-fukk ak ñeent junni nit ñi, ñëw na ci jàngoro ga tàmbalee 11 Suletàmbar 2001. Bu leer googu “nangu nañu ko, am na yokkute gu xel mu sell; bu ñu ko bañee, wàññiku gu xel mu sell ak yàqub gaal di topp.” Leer gi dafay jur ñaari xeetu jaamukatëb yi. Leer gi di topp bérab bu wone njubb ba, mooy yégle gi di jur ñaari xeetu jaamukatëb yi.</w:t>
      </w:r>
    </w:p>
    <w:p>
      <w:pPr>
        <w:pStyle w:val="ArticleBody"/>
        <w:jc w:val="left"/>
      </w:pPr>
      <w:r>
        <w:rPr>
          <w:rFonts w:ascii="Times New Roman" w:hAnsi="Times New Roman" w:eastAsia="Times New Roman" w:cs="Times New Roman"/>
        </w:rPr>
        <w:t>Yoon wuute Daniel bii ñaareel dafay won nattu ñaareel bi, moom mi topp nattu lekk bi nekk ci yoon wuute bu njëkk bi. Ci wërsëg bu njëkk bi ci yoon wuute Daniel bu njëkk bi, Yudaa dafa doon aat ci loxob Nebukadnessar, te mu nekk noonu buur gu njëkk gi ci waxi yonent yi nekk ci Biibël. Loolu doon na bés bu jëfandikoo ci jaar-jaari xeeti àddina ak ci jaar-jaari kër Yàlla, doon na jafe-jafe bu mag, te leerug nattu lekk bi joxeef na ci jamono jooju. Daniel ak ñetti góor yu tedd ya jaar nañu nattu boobu, te gannaaw loolu ci yoon wuute bii ñaareel, ñoom itam tegtal nañu ñi jaar ci nattu ñaareel bi. Nattu ñaareel bi doon na nattu ci mbir mu nëbbu, mi kenn, sax Nebukadnessar, xamul woon.</w:t>
      </w:r>
    </w:p>
    <w:p>
      <w:pPr>
        <w:pStyle w:val="ArticleBody"/>
        <w:jc w:val="left"/>
      </w:pPr>
      <w:r>
        <w:rPr>
          <w:rFonts w:ascii="Times New Roman" w:hAnsi="Times New Roman" w:eastAsia="Times New Roman" w:cs="Times New Roman"/>
        </w:rPr>
        <w:t>Màndarga nattu gi moo doon nataalu nelaw Nebukadnesar. Dafa doon nattub dund ak dee ci mbirum benn nataal bu kenn xamul woon. Nataal gi mooy won nguur yi ci waxi yonent yi nekk ci Biibël, te ci sareet yu juróom-ñaari ak juróom-ñetti ci Daniel, nguur yooyu yu nekkoon ci Daniel ñaar dañuy teewlu ci nirooy rab yu ànd ak doole. Nattub Nebukadnesar mooyoon nattub “nataalu rab yi”, bi ñëw ci fan yu mujj yi, di am ci jamono ji ñuy tëj ci màndarga nit ñi ñuy wax ñaar fukk ak ñeent junni ak ñeent téeméer.</w:t>
      </w:r>
    </w:p>
    <w:p>
      <w:pPr>
        <w:pStyle w:val="ArticleBody"/>
        <w:jc w:val="left"/>
      </w:pPr>
      <w:r>
        <w:rPr>
          <w:rFonts w:ascii="Times New Roman" w:hAnsi="Times New Roman" w:eastAsia="Times New Roman" w:cs="Times New Roman"/>
        </w:rPr>
        <w:t>Ci mujjug mujj, sosal nataalu malaaka bi mooy nattu gu mag ngir askanu Yàlla, ñi Daniel ak ñetti góor yu tedd teel. Loolu mooy nattu bi ñu war a jeexal, bala ñu ñu màndargaal; moo tax ne mooy bataaxalu màndargaalak nattu bi, bi di jur benn xeetu nit ñi di jot màndargaalu Yàlla te feeñal nataalu Yàlla, walla benn xeetu nit ñi di jot màndargaalu malaaka bi, te moo tax ñuy feeñal nataalu malaaka bi. Ci Daniel saar ñaareel bi, bataaxalu nataalu malaaka bi dañu ko tëj ba ci jamono ji mu doon laaj bu dund ak dee. Nataalu Nebukadnesar, ñi yoroon waxi Miller dañu ko déggoon bu baax; waaye ci jamonoy màndargaal bi, dëgg bu nëbbu bu yokkuteek nataalu Nebukadnesar dañu ko ubbi, waaye ngir ñi rekk ñi nangu woon bataaxal bi waroon a ñam bu baax ba ca jamonoy soppiku gi aksee.</w:t>
      </w:r>
    </w:p>
    <w:p>
      <w:pPr>
        <w:pStyle w:val="ArticleBody"/>
        <w:jc w:val="left"/>
      </w:pPr>
      <w:r>
        <w:rPr>
          <w:rFonts w:ascii="Times New Roman" w:hAnsi="Times New Roman" w:eastAsia="Times New Roman" w:cs="Times New Roman"/>
        </w:rPr>
        <w:t>Ñam woowu mooy bataaxalu taw buy mujj bi tambalee bi malaakam Peeñug Yàlla fukk ak juróom-ñeent wàccee, te bataaxalu taw buy mujj mooy yoonu “rëdd ci kaw rëdd.” Su ñu lekkul dëgg googu, du maneesa gis bataaxal bu nëbbu bu jaarale ci sosinu nataalu rab wi.</w:t>
      </w:r>
    </w:p>
    <w:p>
      <w:pPr>
        <w:pStyle w:val="ArticleBody"/>
        <w:jc w:val="left"/>
      </w:pPr>
      <w:r>
        <w:rPr>
          <w:rFonts w:ascii="Times New Roman" w:hAnsi="Times New Roman" w:eastAsia="Times New Roman" w:cs="Times New Roman"/>
        </w:rPr>
        <w:t>Ellen White ñu ko “wonna nañu ko bu leer ne, melow rab wi dina sosu balaa moomeelug yoon bi tëjje.” Yëgleb sosug melow rab wi ci Daniel ñaar, dafa tegtal sosug melow ga nga xam ne kenn gisuwu ko ludul ci jaar-jaari mbootaay mi topp “benn taxawaay bu am solo”, ba leer gi di ci joxe. Li ñu xam léegi ci melow Nebukadnesar mooy ne du rekk taxawal ñaar-fukki buur yi njëkk ci waxi kàddug yonent yi ci Biibël, waaye dafa wax ci juróom-ñett fukki buur yépp, te xam-xam boobu mooy jur benn beesub sosug melow-rab wi.</w:t>
      </w:r>
    </w:p>
    <w:p>
      <w:pPr>
        <w:pStyle w:val="ArticleBody"/>
        <w:jc w:val="left"/>
      </w:pPr>
      <w:r>
        <w:rPr>
          <w:rFonts w:ascii="Times New Roman" w:hAnsi="Times New Roman" w:eastAsia="Times New Roman" w:cs="Times New Roman"/>
        </w:rPr>
        <w:t>Dëgg dëgg day xamle ne rab wu juróom-ñett baax na ne moo di juróom-ñeenti bi, te mu xamale itam ne Etats-Unis, mi njëkk a sos nataalu rab wi, te gannaaw loolu di dàq addina si bépp ngir mu def noonu itam, dina yor melokaanu waxu yonent bi ci rab wi mu sos nataalam. Nataal boobu dafa boole ne moom mooy juróom-ñeenti bi, bi bokk ci juróom-ñaar ya, te ci taarixu ñetti baatu Kirist, mooy muy tënkët bëj-gànnaaru 11 Septambar 2001, baat bi ci 2023 buy woo yax, yax, yàqu-yàqu yooyu dee yu seede ñaari seede yi ngir ñu taxaw ci seen tànk, ak baatu woote bi génne Babilon.</w:t>
      </w:r>
    </w:p>
    <w:p>
      <w:pPr>
        <w:pStyle w:val="ArticleBody"/>
        <w:jc w:val="left"/>
      </w:pPr>
      <w:r>
        <w:rPr>
          <w:rFonts w:ascii="Times New Roman" w:hAnsi="Times New Roman" w:eastAsia="Times New Roman" w:cs="Times New Roman"/>
        </w:rPr>
        <w:t>Baatu at 2023 mooy baat bi di xamle suturaas bi nekk ci nataalu Nebukadnesar ak kàddu gu mu waxee.</w:t>
      </w:r>
    </w:p>
    <w:p>
      <w:pPr>
        <w:pStyle w:val="ArticleBody"/>
        <w:jc w:val="left"/>
      </w:pPr>
      <w:r>
        <w:rPr>
          <w:rFonts w:ascii="Times New Roman" w:hAnsi="Times New Roman" w:eastAsia="Times New Roman" w:cs="Times New Roman"/>
        </w:rPr>
        <w:t>11 Septambar 2001 dafay tektal jamono jooju muy tambalee fa endet 18 Sulet 2020. Jamonoy ñaareelu baat bi ci saar fukki benn bi dafay tektal jamono bi joge ci 18 Sulet 2020 ba àgg ci ñetteelu baat bi ci yoonu dencukaay bésu dibeer bi muy ñëw lu gaaw. Ñaareelu jamono bi tambalee ci 18 Sulet 2020, dafay boole màndargay yoon wi 3 Nowàmbar 2020, ak màndargay yoon wi 6 Sanwiyee 2021, ba ña la rey seede ya ñaar tàmbalee bég ak yónnee ay may, te dafay boole itam Sulet 2023, ba baat bi ci màndiŋ gi tàmbalee jolli artu bu trompet bu juróom-ñaareel ba.</w:t>
      </w:r>
    </w:p>
    <w:p>
      <w:pPr>
        <w:pStyle w:val="ArticleBody"/>
        <w:jc w:val="left"/>
      </w:pPr>
      <w:r>
        <w:rPr>
          <w:rFonts w:ascii="Times New Roman" w:hAnsi="Times New Roman" w:eastAsia="Times New Roman" w:cs="Times New Roman"/>
        </w:rPr>
        <w:t>Dina ñuy wéyal njàngum bii ci mbind mi ci topp.</w:t>
      </w:r>
    </w:p>
    <w:p>
      <w:pPr>
        <w:pStyle w:val="ArticleScripture"/>
        <w:jc w:val="left"/>
      </w:pPr>
      <w:r>
        <w:rPr>
          <w:rFonts w:ascii="Times New Roman" w:hAnsi="Times New Roman" w:eastAsia="Times New Roman" w:cs="Times New Roman"/>
        </w:rPr>
        <w:t>Ci kaw dexug dexug Chebar, Ezekiel gis na ngelaw ngelaw bu mel ni mu ngi jóge ci bëj-gànnaar, “niir gu réy, ak safara suy wërante boppam, te leer gu ngi ko wër, te ci biir moom feeñ melokaanu xonq bu mel ni ambre.” Ay wheel yu bare, yu di dajaleante seen bopp, dañoo yéngu woon ndax ñent aji-dund. Kaw lépp loolu “amoon na fa melokaanu gàngune, ni nangu safir; te ci kaw melokaanu gàngune ga amoon na melokaanu bu mel ni nit, ci kawam.” “Te ci diggante cherub yi feeñ na melokaanu loxo nit, ci suuf seeni laaf.” Ezekiel 1:4, 26; 10:8. Wheel yi dafa woon jaxasoo lool ci seen tabax ba ne, bu nit xoolee ko bu njëkk, dafay mel ni jàq; waaye dañoo yéngu woon ci wër-gu-yaram wu mat sëkk. Aji-asamaan yu nga xam ne loxo li nekk ci suuf laafi cherub yi moo leen doon dooleel te gindileen, ñoo doon yóbbu wheel yooyu; te ci seen kaw, ci kaw gàngune gu safir ga, Nekku ba Fàww nekk woon; te wër gàngune ga amoon na arcooris, muy misaalu yërmande Yàlla.</w:t>
      </w:r>
    </w:p>
    <w:p>
      <w:pPr>
        <w:pStyle w:val="ArticleScripture"/>
        <w:jc w:val="left"/>
      </w:pPr>
      <w:r>
        <w:rPr>
          <w:rFonts w:ascii="Times New Roman" w:hAnsi="Times New Roman" w:eastAsia="Times New Roman" w:cs="Times New Roman"/>
        </w:rPr>
        <w:t>«Ni mel niir yu mel melo komplikasioŋ yi nekkoon ci suufu kilifay kerub yi ngir loxo bi nekk ci suufu seeni laaf, noonu itam xew-xewi nit ñi yu lakk-lakk te jaxasoo, yépp nekk nañu ci suufu nguurug Yàlla. Ci biir xuloo ak jàq-jàqi xeeti réew yi, Ki toog ci kaw kerub yi mooy sax di jiite mbiri suuf si.</w:t>
      </w:r>
    </w:p>
    <w:p>
      <w:pPr>
        <w:pStyle w:val="ArticleScripture"/>
        <w:jc w:val="left"/>
      </w:pPr>
      <w:r>
        <w:rPr>
          <w:rFonts w:ascii="Times New Roman" w:hAnsi="Times New Roman" w:eastAsia="Times New Roman" w:cs="Times New Roman"/>
        </w:rPr>
        <w:t>“Jaar-jaaru xeeti yi, yi nga xam ne kenn ci gannaaw kenn dañoo jot seen waxtu ak seen berab bu ñu leen séddale woon, te ci seen xel mu nekkul dañuy seede ci dëgg gi ñoom ci seen bopp xamul woon lu mu tekki, dafa wax ak nun. Yàlla jox na bépp xeet ak bépp nit ci jamono jii ab berab ci kërgëramam gu mag. Tey jii nit ñi ak xeet yi dañuy nattook aase wi nekk ci loxol Ki dul juum. Ñépp, ci seen tànn bopp, dañuy dogal seen mujju, te Yàlla mi ngi jiite lépp ngir matal ay mébétam.”</w:t>
      </w:r>
    </w:p>
    <w:p>
      <w:pPr>
        <w:pStyle w:val="ArticleScripture"/>
        <w:jc w:val="left"/>
      </w:pPr>
      <w:r>
        <w:rPr>
          <w:rFonts w:ascii="Times New Roman" w:hAnsi="Times New Roman" w:eastAsia="Times New Roman" w:cs="Times New Roman"/>
        </w:rPr>
        <w:t>“Jaar-jaar yi Ki Mag bu Réy bi, MOOM MI DI MAAN MIY AM, tëral ci Ay Kàdduam, te boolee xët ak xët ci jéggi-jéggig waxu yonent bi, dale ko ci ba fàww ba ci gannaaw ba fàww, moo nu xamal fan lañu toll tey ci doxalin jamono yi, ak liñu mën a séentu ci jamono ji di ñëw. Lépp lu waxu yonent bi yégle woon ne dina am, ba ci jamono jii nu toll tey, tegu nañu ko ci xëti jaar-jaar; te mën nañu a wóor ne lépp lu des a ñëw dina mat ci ay xëtu waxtoom.”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134 bi ci lim bi</dc:title>
  <dc:subject>Ubbeeku Yonent bi ci waxoon: Dale ci 11 Septàmburu 2001 ba ci ndigëlu Dibeer bu di nañu di waajal ci États-Unis</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