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Juróom-ñeent-fukk ak Ñaar-fukk ak Juróom-benn</w:t>
      </w:r>
    </w:p>
    <w:p>
      <w:pPr>
        <w:pStyle w:val="ArticleSubtitle"/>
        <w:jc w:val="left"/>
      </w:pPr>
      <w:r>
        <w:rPr>
          <w:rFonts w:ascii="Arial" w:hAnsi="Arial" w:eastAsia="Arial" w:cs="Arial"/>
        </w:rPr>
        <w:t>Baat yu wax 1776, 1789 ak 1798 yi: njëkkukaay ci tëj gi ñu war a tëj 144,000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Jaar-jaari 1776, 1789 ak 1798 dafay leeral jaar-jaari màndargaalug ñaari téeméeri junni ak ñeent fukk ak ñeent junni. Ci bépp ci yooyu bés, rab wu suuf wi waxoon na. Ñetti màndargay yoon yi ñuy misaale ci ñetti yoon yi rab wu suuf wi wax, dañuy dawandoo ak ñetti baat yi Almasi bi wax ci 11 Sàttumbar 2001, Sulet 2023 ak yoonu Dibeer bu yaqoon a ñëw.</w:t>
      </w:r>
    </w:p>
    <w:p>
      <w:pPr>
        <w:pStyle w:val="ArticleScripture"/>
        <w:jc w:val="left"/>
      </w:pPr>
      <w:r>
        <w:rPr>
          <w:rFonts w:ascii="Times New Roman" w:hAnsi="Times New Roman" w:eastAsia="Times New Roman" w:cs="Times New Roman"/>
        </w:rPr>
        <w:t>Bés bi ci Bésu Boroom bi, Maam Xelum bi daldi ma jàpp; te ma dégg ca sama gannaaw benn baat bu réy, mel ni mbëj. Peeñ mi 1:10.</w:t>
      </w:r>
    </w:p>
    <w:p>
      <w:pPr>
        <w:pStyle w:val="ArticleBody"/>
        <w:jc w:val="left"/>
      </w:pPr>
      <w:r>
        <w:rPr>
          <w:rFonts w:ascii="Times New Roman" w:hAnsi="Times New Roman" w:eastAsia="Times New Roman" w:cs="Times New Roman"/>
        </w:rPr>
        <w:t>Kenn ci ñetti tektal yu xamle boobu ñett dañuy màggal ni “baat bi di yëngu” bu ñetteelu musiba bi, te moom itam mooy juróomeelu trompet bu artu bi, te trompet baat la.</w:t>
      </w:r>
    </w:p>
    <w:p>
      <w:pPr>
        <w:pStyle w:val="ArticleScripture"/>
        <w:jc w:val="left"/>
      </w:pPr>
      <w:r>
        <w:rPr>
          <w:rFonts w:ascii="Times New Roman" w:hAnsi="Times New Roman" w:eastAsia="Times New Roman" w:cs="Times New Roman"/>
        </w:rPr>
        <w:t>Waxal ak kàttan, bañ a tënk; yékkal sa baat mel ni trompet, te won sama xeet seeni tooñ, ak kërug Yàqub seeni bàkkaar. Esayi 58:1.</w:t>
      </w:r>
    </w:p>
    <w:p>
      <w:pPr>
        <w:pStyle w:val="ArticleBody"/>
        <w:jc w:val="left"/>
      </w:pPr>
      <w:r>
        <w:rPr>
          <w:rFonts w:ascii="Times New Roman" w:hAnsi="Times New Roman" w:eastAsia="Times New Roman" w:cs="Times New Roman"/>
        </w:rPr>
        <w:t>Baat bi ñu jëmale woon ci bënn xarnu Protestaŋ bi ci 11i Sàttumbar 2001, mooyoon baatu sàmmkat yi di woo Adavantis bu Laodise ngir mu dellu ci yoon yu mag yi Yeremi waxoon, waaye mbooloom ñiy ñaawal dégg ba nanguwul dox ci yoon yooyu.</w:t>
      </w:r>
    </w:p>
    <w:p>
      <w:pPr>
        <w:pStyle w:val="ArticleScripture"/>
        <w:jc w:val="left"/>
      </w:pPr>
      <w:r>
        <w:rPr>
          <w:rFonts w:ascii="Times New Roman" w:hAnsi="Times New Roman" w:eastAsia="Times New Roman" w:cs="Times New Roman"/>
        </w:rPr>
        <w:t>Noonu la Boroom bi wax: Taxawleen ci yoon yi, xoolleen te laajleen yoon yu mag ya, fu yoon wu baax wi nekk; doxleen ci moom, te dingeen gis noflaay ngir seen bàkkan. Waaye ñoom nee nañu: Dunu dox ci moom. Te itam tabax naa leen wottukat, naan: Dégluleen riir bu trompet bi. Waaye ñoom nee nañu: Dunu déglu. Yeremi 6:16, 17.</w:t>
      </w:r>
    </w:p>
    <w:p>
      <w:pPr>
        <w:pStyle w:val="ArticleBody"/>
        <w:jc w:val="left"/>
      </w:pPr>
      <w:r>
        <w:rPr>
          <w:rFonts w:ascii="Times New Roman" w:hAnsi="Times New Roman" w:eastAsia="Times New Roman" w:cs="Times New Roman"/>
        </w:rPr>
        <w:t>Baatu weeru Sulet 2023 mooy ndekkiteg liggéeyu Future for America, bi nekk woon ci noppi gannaaw njëkk ñàkk yaakaar ba ci 18 Sulet 2020. Ni ko mel ak yégle Yaxya ci mbëggeel nit ñi ne Almasi bi di ñëw léegi, te ni ko mel itam ak yégle Justinian ne antikrist bi di ñëw léegi, Future for America xamale na ne ëllëgu America bëgg na soppeeku ba fàww ci ndigal Alxames bu di ñëw léegi, ak li juroome ñaareelu bufta bi di waxtaan ci bésub màndarga boobu. Baatu ki di jooy ci màndiŋ ma mooy baatu Sulet 2023.</w:t>
      </w:r>
    </w:p>
    <w:p>
      <w:pPr>
        <w:pStyle w:val="ArticleBody"/>
        <w:jc w:val="left"/>
      </w:pPr>
      <w:r>
        <w:rPr>
          <w:rFonts w:ascii="Times New Roman" w:hAnsi="Times New Roman" w:eastAsia="Times New Roman" w:cs="Times New Roman"/>
        </w:rPr>
        <w:t>Baat bu ñaareelu ci Kàddug Yeesu Kirist ci téereb Peeñu, saraxal 18, dees na ko yëgle bu yàggul dara ci waxtu bi yoonu Dibeer buy ñëw léegi di ñëw, ba noonu waxug njaay mi ci ginnaaw suuf gi di am. Ci jamono jooju lañuy dóor “mbaam mi” ba mu tollu ñetteelu yoon, te ci kaw loolu “mbaam mi” dina wax. Dóor nañu mbaam mi gannaaw 11 Sàttumbar 2001, gannaaw 7 Oktoobar 2023, te dinañu ko dellu di dóorati ci yoonu Dibeer buy ñëw léegi di ñëw, fa mu di waxe. Ci seedeu Balaam, malaaka moo ko wone ba mu génn yoon wa, te malaaka jooju moo di wone ñeenti malaaka yi ñu sant ngir téye ñeenti ngelaw yi yu Islam, waaye ci yoonu Dibeer mbaamu Islam dina wax ak riirub juróomeelu trompet bi, te loolu itam moo di ñetteelu musiba.</w:t>
      </w:r>
    </w:p>
    <w:p>
      <w:pPr>
        <w:pStyle w:val="ArticleBody"/>
        <w:jc w:val="left"/>
      </w:pPr>
      <w:r>
        <w:rPr>
          <w:rFonts w:ascii="Times New Roman" w:hAnsi="Times New Roman" w:eastAsia="Times New Roman" w:cs="Times New Roman"/>
        </w:rPr>
        <w:t>Foofa la gis-gis bu Islam, bi yàgg ba tay li dale ci 18 Sulet 2020, di wax; ndaxte su boobaa du yàggatiwaat. Am na baat yu bare ci jamono ji ñuy tëjee junni ak ñeent téeméer ak ñeent-fukk ak ñeent, te jamono jooju jiitu àttey Yàlla yu mu di sañse ci biir dëgg, yi tambalee ci yoonu Dibeer bu agsi nag. Àtteb sañseb Yàlla miiru na ko juróom-ñaari malaaka, ak juróom-ñaari ndaq. Jamono jooju tambalee na ak tuuru Xel mu Sell mi, te muy màndargaal delluwaayug Pentekot, ba Xel mu Sell mi tuuree woon te làkk yu mel ni safara seede woon ci xew-xew boobu. Tuur ga ci waxtu woowu dootu nattatle de, ndaxte su boobaa Xel mu Sell mi dañuy ko tuur ci lu amul natt.</w:t>
      </w:r>
    </w:p>
    <w:p>
      <w:pPr>
        <w:pStyle w:val="ArticleScripture"/>
        <w:jc w:val="left"/>
      </w:pPr>
      <w:r>
        <w:rPr>
          <w:rFonts w:ascii="Times New Roman" w:hAnsi="Times New Roman" w:eastAsia="Times New Roman" w:cs="Times New Roman"/>
        </w:rPr>
        <w:t>“Malaka mi bokk ci yégleb yi ci yéglebub ñetteelu malaka bi, mooy leerël suuf si yépp ak ndamam. Fii dafa yonnee liggéey bu àddina bépp tollu, te am doole bu ñu masani woon a gis. Yokkute Advent bi ci at yii 1840–44, nekkoon na wonute gu màgg gu kàttanu Yàlla; yéglebub njëkk bi, yébbët nañu ko ba ci bépp kër-yonnent ci àddina si, te ci yeneen réew yi, amoon na fa farlu gu màgg ci mbirum diine gu kenn gisul woon ci benn suuf gannaaw Coppiteg benn fukki at ak juróom-benni téeméeri at bi; waaye yooyu dañuy weesu ci yokkute gu kàttan gi ci biir artu mujj bi, mooy bu ñetteelu malaka bi.”</w:t>
      </w:r>
    </w:p>
    <w:p>
      <w:pPr>
        <w:pStyle w:val="ArticleScripture"/>
        <w:jc w:val="left"/>
      </w:pPr>
      <w:r>
        <w:rPr>
          <w:rFonts w:ascii="Times New Roman" w:hAnsi="Times New Roman" w:eastAsia="Times New Roman" w:cs="Times New Roman"/>
        </w:rPr>
        <w:t>“Liggéey bi dina mel ni bu Bésu Penkót bi. Naka lañu joxe ‘taw bu njëkk bi’ ci tuurug Xel mu Sell mi ca ubite xibaaru jàmm ba, ngir tax peppu jiw ju jafe-jafe ji sax, noonu itam dinañu joxe ‘taw bu mujj bi’ ci njenjam ngir ngóob mi mat.” The Great Controversy, 611.</w:t>
      </w:r>
    </w:p>
    <w:p>
      <w:pPr>
        <w:pStyle w:val="ArticleBody"/>
        <w:jc w:val="left"/>
      </w:pPr>
      <w:r>
        <w:rPr>
          <w:rFonts w:ascii="Times New Roman" w:hAnsi="Times New Roman" w:eastAsia="Times New Roman" w:cs="Times New Roman"/>
        </w:rPr>
        <w:t>Bés bu 11 Septàmbar 2001, tàmbali nañu téj ga benn téeméer ak ñeent-fukk ak ñeent-junni; te Xel mu Sell mi tuuruñu ko ci natt. Nattug tuur gi dañu ko feeñal ci jaar-jaaru Pentekot, di tàmbalee ci dekkiwaayu Almasi bi, fa malaaka ne waxoon naan: «Doomu Yàlla, génnël, Baay bi woo na la», ni Yeesu wooe Lasaar mu génn bàmmeel bi ak kàddu yi naan: «Lasaar, génnël.» Ci atum 2023, Almasi woo na yax yu wow te wowar ya nekk ci ñaari seede yi ne «génnël».</w:t>
      </w:r>
    </w:p>
    <w:p>
      <w:pPr>
        <w:pStyle w:val="ArticleBody"/>
        <w:jc w:val="left"/>
      </w:pPr>
      <w:r>
        <w:rPr>
          <w:rFonts w:ascii="Times New Roman" w:hAnsi="Times New Roman" w:eastAsia="Times New Roman" w:cs="Times New Roman"/>
        </w:rPr>
        <w:t>Gannaaw ndekkitele Kirist, mu jëkk yéeg ca Baayam, te gannaaw loolu mu wàcc, ni mu ko defee 11 Sàttumbar 2001. Noonu itam mu leerale ay taalibeem ndànk-ndànk, ni ko firndeelé jëmm ak Maryaam, ak taalibey bi mu daje ak yi mu jàngal te sant leen ci yoon wi jëmma Emmayus, te gannaaw loolu feeñu ci desit taalibey. Diirub ñeent-fukk fan la jàngale taalibey balaa yéegam bu mujj, te gannaaw fukki fanat, ñoom ñépp nekkoon benn xel te booloo ci benn bérab, noonu Xel Mu Sell mi tuuru na ci seen kaw ak lu dul natt.</w:t>
      </w:r>
    </w:p>
    <w:p>
      <w:pPr>
        <w:pStyle w:val="ArticleScripture"/>
        <w:jc w:val="left"/>
      </w:pPr>
      <w:r>
        <w:rPr>
          <w:rFonts w:ascii="Times New Roman" w:hAnsi="Times New Roman" w:eastAsia="Times New Roman" w:cs="Times New Roman"/>
        </w:rPr>
        <w:t>«Bi Yeesu dajee ak ay taalibeem, Mu fàttali leen baat yi Mu leen waxoon lu jiitu ay dee, ne lépp lu ñu bind ci yoonu Muuse, ak ci yonent yi, ak ci Sabóor mi ci mbiram, war na yépp a mat. “Noonu Mu ubbi seen xel, ngir ñu man a xam Mbind mi, te Mu ne leen: Noonu lañu ko bind, te noonu it Kirist waroon a sonn, te bésu ñetteel bi Mu dekki nekk ci biir ñi dee; te réccu ak njéggalu bàkkaar war nañu koo waare ci turam ci xeet yépp, tambalee Yerusalem. Te yéen, seede ngeen ci yooyu.”» The Desire of Ages, 804.</w:t>
      </w:r>
    </w:p>
    <w:p>
      <w:pPr>
        <w:pStyle w:val="ArticleBody"/>
        <w:jc w:val="left"/>
      </w:pPr>
      <w:r>
        <w:rPr>
          <w:rFonts w:ascii="Times New Roman" w:hAnsi="Times New Roman" w:eastAsia="Times New Roman" w:cs="Times New Roman"/>
        </w:rPr>
        <w:t>Ci weeru atum 2023, baatu Yeesu dekkal na ñaari seede yi dee woon te tàmbali na ubbi xelam taalibeem yi ci bépp lu ñu bind ci yoonu Muuse (“juróom-ñaari yoon yi”), ci yonent yi (nataalu Nebukadnesar bu jëm ci rab yi), ak ci Sabóor yi (xew-xewu Muuse ak Gànnaar gi). Jëfam ngir jàngale tàmbali na ca dekkiwaayam, te mu gëna kawe ci ñaar-fukk fan ak benn. Mu tàmbali ak laajam ngir lekk.</w:t>
      </w:r>
    </w:p>
    <w:p>
      <w:pPr>
        <w:pStyle w:val="ArticleScripture"/>
        <w:jc w:val="left"/>
      </w:pPr>
      <w:r>
        <w:rPr>
          <w:rFonts w:ascii="Times New Roman" w:hAnsi="Times New Roman" w:eastAsia="Times New Roman" w:cs="Times New Roman"/>
        </w:rPr>
        <w:t>Te ni ñu gëmoonagul ba tey ci mbégte, di waaru, mu ne leen: “Am ngeen fii luñu lekk?” Ñu jox ko benn cér wu jën wu ñu lakk ak benn xombub lew. Mu jël ko, lekk ko ci seen kanam. Mu ne leen: “Lii mooy wax yi ma waxoon leen bi ma nekkee ak yeen, ne war na mat lépp li ñu bind ci yoonu Musaa, ak ci yonent yi, ak ci Sabóor yi, ci sama mbir.” Luug 24:41–44.</w:t>
      </w:r>
    </w:p>
    <w:p>
      <w:pPr>
        <w:pStyle w:val="ArticleBody"/>
        <w:jc w:val="left"/>
      </w:pPr>
      <w:r>
        <w:rPr>
          <w:rFonts w:ascii="Times New Roman" w:hAnsi="Times New Roman" w:eastAsia="Times New Roman" w:cs="Times New Roman"/>
        </w:rPr>
        <w:t>Ñaan mooy benn tegn bu mag ci jaar-jaaru nettali bi di dem ba tey, te nettali bi dale ci ndekkite Kirist ba keroog Mu yéeg asamaan gannaaw ñeent-fukk fan, ba des fukk fan (fukk mooy nattu), ba ci Pentekot, foofu la Xelum Sell mi di tuuriku ci lu amul natt. Ndekkitam, yéegam asamaan, toppu ak wàccamaatam, dañuy tegtal 11 Suwe 2001. Sulet 2023 mooy tegtal jeexital ñeent-fukk fan yi, te fukk fan yi topp Sulet 2023 dañuy jëme ci yoonu Dibeer bu ni mu dëgër a ñëw. Ci waxtu ju mujj jooju ju fukk fan, bennute ak ñaan ñoo di tegn yi. Bennute bi, Ezekiel moo ko tegtaloon ci kàddug waxam bu jëkk bi nekk ci saar fanweeri-benn, bi indi yax yi, jëmm yi ak yàpp yi booloo. Kàddug waxu Ezekiel gu ñaareel gi mooy noflaayu ñeenti ngelaw yi, te noflaay mooy misaalu ñaan. Ci fukk fan yu mujj yooyu, téeméeri-ñeent-fukk ak ñeent junni ñi dañuy tëj seal, ndaxte ñoom dañu leen misaal ci Lasaar.</w:t>
      </w:r>
    </w:p>
    <w:p>
      <w:pPr>
        <w:pStyle w:val="ArticleScripture"/>
        <w:jc w:val="left"/>
      </w:pPr>
      <w:r>
        <w:rPr>
          <w:rFonts w:ascii="Times New Roman" w:hAnsi="Times New Roman" w:eastAsia="Times New Roman" w:cs="Times New Roman"/>
        </w:rPr>
        <w:t>“Loolu moo tax Mu yéexoon ci dem Betani. Kéemaan gu mag gii, di dekkiwaatug Lazar, dafa war a doon seel bu Yàlla ci liggéeyam ak ci li Mu joxe woon ay sañ-sañ ci ne Moo di Ki Yàlla.” The Desire of Ages, 529.</w:t>
      </w:r>
    </w:p>
    <w:p>
      <w:pPr>
        <w:pStyle w:val="ArticleBody"/>
        <w:jc w:val="left"/>
      </w:pPr>
      <w:r>
        <w:rPr>
          <w:rFonts w:ascii="Times New Roman" w:hAnsi="Times New Roman" w:eastAsia="Times New Roman" w:cs="Times New Roman"/>
        </w:rPr>
        <w:t>Xelu doxalin yi saxuñ nañu leen ci biir kéemaan gu màgg gii buy teg kaala, waaye itam doxalin yi ndaw xel saxuñ nañu leen ci wet gu jubul ci mbir mi.</w:t>
      </w:r>
    </w:p>
    <w:p>
      <w:pPr>
        <w:pStyle w:val="ArticleScripture"/>
        <w:jc w:val="left"/>
      </w:pPr>
      <w:r>
        <w:rPr>
          <w:rFonts w:ascii="Times New Roman" w:hAnsi="Times New Roman" w:eastAsia="Times New Roman" w:cs="Times New Roman"/>
        </w:rPr>
        <w:t>“Kiisoos Kirist mooy kéemaanam gu gëna mag—dekkiw Lasaar—te moo tëj dogalu saraxalekat yi ngir dindi Yeesu ak ay jëfam yu yéemé yii ci àddina, ndaxte dañoo doon yàq ci gaaw seen dooley ndikël ci kaw nit ñi.” Acts of the Apostles, 67.</w:t>
      </w:r>
    </w:p>
    <w:p>
      <w:pPr>
        <w:pStyle w:val="ArticleBody"/>
        <w:jc w:val="left"/>
      </w:pPr>
      <w:r>
        <w:rPr>
          <w:rFonts w:ascii="Times New Roman" w:hAnsi="Times New Roman" w:eastAsia="Times New Roman" w:cs="Times New Roman"/>
        </w:rPr>
        <w:t>Baati yu bari ci jaar-jaari téereb tàggat gi, ci mbindum juróom-ñett-fukki junni ak ñeent-fukki junni ñaar-fukk ak ñeent ñi ba ci yoonu dundub dibeer bu bëgg a ñëw ci gaaw, mooy “rëdd ci kaw rëdd,” baati Kàddu Yàlla gu yonent; te yooyu baati di tënk ci jamono ji “njariñu bépp vision” mat. Ñuy tënk bi ñu ubbee juróom-ñaareel xàkk bi.</w:t>
      </w:r>
    </w:p>
    <w:p>
      <w:pPr>
        <w:pStyle w:val="ArticleScripture"/>
        <w:jc w:val="left"/>
      </w:pPr>
      <w:r>
        <w:rPr>
          <w:rFonts w:ascii="Times New Roman" w:hAnsi="Times New Roman" w:eastAsia="Times New Roman" w:cs="Times New Roman"/>
        </w:rPr>
        <w:t>Bi mu ubbeeñee lërëb bu juróom-ñaareel ba, nekkoon na ne xam-xamu nekk ci asamaan lu tollu ni genn waxtu gu ndaw. Te gis naa juróom-ñaari malaaka yi taxaw fa kanam Yàlla; te joxees na leen juróom-ñaari trompet. Te beneen malaaka ñëw, taxaw ca saraxukaay ba, yor buntu xeeñ wu wurus; te joxees na ko xeeñ bu bare, ngir mu ko jébbale ak ñaan yi yépp yu gaayi Yàlla yi ci kaw saraxukaay bu wurus ba nekkoon ca kanam gàngune ga. Te saxaaru xeeñ ba, bi ànd ak ñaan yi yu gaayi Yàlla yi, yéeg na jëm ci kanam Yàlla, jóge ci loxob malaaka ba. Te malaaka ba jël buntu xeeñ ba, feesal ko ak safara saraxukaay ba, sànni ko ci kaw suuf; te am na baat yu doon xaacu, ak dërr yi, ak melax yi, ak yengu-yengu suuf. Peeñu 8:1–5.</w:t>
      </w:r>
    </w:p>
    <w:p>
      <w:pPr>
        <w:pStyle w:val="ArticleBody"/>
        <w:jc w:val="left"/>
      </w:pPr>
      <w:r>
        <w:rPr>
          <w:rFonts w:ascii="Times New Roman" w:hAnsi="Times New Roman" w:eastAsia="Times New Roman" w:cs="Times New Roman"/>
        </w:rPr>
        <w:t>Ubbi juróom-ñaareel bi ubbee, mu jur neexal gu mat, ndaxte jamono ji dafay tegtal soppi gu askan wu Yàlla di saytu; te bu amee soppi ci saytu gu sell, baax na ne am na tuutiwul wax ci asamaan, ni ko wone bant ba, ba malaaka yi taxaw seen woy ak seen cant. Tuutiwul wax ci asamaan itam, day seede ci li fanu njot-gàttug bàkkaar bi laajoon; te ci 22 Oktoobar 1844, Habakkuk ÑAAR, aaya JËERËÑAAR, sant na suuf sépp ne mu neexal.</w:t>
      </w:r>
    </w:p>
    <w:p>
      <w:pPr>
        <w:pStyle w:val="ArticleScripture"/>
        <w:jc w:val="left"/>
      </w:pPr>
      <w:r>
        <w:rPr>
          <w:rFonts w:ascii="Times New Roman" w:hAnsi="Times New Roman" w:eastAsia="Times New Roman" w:cs="Times New Roman"/>
        </w:rPr>
        <w:t>“Won na ma gis ñu mbëggeel gu mag ak wàññiku Yàlla ci li Mu joxe Doomam ngir dee, ngir nit man a gis njéggal te dund. Won na ma Adam ak Eva, ñi amoon ndam ci gis taar ak rafetlu Toolu Eden, te mayoon nañu leen lekk ci garab yépp yi nekk ci tool ba, lu dul benn rekk. Waaye jaan ja nax Eva, te moom itam nax sa jëkkëram, te ñoom ñaar ñépp lekk nañu ci garab gu araam ga. Dañu jalgati ndigalu Yàlla, te nekk bàkkaarkat. Xibaar bi siiw na ba asamaan, te kàcc-kàcc yépp daldi noppi. Malaaka yi amoon nañu tiis, te ragal ne Adam ak Eva dinañu yokkati loxo bi, lekk ci garabu dund ga, ba nekk bàkkaarkat yu dul dee. Waaye Yàlla wax na ne dina dàq way jalgati yi génn ci tool ba, te dina sàmm yoonu garabu dund ga ak kerub ak saafara ju tàkk, ngir nit bañ a man a jege ci moom te lekk ci doomam, mi di saxal duggaay gi.” Early Writings, 125.</w:t>
      </w:r>
    </w:p>
    <w:p>
      <w:pPr>
        <w:pStyle w:val="ArticleBody"/>
        <w:jc w:val="left"/>
      </w:pPr>
      <w:r>
        <w:rPr>
          <w:rFonts w:ascii="Times New Roman" w:hAnsi="Times New Roman" w:eastAsia="Times New Roman" w:cs="Times New Roman"/>
        </w:rPr>
        <w:t>Asamaan ne tàgg ba nit ñi doon bàkkaarkat, te asamaan ne tàgg bi deretu Kirist tuuróowee ngir jotaat bàkkaarkat yi, te asamaan ne tàgg bi liggéeyu àtteb Kirist tàmbalee ci dindi bàkkaar ci ay nitam.</w:t>
      </w:r>
    </w:p>
    <w:p>
      <w:pPr>
        <w:pStyle w:val="ArticleScripture"/>
        <w:jc w:val="left"/>
      </w:pPr>
      <w:r>
        <w:rPr>
          <w:rFonts w:ascii="Times New Roman" w:hAnsi="Times New Roman" w:eastAsia="Times New Roman" w:cs="Times New Roman"/>
        </w:rPr>
        <w:t>“Ñaanu Kirist ci wàllu nit ci kër yàlla gu kawe gi, dafa am solo ci pexe mucc gi ni noonu mel ni deeŋam ci bant bi amee solo. Ci deeŋam la tàmbalee loolu, te gannaaw ndekkiteem ba pare, mu yéeg asamaan ngir mattal ko fa.” The Great Controversy, 489.</w:t>
      </w:r>
    </w:p>
    <w:p>
      <w:pPr>
        <w:pStyle w:val="ArticleBody"/>
        <w:jc w:val="left"/>
      </w:pPr>
      <w:r>
        <w:rPr>
          <w:rFonts w:ascii="Times New Roman" w:hAnsi="Times New Roman" w:eastAsia="Times New Roman" w:cs="Times New Roman"/>
        </w:rPr>
        <w:t>Jëfub àtte mi tàmbalee ca agsiwaayu ndeelu ñetteelu malaaka bi ci atum 1844, waaye xeetu Yàlla bi tànn nañu dee ca màndiŋ ma, gannaaw ñu doon benn ba fàww ak jullitug Yàlla. Ñetteelu malaaka bi ñëw naat ci 11 Septambar 2001, te baat bi dellu naat a neexul ci asamaan. Noonu nag Gaynde gi cosaanu Yuda, tàmbalee na summi juróomeel biir bi, fekk malaaka yi di seetaan agsiwaayu ñetteelu malaaka bi ci jaar-jaari mbootaayu gi mujj.</w:t>
      </w:r>
    </w:p>
    <w:p>
      <w:pPr>
        <w:pStyle w:val="ArticleBody"/>
        <w:jc w:val="left"/>
      </w:pPr>
      <w:r>
        <w:rPr>
          <w:rFonts w:ascii="Times New Roman" w:hAnsi="Times New Roman" w:eastAsia="Times New Roman" w:cs="Times New Roman"/>
        </w:rPr>
        <w:t>Juróom malaaka yu àtte yi nekkoon fa, waajal ngir tambali seen liggéeyu alag, waaye ba noppiñu leen naan: “Taxawleen, taxawleen, taxawleen, taxawleen,” diir bi ñaar-fukk ak ñeent junni nit ñi diñu leen tëj. Ñaareelu ñaan yu way-gëm ña yéeg nañu ca asamaan, te fésal nañu ko ci fukki fan yi jiitu Pentekot te tàmbali gannaaw ñeent-fukk fan yi (misaalu màndiŋ), muy tektal ñetti fan ak genn-wàll yi (misaalu màndiŋ) ci Peeñu Yowaana saar 11. Noonu ba noppi, baat bi joge ca màndiŋ bañeena jàngalekat yu ñaar ya ne leen war nañu matal ñaari ñaan yi Dañeel. Ñaani Dañeel ci saar 2, fa Dañeel ak ñetti nit ñu màgg ya ñaanee ngir am leer ngir xam géntu Nebukadnesar bu nëbbu woon, muy géntu nataalu rab yi, ak ñaani Dañeel ci saar 9, fa Dañeel ñaanee moom rekk, di matal la yoonu Lawi 26 laaj ci ñaan.</w:t>
      </w:r>
    </w:p>
    <w:p>
      <w:pPr>
        <w:pStyle w:val="ArticleBody"/>
        <w:jc w:val="left"/>
      </w:pPr>
      <w:r>
        <w:rPr>
          <w:rFonts w:ascii="Times New Roman" w:hAnsi="Times New Roman" w:eastAsia="Times New Roman" w:cs="Times New Roman"/>
        </w:rPr>
        <w:t>Ñaanu kureel ñaaru Daniel bi, ñaanu booloo la woon ngir leer gu jëm ci kumpa gu nëbbu, gu nëbbu woon ci biir rëddo bittimréewu jaar-jaaru bindub yonent yi. Ñaanu Daniel juróom-ñeent bi, ñaanu boppam bu sutura la woon ngir yërmande gu jëm ci soxla su biir. Naka noonu, ba safara ndox-mu-jëkk gi tàmbalee wàcc ci atum 2001, am na woon ay baat yu bare yu ñu man a déggal ñiy xam yoonu “rëddo ci kaw rëddo.” Safara ga joge ci sarxalukaay ba, ga ñuy sànni ci suuf, mooy woon yégle bi jur tasare bu mujj bi diggante ñi xam ak ñi ñàkk xam; te naka noonu, bi yégle boobu di sax di yokkug njàng ci biir fukki fan yu mel ni misaal yooyu, yégle bi di gën a leer, gën a leer.</w:t>
      </w:r>
    </w:p>
    <w:p>
      <w:pPr>
        <w:pStyle w:val="ArticleBody"/>
        <w:jc w:val="left"/>
      </w:pPr>
      <w:r>
        <w:rPr>
          <w:rFonts w:ascii="Times New Roman" w:hAnsi="Times New Roman" w:eastAsia="Times New Roman" w:cs="Times New Roman"/>
        </w:rPr>
        <w:t>Bataaxal bi mooyoon xew-xewu ñaawteef bu ñetteel bi di yokku, te ci Ezekiel saar ñetti-fukk ak juróom-ñaari bi, mooy ñaari waxi-profesi yi, yu njëkk tax ñaari seede yi daje, te gannaaw loolu tax ñu taxaw ni ab mbooloo mu am doole. Gannaaw loolu ci saar ñetti-fukk ak juróom-ñaari bi, ñu leen boole ci benn bant, te booloo bi ñuy firndeel ci boole ba ci benn bant dafay tegtal mbooleem Yàllaak nit, bi ñuy matale ci yëngu-yëngu yu mujj yi ci lakkalug téereb temméer ak ñeent-fukk ak ñeent war.</w:t>
      </w:r>
    </w:p>
    <w:p>
      <w:pPr>
        <w:pStyle w:val="ArticleBody"/>
        <w:jc w:val="left"/>
      </w:pPr>
      <w:r>
        <w:rPr>
          <w:rFonts w:ascii="Times New Roman" w:hAnsi="Times New Roman" w:eastAsia="Times New Roman" w:cs="Times New Roman"/>
        </w:rPr>
        <w:t>Ci weeru fanweeri 2023, ñaan yi tàmbalee yéeg, te ñoom lañu doon ñaan yu nekk ci Daniel sarax 9 ak sarax 2. Noonu baat yi déggoo, te it yéego yi, ba noppi leer-wer yi feeñ. Leer-wer ak yéego dafa ànd ak taw ci àddina jëf ji ak it ci waxu yàggal. Taw gi tàmbalee ci 11 Septembre 2001. Jëfandikooku njëkk bu leer-wer ak yéego mooy wax ju ñu defe ngir jur ragal Yàlla.</w:t>
      </w:r>
    </w:p>
    <w:p>
      <w:pPr>
        <w:pStyle w:val="ArticleScripture"/>
        <w:jc w:val="left"/>
      </w:pPr>
      <w:r>
        <w:rPr>
          <w:rFonts w:ascii="Times New Roman" w:hAnsi="Times New Roman" w:eastAsia="Times New Roman" w:cs="Times New Roman"/>
        </w:rPr>
        <w:t>Te bés na caatu fan ci ëllëg bi, amoon na ay dënnu, ak ay leer yu mel ni xob-xob, ak niir gu yaatu ci kaw tund wa, te baatu trompet bi metti lool, ba tax mboolem xeet wi nekkoon ci dal bi tiit. Exode 19:16.</w:t>
      </w:r>
    </w:p>
    <w:p>
      <w:pPr>
        <w:pStyle w:val="ArticleBody"/>
        <w:jc w:val="left"/>
      </w:pPr>
      <w:r>
        <w:rPr>
          <w:rFonts w:ascii="Times New Roman" w:hAnsi="Times New Roman" w:eastAsia="Times New Roman" w:cs="Times New Roman"/>
        </w:rPr>
        <w:t>Leer yi ak dënnu yi dañoo and ak “baat” bu trompet. Dañoo ànd ak taw, te dañuy tegtal pënd yu yonent ngir gindi askanu Yàlla.</w:t>
      </w:r>
    </w:p>
    <w:p>
      <w:pPr>
        <w:pStyle w:val="ArticleScripture"/>
        <w:jc w:val="left"/>
      </w:pPr>
      <w:r>
        <w:rPr>
          <w:rFonts w:ascii="Times New Roman" w:hAnsi="Times New Roman" w:eastAsia="Times New Roman" w:cs="Times New Roman"/>
        </w:rPr>
        <w:t>Niir yi tuur ndox; asamaan yi génnéw nañu baat; saayi sa xaliis yi tasaaroo nañu itam. Baatu sa dëgg-dëggu dënnu bi nekkoon na ci asamaan; melax yi leerloo nañu àddina; suuf si yëngu te di sànku. Sa yoon nekk na ci géej gi, te sa xàll nekk ci ndox mu réy ya, te kenn xamul sa tànk yu jaar. Yaaw nga jiite sa xeet ni jur gi, jaarale ko ci loxob Musaa ak Aaróon. Sabóor 77:17–20.</w:t>
      </w:r>
    </w:p>
    <w:p>
      <w:pPr>
        <w:pStyle w:val="ArticleBody"/>
        <w:jc w:val="left"/>
      </w:pPr>
      <w:r>
        <w:rPr>
          <w:rFonts w:ascii="Times New Roman" w:hAnsi="Times New Roman" w:eastAsia="Times New Roman" w:cs="Times New Roman"/>
        </w:rPr>
        <w:t>Yallay ak dox ak yéen yi mooy baatu Yàlla, te loolu di am ci jamono ji taw di wàcc; te ci waxtu woowu, Mu génne ay ngelawam ci dencukaayam (Islaam mooy ngelawu penku).</w:t>
      </w:r>
    </w:p>
    <w:p>
      <w:pPr>
        <w:pStyle w:val="ArticleScripture"/>
        <w:jc w:val="left"/>
      </w:pPr>
      <w:r>
        <w:rPr>
          <w:rFonts w:ascii="Times New Roman" w:hAnsi="Times New Roman" w:eastAsia="Times New Roman" w:cs="Times New Roman"/>
        </w:rPr>
        <w:t>Bu muy jolli baatam, ndox mu bare am na ci asamaan yi, te mooy yékkati xonq yi ca boppu suuf ba; mooy def melax ak taw, te génne ngelaw gi ci ay dencukaayam. Jérémie 10:13.</w:t>
      </w:r>
    </w:p>
    <w:p>
      <w:pPr>
        <w:pStyle w:val="ArticleBody"/>
        <w:jc w:val="left"/>
      </w:pPr>
      <w:r>
        <w:rPr>
          <w:rFonts w:ascii="Times New Roman" w:hAnsi="Times New Roman" w:eastAsia="Times New Roman" w:cs="Times New Roman"/>
        </w:rPr>
        <w:t>Yàlla wax na baatam bi ba Mu yuuxee ni gaynde, te ci tontu boobu juróom-ñaaru dënnu yépp wax nañu seen baat; te juróom-ñaaru dënnu yooyu dañuy tegtal tànki Yàlla yi ci jaar-jaaru bindub Millerite bi, ak itam ci yëngu-yëngu malaaka bu ñetteel bi, mi dellusiwàte ca 11 Suwe 2001, ba Mu génnee ngelawlu penku bi ca ay alalam.</w:t>
      </w:r>
    </w:p>
    <w:p>
      <w:pPr>
        <w:pStyle w:val="ArticleScripture"/>
        <w:jc w:val="left"/>
      </w:pPr>
      <w:r>
        <w:rPr>
          <w:rFonts w:ascii="Times New Roman" w:hAnsi="Times New Roman" w:eastAsia="Times New Roman" w:cs="Times New Roman"/>
        </w:rPr>
        <w:t>Moo taxawal ngir niiw yi yéeg ci cat yi géej gi; moo def melax yi ngir taw bi; moo génne ngelaw li ca ay dencukaayam. Ki dóoroon doom yu góor yu jëkk yi ci Misra, ci nit ak ci jur gi. Zabur 135:7, 8.</w:t>
      </w:r>
    </w:p>
    <w:p>
      <w:pPr>
        <w:pStyle w:val="ArticleBody"/>
        <w:jc w:val="left"/>
      </w:pPr>
      <w:r>
        <w:rPr>
          <w:rFonts w:ascii="Times New Roman" w:hAnsi="Times New Roman" w:eastAsia="Times New Roman" w:cs="Times New Roman"/>
        </w:rPr>
        <w:t>Moo génne ngelaw li ci ay dencukaayam, bi ñu dóorée góor-góorlu njëkk yi ca Misra, te Bésu Wéet gi doon misaalal bàkkar-buuru gàllankoor gi, mi itam doon misaalal dikkug ñetteelu malaaka mi ci atum 1844, te loolu itam doon misaalal dellug ñetteelu malaaka mi ci bésub ngelaw bu penku bi, ci 11i Sàttumbar 2001.</w:t>
      </w:r>
    </w:p>
    <w:p>
      <w:pPr>
        <w:pStyle w:val="ArticleBody"/>
        <w:jc w:val="left"/>
      </w:pPr>
      <w:r>
        <w:rPr>
          <w:rFonts w:ascii="Times New Roman" w:hAnsi="Times New Roman" w:eastAsia="Times New Roman" w:cs="Times New Roman"/>
        </w:rPr>
        <w:t>Bu ñuy dindi xàjjaat yi ci téere bi ñu tëjje ak juróom-ñaar ñaari xàjjaat, loolu dafay tegtal yokkute gu ndànk-nànkug dëgg. Dindi xàjjaat bu juróom-ñaareel bi dafay tegtal waxtu tëjje ga ñeel téeméeri ñent-fukk ak ñent-fukk ak ñent-junni. Bi ñuy jëkk a tudd téere bi ñu tëjje ak juróom-ñaar ñaari xàjjaat, am na melax yu leer, ay dënnu, ak ay baat, waaye suufu yëngu amul.</w:t>
      </w:r>
    </w:p>
    <w:p>
      <w:pPr>
        <w:pStyle w:val="ArticleScripture"/>
        <w:jc w:val="left"/>
      </w:pPr>
      <w:r>
        <w:rPr>
          <w:rFonts w:ascii="Times New Roman" w:hAnsi="Times New Roman" w:eastAsia="Times New Roman" w:cs="Times New Roman"/>
        </w:rPr>
        <w:t>Te ci gàngune bi génn melax, ak denu, ak baat yu mag; te amoon na juróom-ñaari lamp yu safara buy lakk ci kanam gàngune bi, te ñoom mooy juróom-ñaari Xel yi Yàlla. Peeñu 4:5.</w:t>
      </w:r>
    </w:p>
    <w:p>
      <w:pPr>
        <w:pStyle w:val="ArticleBody"/>
        <w:jc w:val="left"/>
      </w:pPr>
      <w:r>
        <w:rPr>
          <w:rFonts w:ascii="Times New Roman" w:hAnsi="Times New Roman" w:eastAsia="Times New Roman" w:cs="Times New Roman"/>
        </w:rPr>
        <w:t>Ci jëkk ci wax ju njëkk ci baat yi, leer yi ak dënn yi; taw bi dafa tekki Xelum Sell mi, mi di juróom-ñaaru lamp yu safara, waaye amul yëngu-yoon. Ci suuxatug Juróom-ñaareel Mbëj mi la yëngu-yoon wi ci ndigëlub Dibeer bu dikk ci lu gaaw bi leen xamle. Saar 4 bu Peeñ mi day xamle njàlbéenu ubbiinu dëgg gi, li Gaynde gi dëkk ci xeet wu Yuda matal, te bu waxtuug tëj gi xamleefee, day xamle njàlbéen ak mujju jamono ji.</w:t>
      </w:r>
    </w:p>
    <w:p>
      <w:pPr>
        <w:pStyle w:val="ArticleBody"/>
        <w:jc w:val="left"/>
      </w:pPr>
      <w:r>
        <w:rPr>
          <w:rFonts w:ascii="Times New Roman" w:hAnsi="Times New Roman" w:eastAsia="Times New Roman" w:cs="Times New Roman"/>
        </w:rPr>
        <w:t>Njàlbéenu jamono jii moo doon ba malaaka ma wàcce ngir leeral suuf si ak ndamamu ci 11 Septàmburu 2001; gannaaw loolu, ci Esayi juróom-benn, dees na nu xamal ne yégle bi ñuy melal ci “baat yi, melax yi, dënn-dënn yi, ngelaw ak taw bi,” te muy jëme ci jeex ci yoonu Dibeer, war nañu ko yégle ci nit ñi gis waaye duñu man a xam tekkiinu melax yi, te doonte dégg nañu, duñu man a xam baat yi ak dënn-dënn yi, ba ker gu mag ga dikk ci seen kaw. Jamonoy tëj ci moomeel giir ñent-fukk ak ñeent junni ñaari téeméeri ñent-fukk ak ñeent ñi mooy jamono ji ñépp ay jëfandikoo gu nekk ci gépp vision di mat.</w:t>
      </w:r>
    </w:p>
    <w:p>
      <w:pPr>
        <w:pStyle w:val="ArticleBody"/>
        <w:jc w:val="left"/>
      </w:pPr>
      <w:r>
        <w:rPr>
          <w:rFonts w:ascii="Times New Roman" w:hAnsi="Times New Roman" w:eastAsia="Times New Roman" w:cs="Times New Roman"/>
        </w:rPr>
        <w:t>Jaar-jaam boobu jur ñaari xeetu jaamu-kat yu feeñal te génne. Benn xeet bi xam na taw bi, te moo tax nangu ko, ndaxte man nañu gis melax mi, te dégg baat yi, dënnu ba ak ngelaw li. Ci mujju jamono ji ñuy sëf, suuf yëngu gu mag gi ngir yoonu dibeer bi di ñëw léegi, noonu moo tàmbali attey àtte yi Yàlla di jëfe.</w:t>
      </w:r>
    </w:p>
    <w:p>
      <w:pPr>
        <w:pStyle w:val="ArticleScripture"/>
        <w:jc w:val="left"/>
      </w:pPr>
      <w:r>
        <w:rPr>
          <w:rFonts w:ascii="Times New Roman" w:hAnsi="Times New Roman" w:eastAsia="Times New Roman" w:cs="Times New Roman"/>
        </w:rPr>
        <w:t>Te kër Yàlla bi ubbeek na ca asamaan, te gis nañu ca këram ga arkub kóllëreem; te amoon na ay melax, ak ay baat, ak ay dënn, ak suuxu suuf, ak yuur gu réy. Peeñug Yàlla 11:19.</w:t>
      </w:r>
    </w:p>
    <w:p>
      <w:pPr>
        <w:pStyle w:val="ArticleBody"/>
        <w:jc w:val="left"/>
      </w:pPr>
      <w:r>
        <w:rPr>
          <w:rFonts w:ascii="Times New Roman" w:hAnsi="Times New Roman" w:eastAsia="Times New Roman" w:cs="Times New Roman"/>
        </w:rPr>
        <w:t>Ci biir buy réy ba amee, “mélax yi, baat yi, ak riq yi” boole nañu ci “grêle.” “Grêle” gi dafa tekki àttey yoon yi ñuy tàmbalee tuur ak juróom-ñaari malaaka yi, ñi doon waajaloon ngir def ko ca njàlbéenu jamonoy tëj gi, ba ker ba ñuy ubbi juróom-ñaareel tëj bi, ni ñu doon xaar malaaka ma jaar ci Jérusalem te teg màndarga ci kaw ñiy jooy te yéngu ndax jëfandikoo yu bon yi ñu def ci réew mi (bitim-réew), ak ci kërce gi (biir).</w:t>
      </w:r>
    </w:p>
    <w:p>
      <w:pPr>
        <w:pStyle w:val="ArticleBody"/>
        <w:jc w:val="left"/>
      </w:pPr>
      <w:r>
        <w:rPr>
          <w:rFonts w:ascii="Times New Roman" w:hAnsi="Times New Roman" w:eastAsia="Times New Roman" w:cs="Times New Roman"/>
        </w:rPr>
        <w:t>“Bex bu sedd,” mooy màndargay jamonoy atte yu yàlla yu yàqu, te moom mooy itam jamonooy yërmande ngir baneen juróomi gàllankoori Yàlla, yi ñuy wootee génn Bàbilon ca jamono jooju; te bu mujj gu mbooloo mu mag ma ci des àggsee bokk ci gàllankoori Yàlla, naataange nit ki day tëju bu mat.</w:t>
      </w:r>
    </w:p>
    <w:p>
      <w:pPr>
        <w:pStyle w:val="ArticleScripture"/>
        <w:jc w:val="left"/>
      </w:pPr>
      <w:r>
        <w:rPr>
          <w:rFonts w:ascii="Times New Roman" w:hAnsi="Times New Roman" w:eastAsia="Times New Roman" w:cs="Times New Roman"/>
        </w:rPr>
        <w:t>Ba noppi malaaka bu jur juram jëkkëramam ci asamaan bi; baat bu réy génn na ca kër Yàlla gu asamaan ga, jóge ca gàngun ga, ne: “Jeex na.” Te ay baat am nañu, ak ay dënnu asamaan, ak melax; te suuf yëngu gu réy am na, lu ni mel woonul woon mukk ginnaaw nit ñi nekkee ci suuf, suuf yëngu gu mel noonu, gu am kàttan lool te réy lool. Te dëkk bu mag bi xar ñetti wàll, te dëkk yu xeeti xeet yi daanu; te Babilon bu mag bi Yàlla fàttaliku ko, ngir may ko kaas bu biiñu meram mu tar. Peeñu Yóbbante bi 16:17–19.</w:t>
      </w:r>
    </w:p>
    <w:p>
      <w:pPr>
        <w:pStyle w:val="ArticleBody"/>
        <w:jc w:val="left"/>
      </w:pPr>
      <w:r>
        <w:rPr>
          <w:rFonts w:ascii="Times New Roman" w:hAnsi="Times New Roman" w:eastAsia="Times New Roman" w:cs="Times New Roman"/>
        </w:rPr>
        <w:t>Jàngatkat bu sopp: Ndax dégg nga baat yi ak dënnu yi? Ndax gis nga melax yi? Ndax nga man a yëg ngelaw li? Léegi di nga dégg baatu janq yu ñàkk xel yi, di ñaan ngir am diwlin.</w:t>
      </w:r>
    </w:p>
    <w:p>
      <w:pPr>
        <w:pStyle w:val="ArticleBody"/>
        <w:jc w:val="left"/>
      </w:pPr>
      <w:r>
        <w:rPr>
          <w:rFonts w:ascii="Times New Roman" w:hAnsi="Times New Roman" w:eastAsia="Times New Roman" w:cs="Times New Roman"/>
        </w:rPr>
        <w:t>Dina yokk sunu ci njàngum bii ci mbind mi ci topp.</w:t>
      </w:r>
    </w:p>
    <w:p>
      <w:pPr>
        <w:pStyle w:val="ArticleScripture"/>
        <w:jc w:val="left"/>
      </w:pPr>
      <w:r>
        <w:rPr>
          <w:rFonts w:ascii="Times New Roman" w:hAnsi="Times New Roman" w:eastAsia="Times New Roman" w:cs="Times New Roman"/>
        </w:rPr>
        <w:t>Nun seet ngir jàmm, waaye dara baax jotuwul; ak ngir jamono wér-gu-yaram, te xoolal, metit feeñ na! Njàmbaaru fas yaam dees na ko déggee ca Dan; réew mépp yëngu na ci riirub seen kaw yi doolekat; ndaxte ñu ñëw nañu, ba lekk réew mi ak lépp lu ci nekk; dëkk bi ak ñi ci dëkk. Ndaxte, xoolleen, dinaa yónni ci seen biir ay jaan ak ay mbaam-jaani, yu nit mënul nootal, te dinañu leen daan, wax na Boroom bi. Bi ma bëggoon a dëfandikoo sama bopp ci kaw naqari, sama xol dafa tàgg ci man. Xoolleen baatu yuuxub jigéenu sama xeet ndax ñi dëkk ci réew mu sori: Ndax Boroom bi nekkul ci Siyon? ndax buuram nekkul ci biiram? Lu tax ñu merloo ma ak seen xërëm yi ñu xar, ak seen yéefar yu doxandéem? Noppalu góob gi, njeexital na xob wi, te nun musibaalu nuccuwunu. Ndax dhaawug jigéenu sama xeet, man it dhaaw naa; gis-gis gu ñuul jàpp na ma; tiit lu réy daldi ma jàpp. Ndax amul garab gu faj ci Galàdd? ndax amul foofa ab fajkat? lu tax nag wér-gu-yaramu jigéenu sama xeet dellusiwul? Yeremi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Juróom-ñeent-fukk ak Ñaar-fukk ak Juróom-benn</dc:title>
  <dc:subject>Baat yu wax 1776, 1789 ak 1798 yi: njëkkukaay ci tëj gi ñu war a tëj 144,000 yi</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