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Dañeel — Juroom-ñaar-fukk ak juróom-ñett baat ak juróom-ñeent</w:t>
      </w:r>
    </w:p>
    <w:p>
      <w:pPr>
        <w:pStyle w:val="ArticleSubtitle"/>
        <w:jc w:val="left"/>
      </w:pPr>
      <w:r>
        <w:rPr>
          <w:rFonts w:ascii="Arial" w:hAnsi="Arial" w:eastAsia="Arial" w:cs="Arial"/>
        </w:rPr>
        <w:t>Ubbiir Kàddu Daniel 11: Ab Tukki yu Yëg ci Biir Jaar-jaari Taarix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Saar fukki ci ayaaru benn-fukk ak benn ci Daniel mo mel ni benn ci ayaar yi gën a xóot ci Kàddu Yàlla. Jaar-jaari wax yu yonent yi ñu teewal foofa, ñooy fi ay wili-wili yi nekk ci biir ay wili-wili ci visionu Ezekiel di daje. Ak waxtu mujjug yëngu-yëngu Millerite bi ci 1798, ak itam waxtu mujjug yëngu-yëngu malaaka bu ñetteel bi ci 1989, jaar-jaari biir ak bitiiri yi ci askanu Yàlla ci fan yu mujj yi lañu fii wone. Ci biir ayaar boobu am na yëgle gu aju ci àtte biy ñëw te aksi ak malaaka bu jëkk bi ci 1798, ba ci yoonu Dibeer bu ayaar fukki ak benn bi wax. Kon nag, ayaar boobu dafay teewal àtteb seetlu bu Yàlla di def ci mbooloom, tàmbalee ak ñi dee ba ci ràññee ak téj miirug ñaar-fukk ak ñent junni, ak Yàlla di tudd Adventismu Laodisee génne ko ci gémmiñam.</w:t>
      </w:r>
    </w:p>
    <w:p>
      <w:pPr>
        <w:pStyle w:val="ArticleBody"/>
        <w:jc w:val="left"/>
      </w:pPr>
      <w:r>
        <w:rPr>
          <w:rFonts w:ascii="Times New Roman" w:hAnsi="Times New Roman" w:eastAsia="Times New Roman" w:cs="Times New Roman"/>
        </w:rPr>
        <w:t>Taariix bi ba nguurug paap teggéwoon ko xam-xam bu rey ba mu jële woon gaaw gi ci atum 1798, ba kera mucc ga jàpp ci ayat fanweeri benn daldi wér, moo ngi tegtal ci taariix bi ayat bi wax. Lii dale ci ayat fanweeri benn, dañu ko samp ci biir wàllu àttey Yàlla yu jëfandikookat yu di yokku tey gën a tar, te ci ayat boobu lañuy tàmbalee. Ci xeetu waxu yonent bii, ayat fanweer moo di mujju Saaru Daniel surga fukki benn, te ayat benn ak ñaar, ci saar ba, ñoo di tambali gi. Saaru fukki benn bi day won wàllug dikkub antikrist bi ci bàkkaar ak weddi, te saaru fukki bi day won tambalig visionu dexu Hiddekel bi, te saaru fukki ñaar bi day won mujjam. Saar ya fukki ak fukki ñaar dañuy tegtal njàlbéen ak mujj, te saaru fukki benn mooy weddi gi ci digg ba.</w:t>
      </w:r>
    </w:p>
    <w:p>
      <w:pPr>
        <w:pStyle w:val="ArticleBody"/>
        <w:jc w:val="left"/>
      </w:pPr>
      <w:r>
        <w:rPr>
          <w:rFonts w:ascii="Times New Roman" w:hAnsi="Times New Roman" w:eastAsia="Times New Roman" w:cs="Times New Roman"/>
        </w:rPr>
        <w:t>Ayib yenn ak fukki ak ñaar benn lañu, ndaxte, wuute ak ayib yenn ak benn, dañuy tegtal xam-xamu Daniel ci lu jëm ci peeñ ma, te ayib yenn ak benn mooy peeñ ma. Ayib yenn ak fukki mooy bëtub araf Ebrë yi bu njëkk, ayib yenn ak benn mooy bëtub araf Ebrë yi bu fukki ak ñett te bañ a topp, te ayib yenn ak ñaar mooy bëtub araf ba mujj. Peeñu dexu Hiddekel mooy “Dëgg gi.”</w:t>
      </w:r>
    </w:p>
    <w:p>
      <w:pPr>
        <w:pStyle w:val="ArticleBody"/>
        <w:jc w:val="left"/>
      </w:pPr>
      <w:r>
        <w:rPr>
          <w:rFonts w:ascii="Times New Roman" w:hAnsi="Times New Roman" w:eastAsia="Times New Roman" w:cs="Times New Roman"/>
        </w:rPr>
        <w:t>Ci ñaareel benn fukki saar bi, tambali bi day misaal mooju mujj bi, ndaxte Kirist du soppe mukk. Jaar-jaaru mujj gi ñu tegtal ci aaya ñent-fukk bi, mooy jamono ju nattu nataalu rab wi. Jamono jooju ju nattu dafa jeex ak màndarga rab wi, mi ñu tegtal ci aaya ñent-fukk ak benn bi. Kon nag, aaya benn ak ñaar yi, war nañu di wax ci jamono jiirug téere giir ñent-fukk ak ñent junni, ndaxte jamono jooju it mooy jamono ji ñuy sos nataalu rab wi.</w:t>
      </w:r>
    </w:p>
    <w:p>
      <w:pPr>
        <w:pStyle w:val="ArticleScripture"/>
        <w:jc w:val="left"/>
      </w:pPr>
      <w:r>
        <w:rPr>
          <w:rFonts w:ascii="Times New Roman" w:hAnsi="Times New Roman" w:eastAsia="Times New Roman" w:cs="Times New Roman"/>
        </w:rPr>
        <w:t>«Boroom bi won na ma leer ne nataalu rabu gi dinañu ko sos bu baax mënul jeex, ndaxte mooy nattu gu mag gi ñeel askanu Yàlla, te ci moom la seen dogal gu baaxul mbaa gu dul jeex di doon lu ñu dogal....»</w:t>
      </w:r>
    </w:p>
    <w:p>
      <w:pPr>
        <w:pStyle w:val="ArticleScripture"/>
        <w:jc w:val="left"/>
      </w:pPr>
      <w:r>
        <w:rPr>
          <w:rFonts w:ascii="Times New Roman" w:hAnsi="Times New Roman" w:eastAsia="Times New Roman" w:cs="Times New Roman"/>
        </w:rPr>
        <w:t>“Lii mooy natt bi nit ñi Yàlla moom war a am balaa ñu téye leen ak màndarga bi.” Manuscript Releases, volume 15, 15.</w:t>
      </w:r>
    </w:p>
    <w:p>
      <w:pPr>
        <w:pStyle w:val="ArticleBody"/>
        <w:jc w:val="left"/>
      </w:pPr>
      <w:r>
        <w:rPr>
          <w:rFonts w:ascii="Times New Roman" w:hAnsi="Times New Roman" w:eastAsia="Times New Roman" w:cs="Times New Roman"/>
        </w:rPr>
        <w:t>Am nañ ñaari waymark yu di màndarga benn waxtu mujj. Ci yëngu-yëngu yeesal bu Moys, moo doon juddug Aaróŋ, te ñaari at ak benn gannaaw ga juddug Moys topp ci. Ci yëngu-yëngu yeesal bi jëm ci génne Babilon te tabaxaat kër Yàlla gi, moo doon buur Dariyus, te gannaaw ga buur Siris. Ci yëngu-yëngu yeesal bu Almasi bi, moo doon juddug Yaxya mi di Sóobkat bi, te juróom-benni weer gannaaw ga juddug Almasi bi topp ci. Ci yëngu-yëngu yeesal bu Millerite yi, moo doon dee gi bu sistemu baab bi ci 1798, te gannaaw ga dee gi bu paap bi ci 1799. Ci yëngu-yëngu yeesal bu ñetteelu malaaka bi, moo doon prezidaŋ Reagan ak prezidaŋ Bush bu njëkk bi, ñoom ñaar ñépp teewal 1989. Ci Daniel saar 10, aaya 1, gis nanu ne buur Siris mooy kiññaanu fa.</w:t>
      </w:r>
    </w:p>
    <w:p>
      <w:pPr>
        <w:pStyle w:val="ArticleScripture"/>
        <w:jc w:val="left"/>
      </w:pPr>
      <w:r>
        <w:rPr>
          <w:rFonts w:ascii="Times New Roman" w:hAnsi="Times New Roman" w:eastAsia="Times New Roman" w:cs="Times New Roman"/>
        </w:rPr>
        <w:t>Ca ñetteelu atum Kore buur Përs, am na mbir mu ñu xamal Dañeel, ki tuddoon Belteshassar; te mbir ma dëgg la woon, waaye jamono ji ñu tëraloon yàgg na woon. Te mu deggoon mbir ma, te amoon xam-xam ci peeñ mi. Daniel 10:1.</w:t>
      </w:r>
    </w:p>
    <w:p>
      <w:pPr>
        <w:pStyle w:val="ArticleBody"/>
        <w:jc w:val="left"/>
      </w:pPr>
      <w:r>
        <w:rPr>
          <w:rFonts w:ascii="Times New Roman" w:hAnsi="Times New Roman" w:eastAsia="Times New Roman" w:cs="Times New Roman"/>
        </w:rPr>
        <w:t>Ci ay kàddu yi di ñëw ci sarax seetlu fukki-benn, nu gis xew-xewu Daniyeel, biñ ko wone woon lu jiitu ngir Gàbriyel jox peeñu jaar-jaari waxi yonent bi nekk ci sarax seetlu fukki-ñaar. Siirus moo tektale jamono mujj gi, ndaxte lu jiitu, Siirus, doomu rakk Daariyus, nekkoon na jeneralub Daariyus, moom mi rey Belshassar, te loolu mooy tektal njeexital juróom-ñaar-fukk at yi ñu jàppoon, yi doon misaalub jàppug min yiir ak ñaar téeméeri ak juróom-benn-fukk at yi Israyeel bu xel mi nekke woon ci Bàbilon bu xel mi, dale ko ci 538 ba 1798.</w:t>
      </w:r>
    </w:p>
    <w:p>
      <w:pPr>
        <w:pStyle w:val="ArticleScripture"/>
        <w:jc w:val="left"/>
      </w:pPr>
      <w:r>
        <w:rPr>
          <w:rFonts w:ascii="Times New Roman" w:hAnsi="Times New Roman" w:eastAsia="Times New Roman" w:cs="Times New Roman"/>
        </w:rPr>
        <w:t>“Jàkka Yàlla gi nekk ci suuf, nekkoon na ci jaam-buur dëgg-dëgg ci jamono ju gudd jii, bi ñu daan ko fitnaal ak bundxatal bu dul taxaw, ni la doomi Israayil nekkoon ci jaam-buur ca Babilon diirub ngàddaay ga.” Prophets and Kings, 714.</w:t>
      </w:r>
    </w:p>
    <w:p>
      <w:pPr>
        <w:pStyle w:val="ArticleBody"/>
        <w:jc w:val="left"/>
      </w:pPr>
      <w:r>
        <w:rPr>
          <w:rFonts w:ascii="Times New Roman" w:hAnsi="Times New Roman" w:eastAsia="Times New Roman" w:cs="Times New Roman"/>
        </w:rPr>
        <w:t>Jeexital at ak juróom-bennni fukki at ak juróom-bennni at yi ci 1798 moo màndargaale jamono ji mujj, noonu itam jeexital at juróom-ñaar-fukk yi moo màndargaale “jamono ji mujj” ci moomeel woowa. Ñaari buur yi, Dariyus ak Sirus, dañu leen di wone ci dee gu Belshassar ak ci jeexital nguuru Babilon, ndaxte gannaaw ba mu doon jeneral bu Dariyus te mu matale liggéey bi, Sirus dafa doon teewlu Dariyus. Bi ñu falée George Bush bu njëkk ci 20 Samwiyee 1989, Reagan dafa nekkoon president ci atum 1989 ba noppi fukki fan ak juróom-ñent.</w:t>
      </w:r>
    </w:p>
    <w:p>
      <w:pPr>
        <w:pStyle w:val="ArticleBody"/>
        <w:jc w:val="left"/>
      </w:pPr>
      <w:r>
        <w:rPr>
          <w:rFonts w:ascii="Times New Roman" w:hAnsi="Times New Roman" w:eastAsia="Times New Roman" w:cs="Times New Roman"/>
        </w:rPr>
        <w:t>Pexe bu Hiddekel tàmbalee na jamono mujj ba, ci ñetteelu atum Kiris. Bi Gàbriyel tàmbalee feccal Daanel jaar-jaaru yonent bu yëgle ci saraxu fukki benn, mu jëkk a wax ci atum njëkk ba bu Daryus, ngir wone leer ne pexe bu jaar-jaaru yonent bi mu nekkoon di joxe Daanel, tambalee na ci mujjug jamono bi mujj, ci atum 1989, ndax yonent yépp wax nañu gën a bare ci fan yu mujj yi ngeen ci fan yi ñu doon dund ca seen jamono.</w:t>
      </w:r>
    </w:p>
    <w:p>
      <w:pPr>
        <w:pStyle w:val="ArticleScripture"/>
        <w:jc w:val="left"/>
      </w:pPr>
      <w:r>
        <w:rPr>
          <w:rFonts w:ascii="Times New Roman" w:hAnsi="Times New Roman" w:eastAsia="Times New Roman" w:cs="Times New Roman"/>
        </w:rPr>
        <w:t>Waaye dinaa la won li ñu bind ci Mbindum dëgg gi; te kenn amul ku taxaw ak man ci mbir yii, lu dul Mixael, seeni buur. Te itam man ci at mu jëkk bu Dariyus waa Med ba, man ci sama bopp, dama taxawoon ngir dëgëral ko ak ngir dooleel ko. Daniel 10:21, 11:1.</w:t>
      </w:r>
    </w:p>
    <w:p>
      <w:pPr>
        <w:pStyle w:val="ArticleBody"/>
        <w:jc w:val="left"/>
      </w:pPr>
      <w:r>
        <w:rPr>
          <w:rFonts w:ascii="Times New Roman" w:hAnsi="Times New Roman" w:eastAsia="Times New Roman" w:cs="Times New Roman"/>
        </w:rPr>
        <w:t>Ci njëkku atum Dariyuus, mi mel ni muy mujje gi ci mujjug jamono ji ci atum 1989, Jibril “taxaw na”, te loolu màggal ne ci ab “waxtu mujj”, malaakaay dafay ñëw. Ci 1798, malaaka bu njëkk bi ñëw na, te ci 1989, ñetteelu malaaka bi ñëw na. Dëgg-dëgg, ba keroog 2001 la, ba bataaxalu ñetteelu malaaka bi amee doole, la téereelug ñetteelu malaaka bi tàmbalee; waaye yokkute gi ñetteelu malaaka bi ñëwee ci 1989, Jibril miy taxaw ci waxtu mujj moo ko di màggal. Jibril dina won Dañeel “li ñu bind ci Mbindum dëgg gi,” te peeñug Hiddekel yor na màndarga gu “Dëgg,” gi Jibril di waaj a yégle.</w:t>
      </w:r>
    </w:p>
    <w:p>
      <w:pPr>
        <w:pStyle w:val="ArticleBody"/>
        <w:jc w:val="left"/>
      </w:pPr>
      <w:r>
        <w:rPr>
          <w:rFonts w:ascii="Times New Roman" w:hAnsi="Times New Roman" w:eastAsia="Times New Roman" w:cs="Times New Roman"/>
        </w:rPr>
        <w:t>Ci waajal fukki ak ñeent ci saraxu fukki, Jibraayil xamale woon na ba noppi Daniyel ne li mu doon wax ci gis-gisu Hiddekel mooy “li dina xew ci askanu Yàlla ci fan yu mujj yi.”</w:t>
      </w:r>
    </w:p>
    <w:p>
      <w:pPr>
        <w:pStyle w:val="ArticleScripture"/>
        <w:jc w:val="left"/>
      </w:pPr>
      <w:r>
        <w:rPr>
          <w:rFonts w:ascii="Times New Roman" w:hAnsi="Times New Roman" w:eastAsia="Times New Roman" w:cs="Times New Roman"/>
        </w:rPr>
        <w:t>Léegi ñëw naa ngir xamle la li dina xew sa xeet ci fan yu mujj yi; ndaxte gis-gis bi des na ngir fan yu bare. Daniel 10:14.</w:t>
      </w:r>
    </w:p>
    <w:p>
      <w:pPr>
        <w:pStyle w:val="ArticleBody"/>
        <w:jc w:val="left"/>
      </w:pPr>
      <w:r>
        <w:rPr>
          <w:rFonts w:ascii="Times New Roman" w:hAnsi="Times New Roman" w:eastAsia="Times New Roman" w:cs="Times New Roman"/>
        </w:rPr>
        <w:t>Aayaar ñaareel ci Daniel sarax fukki benneel dafay tegtal xam-xam bi ñu ubbi woon ci jamono mujj ga ci atum 1989, te mooy mi wone li “dina dal” ñi Yàlla ñeel “ci fan yu mujj yi”.</w:t>
      </w:r>
    </w:p>
    <w:p>
      <w:pPr>
        <w:pStyle w:val="ArticleScripture"/>
        <w:jc w:val="left"/>
      </w:pPr>
      <w:r>
        <w:rPr>
          <w:rFonts w:ascii="Times New Roman" w:hAnsi="Times New Roman" w:eastAsia="Times New Roman" w:cs="Times New Roman"/>
        </w:rPr>
        <w:t>Léegi nag dinaa la won dëgg gi. Xoolal, ñetti buur yu des dinañu jóg ci Perse; te ñenteel bi dina gën a bare alal fu mat yépp: te ci dooleem gi jaar ci alalam, dina yëngal ñépp aayoo ak nguurug Gres. Daniel 11:2.</w:t>
      </w:r>
    </w:p>
    <w:p>
      <w:pPr>
        <w:pStyle w:val="ArticleBody"/>
        <w:jc w:val="left"/>
      </w:pPr>
      <w:r>
        <w:rPr>
          <w:rFonts w:ascii="Times New Roman" w:hAnsi="Times New Roman" w:eastAsia="Times New Roman" w:cs="Times New Roman"/>
        </w:rPr>
        <w:t>Sirus dafa mel ni ñaareelu buur bi gannaaw 1989. Moom moo doon buurub Mèdes ak Perse yi, te loolu moo tektal nguur gi ci waxi yonent yi ci jamono yu mujj yi, gi ñu tabax ak ñaari geñ, te Mèdes yi ak Perse yi ñoo koy melal. Gannaaw ñaareelu buurub nguur gu rab wu suuf wi am ñaari geñ ci waxtu mujj mi ci 1989, dina amaat ñetti buur (Clinton, Bush mu mujj mi, Obama), te gannaaw loolu dina am buur bu gën a bare alal ñoom ñépp. Ñetti buur yi toppoon Bush bi njëkk, am nañu bare alal gannaaw seen nguur, te ndax rekk ñu nekkoon president. Trump, miy ñeenteel bi te moo gën a bare alal, te miy president bi gën a am alal benn fan, amul alalam ndax dafa doon president, waaye li ëpp ci kow mooy liggéeyam ci invesitismaa yu aju ci këri tabax ak suuf, lu yàgg ba noppi la woon bala muy daw ngir nekk president.</w:t>
      </w:r>
    </w:p>
    <w:p>
      <w:pPr>
        <w:pStyle w:val="ArticleBody"/>
        <w:jc w:val="left"/>
      </w:pPr>
      <w:r>
        <w:rPr>
          <w:rFonts w:ascii="Times New Roman" w:hAnsi="Times New Roman" w:eastAsia="Times New Roman" w:cs="Times New Roman"/>
        </w:rPr>
        <w:t>Jëkk ju njëkk aji woon ka gëna am alal ci jaar-jaaru ameerig ci wax ju yem, mooy jëkk ju njëkk ci Ndamu Péenku Mbooloom États-Unis. Bala Donald Trump, George Washington moo doon woon jëkk ju gëna am alal ci jaar-jaaru ameerig, te mu amee xaalisam ni Donald Trump itam ko amee, jaarale ko ci investismaŋ yu aju ci suuf ak kër. Washington ak Trump ñoom ñaar ñëw nañu ci njëwriñu njiitu réew mi jóge ci jaar-jaar yu politig yu dul yoonu cosaan. Washington dafa nekkoon njiitu xare bu njëkk laata mu nekk njiitu réew, te Trump dafa nekkoon jaaykat bu mag ak nit ku siiw ci televiziyoŋ, te ni Washington, amul woon benn xam-xamu politig bu jiitu.</w:t>
      </w:r>
    </w:p>
    <w:p>
      <w:pPr>
        <w:pStyle w:val="ArticleBody"/>
        <w:jc w:val="left"/>
      </w:pPr>
      <w:r>
        <w:rPr>
          <w:rFonts w:ascii="Times New Roman" w:hAnsi="Times New Roman" w:eastAsia="Times New Roman" w:cs="Times New Roman"/>
        </w:rPr>
        <w:t>Ñaari-ndar yi ñoom ñaar dañu leen xamoon ni ay nit ñu am doole ci seen jikko ak seen yoonu jiite, doonte sax dañuy wone yii mbir ci anam yu wuute lool. Washington de, ñu xam ko ni ku sedd, dal te wóor ci boppam ci njiiiteem, te moom doon itam kéemaan gu boole nit ñi benn durante xareb Révolution ak ci at yu njëkk yi réew mi doon sos; waaye Trump moom, ñu xam ko ci anam wu dëgër wu muy jëfandikoo ci njiiite ak nguur gi. Washington ak Trump ñoom ñaar ñépp dañoo nekkoon nit ñu jur werante yu réy, doonte ngir sabab yu wuute lool. Washington, doonte sax ñu baree ko di teral ak di ko ragal, dafa doon jànkoonte ak xelmuuyoo ci jamono jii mu nekk, ci mbir yu bari, boole ci ay gis-gisam ci jaamkat. Nguurug Trump moom, ràññee na ko ci werante yu bari, boole ci ni muy jëfandikoo “mean tweets” ci jokkoo yiy jaar ci internet, ay dogal yu mu teg ci kanam America-first, ak xam-xamam ci boppam.</w:t>
      </w:r>
    </w:p>
    <w:p>
      <w:pPr>
        <w:pStyle w:val="ArticleBody"/>
        <w:jc w:val="left"/>
      </w:pPr>
      <w:r>
        <w:rPr>
          <w:rFonts w:ascii="Times New Roman" w:hAnsi="Times New Roman" w:eastAsia="Times New Roman" w:cs="Times New Roman"/>
        </w:rPr>
        <w:t>Njurum ak juróom-benn bi te mooy njiitu réew mi juróom-benneel bi, dafa waroon yënguñaat dooley njaayndikat yu mundialist yi. Bu nu teggee taariixu saar bi ñaareel ci kapitaal benn-fukki ak benn ci kaw taariixu jamonoy 1776, 1789 ak 1798, dinañu gis yeneen xibaar yu wax ci njiitu mujj bu rab wa suuf, ndaxte Yeesu day won mujj gi jaarale ko ci tàmbali gi. Ñaari jamono yii, yu 1776 ak 1789 di tegtal, dañuy joxe ñaari seede ne njiitu mujj bi dina doon njiit bu juróom-ñetteel bi, mi bokkoon ci ñaari juróom-ñaari bi. Trump mooy njiit bu juróom-benneel bi gannaaw Reagan, te ci ni mu doon njiit bu juróom-ñetteel bi, dina doon “ci ñaari juróom-ñaari bi”. Njiitu mujj bi, te mooy juróom-ñetteel bi, dina nguuru ba États-Unis sos nataalu rab wa “ci ak ngir” rab wa.</w:t>
      </w:r>
    </w:p>
    <w:p>
      <w:pPr>
        <w:pStyle w:val="ArticleBody"/>
        <w:jc w:val="left"/>
      </w:pPr>
      <w:r>
        <w:rPr>
          <w:rFonts w:ascii="Times New Roman" w:hAnsi="Times New Roman" w:eastAsia="Times New Roman" w:cs="Times New Roman"/>
        </w:rPr>
        <w:t>Njiitu réew mi di nguuru bi États-Unis defee melokaanu rab wi, war na nekk ñetteelu ñaareel bi, moom mi bokk ci juróom-ñaari ña; loolu la Peyton Randolph ak John Hancock seedeel. Papas bi mooy ñetteelu bopp bi mujj, bi bokkoon ci juróom-ñaari yi, te jot na ci gaañu dee bu yonent wax. Ngir nekk melokaanu papas bi, ñetteelu njiitu réew bi bokk ci juróom-ñaari yi, war na itam am màndarga yu yonent di won ne mu “gaañu” walla “reyu” ci noonu ci waxu yonent.</w:t>
      </w:r>
    </w:p>
    <w:p>
      <w:pPr>
        <w:pStyle w:val="ArticleBody"/>
        <w:jc w:val="left"/>
      </w:pPr>
      <w:r>
        <w:rPr>
          <w:rFonts w:ascii="Times New Roman" w:hAnsi="Times New Roman" w:eastAsia="Times New Roman" w:cs="Times New Roman"/>
        </w:rPr>
        <w:t>Paapas bi jël nañu ci ab gaaw gu rey ci loxo kàttanu nabu (Farãs), moom ab kàttanu nabu la woon, kooku la paapas doon xeex ak moom li dale ci jamono ji Pool waxe ne mbóotum bonaange bi (nit ku bàkkaar) dafa doon liggéey ba noppi ci booba. Nabu gi mooy paganism bi moo doon tere paapas jël gàngune bi, te moo ko jël ci atum 538.</w:t>
      </w:r>
    </w:p>
    <w:p>
      <w:pPr>
        <w:pStyle w:val="ArticleBody"/>
        <w:jc w:val="left"/>
      </w:pPr>
      <w:r>
        <w:rPr>
          <w:rFonts w:ascii="Times New Roman" w:hAnsi="Times New Roman" w:eastAsia="Times New Roman" w:cs="Times New Roman"/>
        </w:rPr>
        <w:t>Li dale baatub paapasi ba ba noppi ci njeexitalam mu ngi xeex ak dooley njaayxaan. Nataalu paapasi dafay laaj ne nataal boobu itam mu ngi xeex ak dooley njaayxaan. Ci Peeñu Yowaana fukk ak juróom-ñaareel, paapasi, mi di bopp bu juróom-ñaareel, te bokk ci juróom-ñaari bopp ya, ñu koy lakk ak safara ci mujj, te ñoom fukki buur yi lekk ay yàppam. Ci dee yi ñaar yépp (1798 ak fan yu mujj yi), rab wu paapasi bi, dooley njaayxaan a ko rey. Ngir États-Unis man a sos nataalu rab wi, njiitu réew bi juróom-ñaareel itam waroon na dee ci loxo dooley njaayxaan, ga mu nekkoon ci xare ak moom, te buur bu juróom-benn bi ñëw gannaaw jamono ji jeexee ci 1989, mooy buur bi yëngal lépp dooley njaayxaan yi.</w:t>
      </w:r>
    </w:p>
    <w:p>
      <w:pPr>
        <w:pStyle w:val="ArticleBody"/>
        <w:jc w:val="left"/>
      </w:pPr>
      <w:r>
        <w:rPr>
          <w:rFonts w:ascii="Times New Roman" w:hAnsi="Times New Roman" w:eastAsia="Times New Roman" w:cs="Times New Roman"/>
        </w:rPr>
        <w:t>Ronald Reagan nekkoon na Protestant buy dëddu yoon, waaye George Bush bu njëkk bi nekkoon ab globaliste bu mag. Benn ci ay waxam yu siiw mooy ba mu fennaan ne, ci 18 Ut 1988: “Te man maa di ki du yokk i tax. Sama konkuraan leegi dafay wax ne dina yokk leen ci mujj ga, mbaa ci ñetteel mujj ga. Waaye bu politisyeŋ waxee noonu, xam ngeen ne boobu mooy benn ci ay ‘resort’ yi muy dem seet. Sama konkuraan bañ na weddi yokk i tax. Waaye man dinaa ko weddi. Te Kongree bi dina ma bëlëbëte ngir ma yokk i tax te dinaa wax déedéet. Te dinañu bëlëbëte, te dinaa wax déedéet, te dinañu bëlëbëteaat, te lépp lu ma leen man a wax mooy lii: jàngleen sama tuñ yi: amul i tax yu bees.”</w:t>
      </w:r>
    </w:p>
    <w:p>
      <w:pPr>
        <w:pStyle w:val="ArticleBody"/>
        <w:jc w:val="left"/>
      </w:pPr>
      <w:r>
        <w:rPr>
          <w:rFonts w:ascii="Times New Roman" w:hAnsi="Times New Roman" w:eastAsia="Times New Roman" w:cs="Times New Roman"/>
        </w:rPr>
        <w:t>Lu dul ginnaaw fen gu yemule woo, te mu di benn melokaanu ndaw ndawi doole jinne ji, waxam wi gëna siiw mooy bi mu waxee ca ndaje bu bokk bu Kongres bi, 11 Sulet 1990, fa mu ne: “Léegi, man naa gis àddina bu bees di feeñ ci sunu kanam. Àddina bu am dëgg-dëgg yaakaaru jumtukaayu àddina bu bees. Ni Winston Churchill waxe, ab ‘jumtukaayu àddina’ bi ‘mbir yi aju ci yoon ak fair play … di aar ñi néew doole ci kanam ñi am doole …’ Ab àddina fu Mbokk mi ci Réew yi, bu goree ci taxawlu xare bu sedd bi, ngi taxaw ngir matal vision bu taarixu soskatam yi.” Bush mi magoon ab globalist la woon, doonte dafa doon wax ne Mbooloom Republikaan la bokk.</w:t>
      </w:r>
    </w:p>
    <w:p>
      <w:pPr>
        <w:pStyle w:val="ArticleBody"/>
        <w:jc w:val="left"/>
      </w:pPr>
      <w:r>
        <w:rPr>
          <w:rFonts w:ascii="Times New Roman" w:hAnsi="Times New Roman" w:eastAsia="Times New Roman" w:cs="Times New Roman"/>
        </w:rPr>
        <w:t>Bill Clinton moo nekkoon jigéen ju njëkk a amal xew-xewu ay bindu-ndeyjooramam ci Lincoln Memorial, te loolu dafay tekki ne delloo na ginnaawam Lincoln te jublu ci obélisque bu Monumentu Washington, obélisque boo xam ne biirëm fees na ak ay càmmoñi Franc-maçonnerie. Obélisque boobu ak itam ay càmmoñi Franc-maçonnerie yi mu tann a jublu ca waxtu woowu, bi mu fenn rey ci ñaan gi mu wax ngir weddi ay yoonu Constitution, dañoo doon teguul rekk ne moo delloo ginnaawam ca màndargay Lincoln Memorial buy aji ndimbal ci xeetu jaam, waaye itam ne taxawaayu tarihi bu Clintons tann, dëppóok na ak kàddug nanguwam, fa mu màggalale benn profesëer bi mu daan jàngal ci biir Université jésuite bi mu daan jànge.</w:t>
      </w:r>
    </w:p>
    <w:p>
      <w:pPr>
        <w:pStyle w:val="ArticleBody"/>
        <w:jc w:val="left"/>
      </w:pPr>
      <w:r>
        <w:rPr>
          <w:rFonts w:ascii="Times New Roman" w:hAnsi="Times New Roman" w:eastAsia="Times New Roman" w:cs="Times New Roman"/>
        </w:rPr>
        <w:t>Jàngalekat boobu, Carroll Quigley, bind na téere bi: *Tragedy and Hope: A History of the World in Our Time*, te ñu siiwal ko atum 1966, te ñu xam ko bu baax te bu yaatu ne moo di “Biibël bu xalaat yu globalist yi”. Ni Alxuraan di ci Lislaam, te ni *Morals and Dogma of the Ancient and Accepted Scottish Rite of Freemasonry*, bi Albert Pike bind, te ñu siiwal ko atum 1871, ñuy jàpp ne moo di leeral gu gën a mat ci njàngale yu xóot yu Freemasonry; walla ni *The Book of Mormon* di ci Latter Day Saints, noonu itam téereb Quigley moo di Biibëlu falsafaa globalist bi. Li ëpp ci nit ñi daan nañu xam bu Clinton màggaloon Mohammed mu Alxuraan, walla bu mu màggaloon Joseph Smith mu *The Book of Mormon*, te am na ñenn ñu daan xam kan moo nekkoon Albert Pike, waaye néew la ci ñoom ñu xamoon ne màggalug Clinton gu jëm ci Quigley déggoo na ak yoonu globalistam bopp, ak bañam dogali yu Abraham Lincoln di taxaweel.</w:t>
      </w:r>
    </w:p>
    <w:p>
      <w:pPr>
        <w:pStyle w:val="ArticleBody"/>
        <w:jc w:val="left"/>
      </w:pPr>
      <w:r>
        <w:rPr>
          <w:rFonts w:ascii="Times New Roman" w:hAnsi="Times New Roman" w:eastAsia="Times New Roman" w:cs="Times New Roman"/>
        </w:rPr>
        <w:t>Ci wax ji, Clinton ne: “Ba ma doon xale, dégg naa ndigal li John Kennedy defoon ngir jaamono-jëf ci réew mi. Te gannaaw gi, bi ma nekkee taalibe ca Georgetown, dégg naa ne woo googu leer-na ci waxi jàngalekat bu tudd Carroll Quigley, mi nu waxoon ne Amerig mooy réew mi gën a màgg ci jaar-jaaru nettali bindef, ndax sunu nit ñi daan nañu gëm saa su nekk ci ñaari mbir: ne ëllëg man naa gën a baax tey, te ne kenn ku nekk ci nun am na warugar yoonu jikko bu boppam ngir def ba loolu am.” Xalaatu Carroll Quigley ci ni ñuy “defaat ba Amerig màggaat”, mooy ne États-Unis dafa wara jébbal nguuram ak sañ-sañam ci réewam ci Mbootaayu Xeet yi. Clinton nekkoon Demokaraat, ab globaliste, te muy kiliftefub nder.</w:t>
      </w:r>
    </w:p>
    <w:p>
      <w:pPr>
        <w:pStyle w:val="ArticleBody"/>
        <w:jc w:val="left"/>
      </w:pPr>
      <w:r>
        <w:rPr>
          <w:rFonts w:ascii="Times New Roman" w:hAnsi="Times New Roman" w:eastAsia="Times New Roman" w:cs="Times New Roman"/>
        </w:rPr>
        <w:t>“Niw baay, niw doom,” George Bush bu mujj bi dafa doon ab globalist, te ni mel ni baayam itam, mu doon ab globalist buy wax ne moom ab Républicain la. Doomug garab du daanu fu sori garab gi. Biibël bi dafa laaj laaj bu amul tontu ne: “Ñaar man nañu doxandoo, su fekkee déggoo wuñu?” Kenn soxlaagul ludul topp li bari ci ay liggéey yi Bush bu mujj bi defandoowoon ak Bill ak Hillary Clinton ngir gis kan la Bush bu mujj bi déggoowoon ak moom.</w:t>
      </w:r>
    </w:p>
    <w:p>
      <w:pPr>
        <w:pStyle w:val="ArticleBody"/>
        <w:jc w:val="left"/>
      </w:pPr>
      <w:r>
        <w:rPr>
          <w:rFonts w:ascii="Times New Roman" w:hAnsi="Times New Roman" w:eastAsia="Times New Roman" w:cs="Times New Roman"/>
        </w:rPr>
        <w:t>Barack Hussein Obama waxoon na ab yenn ci benn mbooloo-kampaañ, tuuti lu jiitu muy tannu ko Njiitu Réew mi, ne dafa bëgg a soppi Réewum Ini Mërik ci lu dëgër te sax. Ci 30 Oktobar 2008, ca Columbia, Missouri, Obama wax na ne: “Des na ñu juróom-ñett fan rekk ngir soppi Réewum Ini Mërik ci lu dëgër te sax.” Wax jooju bokkoon na ci yoonu waxam gu yaatu gu “yaakaar ak coppite”, te loolu mooyoon wér-gu-yaram gu mag ci kampaañam bu njiit 2008, di dëggal njéggelam ci yeneeni coppite yu réy ci politig ak jubluwaay ju wuute ngir réew mi. Jubluwaay ji mu walewoon réew mi, mooyoon policies yu njàngat mi: globalism, ñaaw ci kaw tànk yu weex, di ànd ak bàyyi njuróom-ñaar ci biir, di bañ carburant yu karbon, di bañ Mërik te di ànd ak globalism, Diversity, Equity, Inclusion, ak jaar-jaari nettali cosaan bu dul dëgg bi ñuy wax Critical Race Theory, ak yeneen ak yeneen. Obama du woon rekk ab doxandéem-bokk ci askan wi; dafa nekkoon te ba tey mooy ki di teewal ajandaa globalist bu kàttanu njàngat mi.</w:t>
      </w:r>
    </w:p>
    <w:p>
      <w:pPr>
        <w:pStyle w:val="ArticleBody"/>
        <w:jc w:val="left"/>
      </w:pPr>
      <w:r>
        <w:rPr>
          <w:rFonts w:ascii="Times New Roman" w:hAnsi="Times New Roman" w:eastAsia="Times New Roman" w:cs="Times New Roman"/>
        </w:rPr>
        <w:t>Waaye nag Trump, wuute ak politig bu bees bi ci jamono jii, dafa jot ci amal ay diggantey waxam yu ëpp ñoom ñépp ñaari juróom-ñaari prezidaan yi ci jamono ji tambalee ci 1989, boo leen boolee. Moom dañoo ko bind ci xol ngir defaat Amerik reyi, te ci muy jéem a ko def, mu yëngal dooley globalist yi yor sañ-sañ, du ci Biir Réewum Etazini rekk, waaye ci àddina sépp.</w:t>
      </w:r>
    </w:p>
    <w:p>
      <w:pPr>
        <w:pStyle w:val="ArticleBody"/>
        <w:jc w:val="left"/>
      </w:pPr>
      <w:r>
        <w:rPr>
          <w:rFonts w:ascii="Times New Roman" w:hAnsi="Times New Roman" w:eastAsia="Times New Roman" w:cs="Times New Roman"/>
        </w:rPr>
        <w:t>Joe Biden amul benn firnde wu wone ne moom dara du ludul beneen globalist.</w:t>
      </w:r>
    </w:p>
    <w:p>
      <w:pPr>
        <w:pStyle w:val="ArticleBody"/>
        <w:jc w:val="left"/>
      </w:pPr>
      <w:r>
        <w:rPr>
          <w:rFonts w:ascii="Times New Roman" w:hAnsi="Times New Roman" w:eastAsia="Times New Roman" w:cs="Times New Roman"/>
        </w:rPr>
        <w:t>Rab wu Katolisim dafa xeex bu yàgg ak kàttan yu nitu-ndeyjoor yi, te njiit li nguuram di nekk saa su États-Unis di sàkk melo wu baab, ci lu war ci waxu yonent bi, dafa wara nekk ci xeex ak kàttan yu nitu-ndeyjoor yi. Benn ci njiit yi nu nekk tey, kudul Donald Trump, du dafa xeex ak kàttan yu nitu-ndeyjoor yi, ndaxte Démocrates yi ñu ngi siiw ci lu bir ni ñooy globalist (nitu-ndeyjoor yi), te George Bush mu mujj mi itam nekkoon na, ni baayam nekkoon (ab Républicain bu wax ne mooy, waaye ci dëgg mooy ab globalist buy nitu-ndeyjoor), ndaxte Yeesu dafa baaxoo dëgër ci misaal yi, mu melal mujj gi ak jëkk gi.</w:t>
      </w:r>
    </w:p>
    <w:p>
      <w:pPr>
        <w:pStyle w:val="ArticleBody"/>
        <w:jc w:val="left"/>
      </w:pPr>
      <w:r>
        <w:rPr>
          <w:rFonts w:ascii="Times New Roman" w:hAnsi="Times New Roman" w:eastAsia="Times New Roman" w:cs="Times New Roman"/>
        </w:rPr>
        <w:t>Dina nu war ci topp ci mbind mi ci topp, dinañu yeggale njàng mi.</w:t>
      </w:r>
    </w:p>
    <w:p>
      <w:pPr>
        <w:pStyle w:val="ArticleScripture"/>
        <w:jc w:val="left"/>
      </w:pPr>
      <w:r>
        <w:rPr>
          <w:rFonts w:ascii="Times New Roman" w:hAnsi="Times New Roman" w:eastAsia="Times New Roman" w:cs="Times New Roman"/>
        </w:rPr>
        <w:t>“Njàngoro bu mag xaar mbooloom Yàlla. Njàngoro bu mag xaar àddina bi. Xare bi gëna am solo ci jamono yépp, mu ngi ci sunu kanam. Lu am solo yi nu, ci lu ëpp ñent-fukki at, ci dooley waxu yonent bi wax ne dañuy ñëw, léegi dañuy xew ci sunuy bët. Léegi sax, mbirum yokkute ci Dastuur bi ngir téy yéené xel ak sañ-sañu xol, dañu ko jébbaloo ay yoonkat yi ci réew mi. Mbirum farataal topp ndigalu Dibéer bi, mujj na doon mbir mu réew mi di sàkku te jàpp ne am na solo. Xam nanu bu baax lan mooy nekk njéll ci yëngu-yëngoo bii. Waaye ndax ñu ngi waajaloo ngir li muy jur? Ndax dafa am nu ñu sàmm ak dëgg sa warugar gi Yàlla dénk ci sunu loxo, mooy artu nit ñi ci musiba mi nekk ci seen kanam?”</w:t>
      </w:r>
    </w:p>
    <w:p>
      <w:pPr>
        <w:pStyle w:val="ArticleScripture"/>
        <w:jc w:val="left"/>
      </w:pPr>
      <w:r>
        <w:rPr>
          <w:rFonts w:ascii="Times New Roman" w:hAnsi="Times New Roman" w:eastAsia="Times New Roman" w:cs="Times New Roman"/>
        </w:rPr>
        <w:t>“Am na ñu bare, sax ci ñi bokk ci yëngu-yëng bii ngir dooleel aalub Dibéer, ñu gumb nañu ci njariñ-ju-bon yi topp di jóg ci jëf jooju. Duñu gis ne dañuy dóor bu jub ci sañ-sañu diine. Am na ñu bare itam yu masul a xam ndigalu Sabatu Biibël bi ak fondemaŋu fen wi kaw biir moomu àddinab Dibéer taxaw. Bépp yëngu-yëngu buy yëkkati yoon yu jëm ci diine, ci dëgg-dëgg jëfub nangu la ci kanamu paapase bi, bi xeex ak sañ-sañu xel mu sell ci ay jamono yu bare te du bàyyi. Sàmm Dibéer am na dooleem ci nekkam, ni kuréel buy wax ne bu Kiristaan la, ci “mbóotum ñaawteef”; te dooleel ko dina nekk nangu gu bir ci njubte yi doon xeeru gën-a taxaw ci Romaanis. Bu sunu réew weddee noonu njubte yi mu yëkkee ngir doxal nguuram, ba def yoonu Dibéer, Protestantis dina ci jëf jooju boole loxo ak poperi; du ne dara lu dul may dundaat tirani bi yàgg lool di xool ag xelam ngir jotaat waxtu wi muy bàyyi ba dellusi ci noote gu doy waar.”</w:t>
      </w:r>
    </w:p>
    <w:p>
      <w:pPr>
        <w:pStyle w:val="ArticleScripture"/>
        <w:jc w:val="left"/>
      </w:pPr>
      <w:r>
        <w:rPr>
          <w:rFonts w:ascii="Times New Roman" w:hAnsi="Times New Roman" w:eastAsia="Times New Roman" w:cs="Times New Roman"/>
        </w:rPr>
        <w:t>“Mbooloom Reforme Réew mi, bu jëfandikoo kàttanu yoon yu diine, bu matsee ba am fullaay, dina wone muñutul ak not ak teg ci kaw ni ko jamono yu weesu yi doon tëral. Ndajem nit ña ca jamono yooyu jël woon sañ-sañ yu Yàlla, di noot ci seen kàttan gu nguurug noonu sañ-sañu xel mu sell; te tëj-kaso, gaawantu, ak dee topp ci ñi jëfandikoo woon seen bañ a topp seen santaane. Su poperi walla ay pexeem dellusiwaat ci kàttanu yoon, safara nattu yi dinañu taalwaat ci kaw ñi dul sarax seen xel mu sell ak dëgg ngir déggal njuumtey mbooloo mi. Bon boobu mu ngi ci bëtu am.”</w:t>
      </w:r>
    </w:p>
    <w:p>
      <w:pPr>
        <w:pStyle w:val="ArticleScripture"/>
        <w:jc w:val="left"/>
      </w:pPr>
      <w:r>
        <w:rPr>
          <w:rFonts w:ascii="Times New Roman" w:hAnsi="Times New Roman" w:eastAsia="Times New Roman" w:cs="Times New Roman"/>
        </w:rPr>
        <w:t>«Bi Yàlla joxee nu leer gu nu won ay toroxte yi nekk ci sunu kanam, naka lañuy man a taxaw ci kanamam ci lu set, su nu bañee def bépp jéego ju nekk ci sunu kàttan ngir yóbbu ko ci kanam nit ñi? Ndax man na nu nekk ci mbégte, bàyyi leen ñuy jàngat ak mbir mii mag te amul waareel?» Testimonies, volume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Dañeel — Juroom-ñaar-fukk ak juróom-ñett baat ak juróom-ñeent</dc:title>
  <dc:subject>Ubbiir Kàddu Daniel 11: Ab Tukki yu Yëg ci Biir Jaar-jaari Taarix bi</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