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Danyeel — Téeméer ak Ñent-fukk ak Juróom-Ñent ci lim bi</w:t>
      </w:r>
    </w:p>
    <w:p>
      <w:pPr>
        <w:pStyle w:val="ArticleSubtitle"/>
        <w:jc w:val="left"/>
      </w:pPr>
      <w:r>
        <w:rPr>
          <w:rFonts w:ascii="Arial" w:hAnsi="Arial" w:eastAsia="Arial" w:cs="Arial"/>
        </w:rPr>
        <w:t>Mbooleem yóbbantegu Yonent ci Daniel 11:40 ak dëgg-dëggu politig yi jamono jii: Firi kumpag bu President bi mujj bi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2024-03-16</w:t>
      </w:r>
    </w:p>
    <w:p>
      <w:pPr>
        <w:pStyle w:val="ArticleBody"/>
        <w:jc w:val="left"/>
      </w:pPr>
      <w:r>
        <w:rPr>
          <w:rFonts w:ascii="Times New Roman" w:hAnsi="Times New Roman" w:eastAsia="Times New Roman" w:cs="Times New Roman"/>
        </w:rPr>
        <w:t>Nu ngi xalaat ci méngoo gi nekk diggante Daniel saar fukk ak benn, aaya ñeent-fukk, ak aaya benn ak ñaar yu nekk ci benn saar boobu. Aaya benn day wax ne jamono ji mujj gi mooy 1989, te aaya ñeent-fukk itam day tegtal ne jamono ji mujj gi mooy 1989, ak yàqug Réewum Sowiyet, ni ko bàyyi ci wet gu Berlin Wall gi ca 9 Suwe 1989.</w:t>
      </w:r>
    </w:p>
    <w:p>
      <w:pPr>
        <w:pStyle w:val="ArticleBody"/>
        <w:jc w:val="left"/>
      </w:pPr>
      <w:r>
        <w:rPr>
          <w:rFonts w:ascii="Times New Roman" w:hAnsi="Times New Roman" w:eastAsia="Times New Roman" w:cs="Times New Roman"/>
        </w:rPr>
        <w:t>Saraxu ñaareel bi màggal na juroom-benneel njëwriñu Réewum Mbooloom Amerig ginaaw atum 1989 ne mooy ki gëna barele alal ci njëwriñ yi ñépp, te noonu mu jëfandikoo loolu ngir tegtal Donald Trump. Ci def loolu, mu fésal ne Trump dina “yënguël” Gres gépp, moom mi doon woon Nguuru Gres gu Aleksàndar Bu Màgg bi ci saraxu ñetteel bi. Nguur gu Gereg gi ci sarax yi ñetteel ak ñeenteel mooy misaal bu njëme ci benn nguuru àddina bépp ci Daniel saar fukki ak benn.</w:t>
      </w:r>
    </w:p>
    <w:p>
      <w:pPr>
        <w:pStyle w:val="ArticleBody"/>
        <w:jc w:val="left"/>
      </w:pPr>
      <w:r>
        <w:rPr>
          <w:rFonts w:ascii="Times New Roman" w:hAnsi="Times New Roman" w:eastAsia="Times New Roman" w:cs="Times New Roman"/>
        </w:rPr>
        <w:t>William Miller moom wax ji “taariix ak yonent yi dañuy déggoo,” te taariixu Donald Trump joxe na firnde yu kenn mënu leen weddi ne du woon rekk ki gëna bari xaalis ci ñetti njiitu Amerik yi mujj ñaar ak ñent, waaye it globalist yi ci États-Unis, ak ci àddina bépp, bañ nañu Donald Trump ak bañ gu dëgër lool, gu baaxul ci xel ba ñu bare tekki ko ni dof.</w:t>
      </w:r>
    </w:p>
    <w:p>
      <w:pPr>
        <w:pStyle w:val="ArticleBody"/>
        <w:jc w:val="left"/>
      </w:pPr>
      <w:r>
        <w:rPr>
          <w:rFonts w:ascii="Times New Roman" w:hAnsi="Times New Roman" w:eastAsia="Times New Roman" w:cs="Times New Roman"/>
        </w:rPr>
        <w:t>Ki jëkk ci juróom-ñaari prezidaan yu mujj yi, tambalee ci atum 1989, dafa mel ni Trump ci anam yu bari, te noonu di dëgëral ne prezidaan bu juróom-benn bi ci aaya ñaareel bi, ci mujj, dina doon bu juróom-ñaareel bi te di bu mujj bi. Reagan, ni mu nekk ki jëkk ci sëriñu juróom-ñaari yi, dina melal bu juróom-ñaareel bi te di bu mujj bi, ndaxte Yeesu mas naa di won mujjug mbir ak njàlbéenu mbir ma.</w:t>
      </w:r>
    </w:p>
    <w:p>
      <w:pPr>
        <w:pStyle w:val="ArticleBody"/>
        <w:jc w:val="left"/>
      </w:pPr>
      <w:r>
        <w:rPr>
          <w:rFonts w:ascii="Times New Roman" w:hAnsi="Times New Roman" w:eastAsia="Times New Roman" w:cs="Times New Roman"/>
        </w:rPr>
        <w:t>Seede Ronald Reagan, mi nekkoon bi ci jamono ju mujj ji ci atum 1989, ci wàllu waxu yonent yi dafa tegu ci nekkoon bi di nekkoon ki mujj ci juróom-ñettal ñaari nekkoon yu nguur yi. Dina am juróom-ñaari nekkoon yu nguur gannaaw Reagan, ndaxte États-Unis dafa noppi di nekk buurug gu juróom-benni ci waxu yonent yi ci Biibël ba, bu yoonu Dimas bu maddugëj dikkee léegi; te fekk, ba noppi ci kanam yoonu Dimas boobu, États-Unis dafay sàkk melokaanu rab wa, te rab boobu mooy juróom-ñettal ñaareel ba, ci juróom-ñaari rab yi. Reagan mooy nekkoon jëkkër ji ci jamono ju mujj ji ci atum 1989, te ki mujj di na nekkoon juróom-ñettal ñaareel ba, muy ka nekk ci juróom-ñaari yi.</w:t>
      </w:r>
    </w:p>
    <w:p>
      <w:pPr>
        <w:pStyle w:val="ArticleBody"/>
        <w:jc w:val="left"/>
      </w:pPr>
      <w:r>
        <w:rPr>
          <w:rFonts w:ascii="Times New Roman" w:hAnsi="Times New Roman" w:eastAsia="Times New Roman" w:cs="Times New Roman"/>
        </w:rPr>
        <w:t>Reagan wax na ne, ci 12 Suwe 1987, bi mu doon wax ci benn kàddu ca bunt Brandenburg ga, jege deretub Berlin ba ca Berlin gu Sowwu, Allemagne, bi mu doon wax ak Sekkereter Bu Maggu bu Parti Kominist bu Unioŋ Sowiyeetik ba, Mikhail Gorbachev: «Sekkereter bu Magg Gorbachev, su fekkee ne yaa ngi seet jàmm, su fekkee ne yaa ngi seet yëg-yëg ak naqar ngir Unioŋ Sowiyeetik ak Tugal Penku, su fekkee ne yaa ngi seet ubbeekug yoon: ñëw fii ci bunt bii! Boroom Gorbachev, ubbiil bunt bii! Boroom Gorbachev, daanuul deret bii!» Kàddu gu gën a siiw ci juróom-ñaari president yu mujj yi, ci kanam juróom-ñett yi mujj, moo marke amalug yëf jii, muy daanu deret ba, ñaari at gannaaw, ci 9 Nowàmbar 1989.</w:t>
      </w:r>
    </w:p>
    <w:p>
      <w:pPr>
        <w:pStyle w:val="ArticleBody"/>
        <w:jc w:val="left"/>
      </w:pPr>
      <w:r>
        <w:rPr>
          <w:rFonts w:ascii="Times New Roman" w:hAnsi="Times New Roman" w:eastAsia="Times New Roman" w:cs="Times New Roman"/>
        </w:rPr>
        <w:t>Ci jëfandikoo, baat yi Reagan di wax ci nees na tas miir mi, dafa wax ak ñetteelu njiitu réew ma, mi bi mu doon daw ngir nekk juróomeelu njiitu réew ma, samp woon ab kampaañam ci diggé ba “tabax miir mi.” Ki jëkk ci juróom-ñaar ñi mujj ci njiiti réew yi woo na ngir ñu tas miir mi, te ñu tas Miiru Berlin bi ci atum 1989, ci waxtu mujj ga. Ci yoonu Dibéer bu jëm kanam te di ñëw gaa, “miir” mu doy waarug xeetu Kërceen ak Nguur gi dina tas, ni ko tambalee bi ci 1989 di tektal. Ci diggante jamono jooju, juróomeelu njiitu réew ma, mi yënguël globalist yi, jéem na tabax ab miir bu ñoom bëggul; te bu mu delloo ba nekkaat ñetteelu njiitu réew ma ci juróom-ñaari ña, beneen “miir” dina daanu.</w:t>
      </w:r>
    </w:p>
    <w:p>
      <w:pPr>
        <w:pStyle w:val="ArticleBody"/>
        <w:jc w:val="left"/>
      </w:pPr>
      <w:r>
        <w:rPr>
          <w:rFonts w:ascii="Times New Roman" w:hAnsi="Times New Roman" w:eastAsia="Times New Roman" w:cs="Times New Roman"/>
        </w:rPr>
        <w:t>Ki jëkk ci juróom-ñett yi di ay prezidaan mi, mandargaat na ko ñëwul yoonu daanu benn “miir” mi doon fekk jamono ji mujj, ni ñu ko tektale ci Daniel fukk ak benn, ayet ñent-fukk; te ki mujj ci juróom-ñett yi di ay prezidaan mi, mandargaat na ko itam daanu benn “miir” mi di fekk mujjug jamonoy taye ga ñaar-ñent-fukk ak ñent junni ñi, ni ñu ko tektale ci Daniel saar fukk ak benn, ayet ñent-fukk ak benn.</w:t>
      </w:r>
    </w:p>
    <w:p>
      <w:pPr>
        <w:pStyle w:val="ArticleBody"/>
        <w:jc w:val="left"/>
      </w:pPr>
      <w:r>
        <w:rPr>
          <w:rFonts w:ascii="Times New Roman" w:hAnsi="Times New Roman" w:eastAsia="Times New Roman" w:cs="Times New Roman"/>
        </w:rPr>
        <w:t>Présidaa Reagan dafa nekkoon Demokaraat bu jëkk, ba noppi muy Répibliken; dafa nekkoon it yëg-yëg ci mbedd miidiyaa, nit ku siiw ngir waxam wu leer, te am xel mu xóot ci ree; ku sax ci yëngu-yëngu xaalis, te dafa def kampañu di xeex ak askanu Washington, DC. Waaye nag, doonte kàddu yi Reagan waxoon ci njëlbéen kampaañam ngir xeex ak askan wi ñu sampoon bu baax ci kër-góorug réew mi (swamp), mujj na di tànn ab xayma yu kawe ci ay nis yu gëna bari ngir politigëer yu àddunaal yiñu dëggal ci boppam, lu ëppal bépp présidaa bu bees bu jamono jooju. Dafa sax agg ba tànn George Bush bu njëkk bi muy Vice Presidentam, góor gu ay cosaanam njaxlafee bu yàgg ci jaar-jaari taarixu àddunaal yi.</w:t>
      </w:r>
    </w:p>
    <w:p>
      <w:pPr>
        <w:pStyle w:val="ArticleBody"/>
        <w:jc w:val="left"/>
      </w:pPr>
      <w:r>
        <w:rPr>
          <w:rFonts w:ascii="Times New Roman" w:hAnsi="Times New Roman" w:eastAsia="Times New Roman" w:cs="Times New Roman"/>
        </w:rPr>
        <w:t>Trump defarewoon na ci yëngu yàlla ngir setal askan wi mu doon wax ne “palud” bi, waaye li mbindam di won ci ay góor yi mu tannoon ngir liggéey ak ñoom bu baax, mooy wone noonu néegam gu gën a réy. Géej gi ci ay góor yooyu nag, li ëpp ci ñoom ay taxawaloon lañu woon ci “palud” bi Trump di soppiku ak kóllëre gu tar. Trump, ni ko deme ak Reagan, nekkoon na ku cosaanoo ci Democratic Party te soppeeku Republican, ku nekkoon bët-setlu media, góor gu siiw ci xam-xamam ci wax, ak xel mu xóot ci ñàkk doole gu rafet, te it di ku sax ci sàmm xaalis ci yoonu politig.</w:t>
      </w:r>
    </w:p>
    <w:p>
      <w:pPr>
        <w:pStyle w:val="ArticleBody"/>
        <w:jc w:val="left"/>
      </w:pPr>
      <w:r>
        <w:rPr>
          <w:rFonts w:ascii="Times New Roman" w:hAnsi="Times New Roman" w:eastAsia="Times New Roman" w:cs="Times New Roman"/>
        </w:rPr>
        <w:t>Njiitu réewum Etazini bi mujj mooy nekk njiit bi bu ñuy sos melokaanug paapukaay bi (melokaanug rab wi) ci Etazini. Kon nag, njiit bu juróom-ñett ba te mujj ba gannaaw 1989 dina bokk ci xare bu jëfandikoo ak kàttanug njaay miiru ndox, ndaxte ci xare bu gudd te yàgg ak njaay miir lañu njëkk a teg paapukaay bi ci nguur gi ci 538 jaarale ko ci kàttanug njaay miir, te gannaaw loolu mu nekk ñàkk nguuram ci 1798 jaarale ko ci benn kàttanug njaay miir boobu, te dinaat dellu ca nguur ga jaarale ko ci kàttanug njaay miir bi ñu melal ci fukki buur yi, yi déggoo jox paapukaay bi seen juróom-ñaareel nguur; te gannaaw loolu ñoom dinañu wàññi rabug paapukaay ba ci suuf wa, suufal ko ak safara, lekk ay yàppam, bi muy agsi ci mujjam te kenn du ko dimbali.</w:t>
      </w:r>
    </w:p>
    <w:p>
      <w:pPr>
        <w:pStyle w:val="ArticleBody"/>
        <w:jc w:val="left"/>
      </w:pPr>
      <w:r>
        <w:rPr>
          <w:rFonts w:ascii="Times New Roman" w:hAnsi="Times New Roman" w:eastAsia="Times New Roman" w:cs="Times New Roman"/>
        </w:rPr>
        <w:t>Njiitu nguur gi waral juróom-ñaaral, te bokk ci juróom-ñaari bi, mooy itam njiitu nguur gi bokk ci xare ak dooley njaay. Xare boobu dañu ko santale bu njiitu nguur gi juróom-bennaal te gën a bare alal yëngal bépp dooley njaay yu globalist yi. Ci juróom-ñaari njiiti nguur yu mujj yi, li dale ci atum 1989, ñaar dee nañu, ba tax mu des juróom-benn njiiti nguur yu man a bokk ci xare ak dooley njaay.</w:t>
      </w:r>
    </w:p>
    <w:p>
      <w:pPr>
        <w:pStyle w:val="ArticleBody"/>
        <w:jc w:val="left"/>
      </w:pPr>
      <w:r>
        <w:rPr>
          <w:rFonts w:ascii="Times New Roman" w:hAnsi="Times New Roman" w:eastAsia="Times New Roman" w:cs="Times New Roman"/>
        </w:rPr>
        <w:t>Ci juróom-ñaar yooyu, ñeent ci seen biir ay globalist lañu yu leer ne doole jiibóon gi moo leen di taxawal. Benn ci juróom-ñaar ñi, ni baayam, dafa wax ne moom Republikẽ la, waaye Republikẽ tuddee rekk la, te ni baayam itam, moom ab ndawtal ci dooley jiibóon gu globalist gi la. Ci juróom-benn-i prezidaaŋ yu dund ñi, kenn rekk moo leer ne du globalist, te moom mooy prezidaaŋ bi di yëngu-yëngu globalist yi. Moom rekk moo bokk ci juróom-ñett-i mujj yu mujj yi ci prezidaaŋ yi, te man na matale boppub nataalu papaas gi, ci wàllu bokk ci xare ak benn dooley jiibóon.</w:t>
      </w:r>
    </w:p>
    <w:p>
      <w:pPr>
        <w:pStyle w:val="ArticleBody"/>
        <w:jc w:val="left"/>
      </w:pPr>
      <w:r>
        <w:rPr>
          <w:rFonts w:ascii="Times New Roman" w:hAnsi="Times New Roman" w:eastAsia="Times New Roman" w:cs="Times New Roman"/>
        </w:rPr>
        <w:t>Njiitu-re ya jëkk ci xareb Réewum Republik bi siiwna ci wax genn Mbindum bu Sell bu jëm ci xareb civile ba ci États-Unis, te moom la taxawal dëgg gi ci mbir mii.</w:t>
      </w:r>
    </w:p>
    <w:p>
      <w:pPr>
        <w:pStyle w:val="ArticleScripture"/>
        <w:jc w:val="left"/>
      </w:pPr>
      <w:r>
        <w:rPr>
          <w:rFonts w:ascii="Times New Roman" w:hAnsi="Times New Roman" w:eastAsia="Times New Roman" w:cs="Times New Roman"/>
        </w:rPr>
        <w:t>Te Yeesu xam seeni xalaat, ne leen: Bëpp nguur gu ci boppam xeeboo, dina daanu ba neen; te dëkk bu nekk walla kër gu nekk gu ci boppam xeeboo, du sax. Te su fekkee ne Seytaane mooy génne Seytaane, kon xeeboo na ci boppam; naka la kon nguuram di sax? Te su fekkee ne man, ci Beelsebuub, laay génnee rab yi, kon seeni doom, kan lañuy ci génnee? Moo tax ñoom dañuy nekk seen àttekat yi. Waaye su fekkee ne ci Xelum Yàlla laay génnee rab yi, kon nguurug Yàlla agsi na ci yéen. Macë 12:25–28.</w:t>
      </w:r>
    </w:p>
    <w:p>
      <w:pPr>
        <w:pStyle w:val="ArticleBody"/>
        <w:jc w:val="left"/>
      </w:pPr>
      <w:r>
        <w:rPr>
          <w:rFonts w:ascii="Times New Roman" w:hAnsi="Times New Roman" w:eastAsia="Times New Roman" w:cs="Times New Roman"/>
        </w:rPr>
        <w:t>Xareb nag wiir bi di def ci biir buur bi gën a bari alal te mu yëngaloon réewum Grecia, man naa doon rekk diggante Donald Trump ak globalist yi, ndax ñépp ñeneen juróom-ñaar yu man a nekk ay prezident yu dund, ay globalist lañu yu dëgër ci lu bañ Amerik. Bi Lincoln jëfee ay aaya yu jiitu ya, ngir wax ak xaajale réew mi mu xàjjaloo ci ñaari mbooloo yi di ñi far ci jaam ak ñi farul ci jaam, dafa doon wax ak Demokrat yi far ci jaam, ak Réewubliikeen yi farul ci jaam; te ci def noonu, dafa doon wax itam ci xareb fan yu mujj yi diggante Demokrat yu globalist yi, ñi prezident bu mujj bi bokk ci Réewubliikeen yi yëngal ak yokk seen doole ci yoon wi mu tudde MAGA-ism, mi muy tegu ci kawam te di ko jiite.</w:t>
      </w:r>
    </w:p>
    <w:p>
      <w:pPr>
        <w:pStyle w:val="ArticleBody"/>
        <w:jc w:val="left"/>
      </w:pPr>
      <w:r>
        <w:rPr>
          <w:rFonts w:ascii="Times New Roman" w:hAnsi="Times New Roman" w:eastAsia="Times New Roman" w:cs="Times New Roman"/>
        </w:rPr>
        <w:t>Naka laata jëkk bu bokk ci Republican, Lincoln dafay melal prezidaan Republican bu mujj bi. Prezidaan bu mujj bi itam, prezidaan Republican ba nekkoon ci waxtu mujj ga ci atum 1989 moo koy tegtal. Ñaari seede yii dañuy xamale ne prezidaan bi ñuy melal mooy ku bokk ci Republican. Prezidaan Republican ba nekkoon ci waxtu mujj ga ci atum 1989 nekkoonul rekk ku bokk ci Republican, waaye moom moo doon jëkk ci juróom-ñett yi mujj ci prezidaan yi. Prezidaan bu mujj bi itam dina amoon ku ko melal ci George Washington, jëkk ci prezidaan yi te jëkk ci Kilifag xareb réew mi.</w:t>
      </w:r>
    </w:p>
    <w:p>
      <w:pPr>
        <w:pStyle w:val="ArticleBody"/>
        <w:jc w:val="left"/>
      </w:pPr>
      <w:r>
        <w:rPr>
          <w:rFonts w:ascii="Times New Roman" w:hAnsi="Times New Roman" w:eastAsia="Times New Roman" w:cs="Times New Roman"/>
        </w:rPr>
        <w:t>Ci ne, dañoo biñoon Washington dafa amoon misaal ci njëkk President bi ci jamono ji 1776 di tegtal, te jëkk President boobu (Peyton Randolph) moo bokkoon ci juróom-ñaar ñi ñu jëfandikoo woon ci juróom-ñettal jamono yi ñuy tegtale ak juróom-ñaar nit ñi. Randolph mooyoon njëkk ci juróom-ñaar, ba tax mu doon tegtal Reagan, mi nekkoon itam njëkk ci juróom-ñaar, te moom la woon juróomeel bi bawoo ci juróom-ñaari bi. Kon nag Randolph dafa doon tegtal Washington (jëkk President bi), Lincoln (jëkk President bu Réewum-Republikaan yi), Reagan (jëkk President bi ci mujjeelu juróom-ñaari bi), ak juróomeel President bi gannaaw 1989, mi ci soxlawu wax ju yonent yi war a doon juróomeel bi, ki bawoo ci juróom-ñaari bi.</w:t>
      </w:r>
    </w:p>
    <w:p>
      <w:pPr>
        <w:pStyle w:val="ArticleBody"/>
        <w:jc w:val="left"/>
      </w:pPr>
      <w:r>
        <w:rPr>
          <w:rFonts w:ascii="Times New Roman" w:hAnsi="Times New Roman" w:eastAsia="Times New Roman" w:cs="Times New Roman"/>
        </w:rPr>
        <w:t>Washington itam dafa mel nekk ku ñu misaal ci John Hancock, mi nekkoon prezidaaŋ bi ci jaar-jaar bi 1789 di wone, te mi nekkoon, ni ko Randolph nekkee, ñetteelu juróom-ñaar bi, mi bokkoon ci juróom-ñaari ña. Randolph dafa woon misaal Washington; kon bu Hancock méngoo ak Randolph ci nekkam ñetteelu juróom-ñaar bi, mi bokkoon ci juróom-ñaari ña, Hancock mooy tektal prezidaaŋ bu ñetteelu juróom-ñaar bi gannaaw 1989, mi, ci soxla bu waxi yàlla yu yonnee, waroon a nekk ñetteelu juróom-ñaar bi, mi bokkoon ci juróom-ñaari ña.</w:t>
      </w:r>
    </w:p>
    <w:p>
      <w:pPr>
        <w:pStyle w:val="ArticleBody"/>
        <w:jc w:val="left"/>
      </w:pPr>
      <w:r>
        <w:rPr>
          <w:rFonts w:ascii="Times New Roman" w:hAnsi="Times New Roman" w:eastAsia="Times New Roman" w:cs="Times New Roman"/>
        </w:rPr>
        <w:t>Randolph, Hancock, Washington, Lincoln ak Reagan ñépp dañuy misaalal president bu mujj bi. Ñaar ci seede yooyu taxawal nañu ne president bu mujj bi dina bokk ci Républicains yi. Ñaar itam taxawal nañu ne president bu mujj bi dina juróom-ñetteel, maanaam mu bokk ci juróom-ñaari. Juróom-ñaar ci juróom-ñetti president yi di dund ci biir juróom-ñetti president yi gannaaw jamono ji mujj gi ci 1989, dañuy wone ne Trump rekk moo am xelinu politig gu koy may bokk ci xare ak kàttanu njiit bu bon bi.</w:t>
      </w:r>
    </w:p>
    <w:p>
      <w:pPr>
        <w:pStyle w:val="ArticleBody"/>
        <w:jc w:val="left"/>
      </w:pPr>
      <w:r>
        <w:rPr>
          <w:rFonts w:ascii="Times New Roman" w:hAnsi="Times New Roman" w:eastAsia="Times New Roman" w:cs="Times New Roman"/>
        </w:rPr>
        <w:t>Lincoln jot ci kanam ci James Buchanan, miy Demokaraat, kooku ay jaar-jaarekat yu dëgguy taariix di ko xam ni mooy njiitu-reew bi gëna ñàkk njariñ ci taariixu Amerik boobu bu njëkk, te nguumam gu ñàkk doole moo jur woon, ci lu ëpp, xareb bi ñuy wax US Civil War. Bala Lincoln di juróom benn waxtu ngir giñ, ay etaa yu bëj-gànnaar yi daan nañu tàmbalee bàyyi booloo gi, te benn weer rekk gannaaw bi Lincoln duggee ci liggéeyam, ñu taal xët yi njëkk. Buchanan moo yëngal woon yoonu yëngu-yëngu yi jur xare wu Lincoln war a taxawal.</w:t>
      </w:r>
    </w:p>
    <w:p>
      <w:pPr>
        <w:pStyle w:val="ArticleBody"/>
        <w:jc w:val="left"/>
      </w:pPr>
      <w:r>
        <w:rPr>
          <w:rFonts w:ascii="Times New Roman" w:hAnsi="Times New Roman" w:eastAsia="Times New Roman" w:cs="Times New Roman"/>
        </w:rPr>
        <w:t>Reagan amoonoon na ko ci njëkk bi ci moomeel yi gën a dul am njariñ ci jamono yu bees yi. Carter, mi doon Demokrat, rusloo Etazini ndax mënuloon jubbanti ci anam wu baax jafe-jafe ak Islam bu tar, bi nekk Irã.</w:t>
      </w:r>
    </w:p>
    <w:p>
      <w:pPr>
        <w:pStyle w:val="ArticleBody"/>
        <w:jc w:val="left"/>
      </w:pPr>
      <w:r>
        <w:rPr>
          <w:rFonts w:ascii="Times New Roman" w:hAnsi="Times New Roman" w:eastAsia="Times New Roman" w:cs="Times New Roman"/>
        </w:rPr>
        <w:t>Trump dafa jiituwoon na ko Obama, diiwaan bu Demooraat, mi nga xam ne moomu la tàmbalee ak coobare, xeetu aaduna, politig ak ekonomi yi, yu tegu woon ngir dugal séddale yi, te yooyu gën a yokku ba tey. Njiiteem bu amul njariñ dëppoo na ci li Buchanan ak Carter di firndeel; waaye ci jaar-jaar ba mu doon saytu, Mainstream Media ba tàmbalee woon a feeñu, di dox and ak Reich Ministry of Public Enlightenment and Propaganda bu Adolph Hitler. Xeexi Obama ci kaw istitiyoŋ yu sosial, politig, finansye ak diine yu États-Unis ñi, dañu leen nëbb, ci ñi tann a bañ a gis, te ay doole-jëf yu amul solo ci moom, mi juróon ngir aar Constitution bi, dañu ko suturaale ak teey. Obama toroxal na États-Unis ndax mënuloon a wax ak xel mu jub ci radical Islam, bi nekk ci Iran.</w:t>
      </w:r>
    </w:p>
    <w:p>
      <w:pPr>
        <w:pStyle w:val="ArticleBody"/>
        <w:jc w:val="left"/>
      </w:pPr>
      <w:r>
        <w:rPr>
          <w:rFonts w:ascii="Times New Roman" w:hAnsi="Times New Roman" w:eastAsia="Times New Roman" w:cs="Times New Roman"/>
        </w:rPr>
        <w:t>Bu Trumpaatu 2024, ni mujjéwaatam ci njiitu-rew yu juróom-ñett ñi gannaaw Reagan ci 1989, dinaat dellu nekk ki jiitewaat daraaji ndigal globalist bu ndaw-mbaaram-jiin dooleel, moom mi léegi sàngoo kaalaama ci turu njiitu-rew bi gëna amul njariñ ci jaar-jaari jamono, te mi bàyyi na ay yoon yu bari muy toroxal Mbootaay Amerik ci wutam ngir jëfe ci Islaam bu metti, bi nekk ci Iran, waaye yeneen yoon itam Mainstream Media bu jamono jii (ni ko melokaan ci Reich Ministry of Public Enlightenment and Propaganda) di liggéey ngir suul dëgg googu bu bir.</w:t>
      </w:r>
    </w:p>
    <w:p>
      <w:pPr>
        <w:pStyle w:val="ArticleBody"/>
        <w:jc w:val="left"/>
      </w:pPr>
      <w:r>
        <w:rPr>
          <w:rFonts w:ascii="Times New Roman" w:hAnsi="Times New Roman" w:eastAsia="Times New Roman" w:cs="Times New Roman"/>
        </w:rPr>
        <w:t>Ba Reagan jëlé woon kureel bi, jafe-jafe ju ñàkk àtte ak Islama bu bees bu yàqu, te nekk ci Iran, dañu ko bàyyiwoon mu desul ci saafaraam ngir prezidentu Parti Démocratique bi. Reagan jël na ci saa si yoon yu mu delloo jubluwaayu xëccoo gi nekk diggante Etazini ak Islama bu bees bu yàqu, ni Iran di ko teewal. Ba Trump jëlé woon kureel bi, jafe-jafe ju ñàkk àtte ak Islama bu bees bu yàqu, te dellu nekkaat ci Iran, duñu ko bàyyi rekk mu desul ci saafaraam, waaye sax dañu ko doon xaaliseel ndax prezidentu Parti Démocratique bi. Trump jël na ci saa si yoon yu mu delloo jubluwaayu xëccoo gi nekk diggante Etazini ak Islama bu bees bu yàqu, ni Iran di ko teewal. Prezidentu Parti Démocratique bii tey, dafa dindi lépp lu Trump àggaloon, te léegi àddina bépp mi ngi ñëw ci juróom-ñetteelu xareb àddina bi ndax njiitu Biden bu néew doole.</w:t>
      </w:r>
    </w:p>
    <w:p>
      <w:pPr>
        <w:pStyle w:val="ArticleBody"/>
        <w:jc w:val="left"/>
      </w:pPr>
      <w:r>
        <w:rPr>
          <w:rFonts w:ascii="Times New Roman" w:hAnsi="Times New Roman" w:eastAsia="Times New Roman" w:cs="Times New Roman"/>
        </w:rPr>
        <w:t>Loolu na matal du mat taxawal bi ak Islaam, mi ñu tegtal ci Carter ci ayul njariñam, ak Obama ci yëkkati Is laam, waaye itam ci liggéeyu Buchanan ci tàmbali xare, bi bëgg woon ngir President bu Réewmi ci Republican soppi ko ba mu jeex.</w:t>
      </w:r>
    </w:p>
    <w:p>
      <w:pPr>
        <w:pStyle w:val="ArticleBody"/>
        <w:jc w:val="left"/>
      </w:pPr>
      <w:r>
        <w:rPr>
          <w:rFonts w:ascii="Times New Roman" w:hAnsi="Times New Roman" w:eastAsia="Times New Roman" w:cs="Times New Roman"/>
        </w:rPr>
        <w:t>Ni ci njiitu Réewum-Republicain bu njëkk ga la, Trump ñu ko rey ci anam yu politig ak doxalin yi nguurug aduna ji jaamoo ak rab gu mag gu “globalistes” ci doori 2020 bi. Bi ñu ko jàppee ni dee na ci mbedd mi, “globalistes” yi bokk ci rabu suuf si ak “globalistes” yi bokk ci àddina bépp tàmbalee bëgg-bëggu mbégte, ni ko waxoon ci Kàddu yi ci Téereb Peeñu ga, xaaj 11.</w:t>
      </w:r>
    </w:p>
    <w:p>
      <w:pPr>
        <w:pStyle w:val="ArticleScripture"/>
        <w:jc w:val="left"/>
      </w:pPr>
      <w:r>
        <w:rPr>
          <w:rFonts w:ascii="Times New Roman" w:hAnsi="Times New Roman" w:eastAsia="Times New Roman" w:cs="Times New Roman"/>
        </w:rPr>
        <w:t>Te bu ñu noppee seedeel seen seede, rab wi di yéeg jógé ci xóot ba amul àpp dina xare ak ñoom, dina leen not, ba noppi rey leen. Te seen yaram yu dee dina nekk ci mbedd mi ci dëkk bu mag ba, bi ci xel diiñéef jiñ kooy wax Sodom ak Misra, fa sunu Boroom itam dafa faa daajale ca bant ba. Te ay nit ci xeet yi ak giiri yi ak làkk yi ak réew yi dinañu gis seen yaram yu dee diirub ñetti fan ak genn-wàll, te duñu may seen yaram yu dee ñu dugal ko ci bàmmeel yi. Te ñi dëkk ci kaw suuf dinañu bég ci ñoom, di bégloo, te dinañu yonnee mbëggelante; ndaxte ñaar ñii yonent yi daan nañu sonal ñi dëkk ci kaw suuf. Waaye ginnaaw ñetti fan ak genn-wàll, Xelum dund gu jóge ca Yàlla dugg ci ñoom, te ñu taxaw ci seen tànk; te ragal gu mag daldi wàcc ci ñi leen gis. Peeñu 11:7–11.</w:t>
      </w:r>
    </w:p>
    <w:p>
      <w:pPr>
        <w:pStyle w:val="ArticleBody"/>
        <w:jc w:val="left"/>
      </w:pPr>
      <w:r>
        <w:rPr>
          <w:rFonts w:ascii="Times New Roman" w:hAnsi="Times New Roman" w:eastAsia="Times New Roman" w:cs="Times New Roman"/>
        </w:rPr>
        <w:t>Léegi, jotna ci atum 2024, fa Trump taxaw ci ay tànkam, te àddina jiir bi doon bég ak def mbégte li dale ci 6i Samwiyee 2021, léegi dafa dëjook ak “tiit bu réy.” Mainstream Media (MSM) bi, nekk na ci tiit ak jaaxle. Seen bopp seeni waxin yu ñuy jëfandikoo tàmbali nañoo wone seen njàqare ne, ni ko waxé woy wu mag wu rock and roll woowu, “mag ja bu sonn bi ñu fal niki buur,” amul kàttan gu ko man a tax mu des jege yooni Trump ngir seen masiini wote yi man a jébbale Biden ba mu weesu ndam. Mainstream Media bi léegi nekkee na masin bu propagandaa noonu mel ni ko Reich Ministry of Public Enlightenment and Propaganda woon ci jamonoy Hitler.</w:t>
      </w:r>
    </w:p>
    <w:p>
      <w:pPr>
        <w:pStyle w:val="ArticleBody"/>
        <w:jc w:val="left"/>
      </w:pPr>
      <w:r>
        <w:rPr>
          <w:rFonts w:ascii="Times New Roman" w:hAnsi="Times New Roman" w:eastAsia="Times New Roman" w:cs="Times New Roman"/>
        </w:rPr>
        <w:t>Lii dëgg bii, ñu wone na ko yoon yu bari, ba mu weesu bépp mën-mënu waxtu-xayma buy may ndax mu man a doon leneen. Saa su ñu dugalée ci biir askan wi ab xalaat-wax bu bees buy jëme ci aji-dencukaay gu àdduna bi, ñu bind te seedeel na ko yoon yu bari ne, yoon yi wuute wuute yu jokkoo yi masiina propaganda bu nago bi yor, di génne benn pexeet bu méngoo baat ak baat, bi ñuy melokaan xew-xew boobu walla mbir moomu.</w:t>
      </w:r>
    </w:p>
    <w:p>
      <w:pPr>
        <w:pStyle w:val="ArticleBody"/>
        <w:jc w:val="left"/>
      </w:pPr>
      <w:r>
        <w:rPr>
          <w:rFonts w:ascii="Times New Roman" w:hAnsi="Times New Roman" w:eastAsia="Times New Roman" w:cs="Times New Roman"/>
        </w:rPr>
        <w:t>Bu kenn ci yéen xam tàggat xale yu mag ya ñuy wax “telephone,” walla yeneen yoon “Chinese whispers,” xam ngeen ne bu nit ñi toogee ci mbooloo bu wër, te noonu la po bi doxee, nit ku jëkk dafa déey ci noppu ki ci topp, gannaaw loolu ñu di jëfandikoo déey boobu, di ko jottali wër mbooloo ma, déey bu njëkk ba di dox wër mbooloo ma, ci lu mat sëkk, dafa soppiku nekk lu wuute ak li déey boobu bu njëkk doon tekki. Waaye Mainstream Media bi dafa bëgg ay toppkatam gëm ne bépp jurnaalist ci réew mi ak ci àddina si wër mépp, ci anam gu neexul xel, dafa tànn benn baat ak benn ay waxin ngir leeral taxawaayu dragóŋ bi ci wàllu benn mbir walla benn xew-xew. Téeméer yu bari yu ñuy wax ne ay jurnaalist xool nañu benn xew-xew bi, te agsiwulñu rekk ci benn àtte, waaye sax dañu tànn benn baat ak benn ay waxin yu yem ngir melokaani xew-xew bi.</w:t>
      </w:r>
    </w:p>
    <w:p>
      <w:pPr>
        <w:pStyle w:val="ArticleBody"/>
        <w:jc w:val="left"/>
      </w:pPr>
      <w:r>
        <w:rPr>
          <w:rFonts w:ascii="Times New Roman" w:hAnsi="Times New Roman" w:eastAsia="Times New Roman" w:cs="Times New Roman"/>
        </w:rPr>
        <w:t>Li ñuy wax ci jamono jii du ndaje ngir xare ak masiinu propagandaa buy doxal mundialist yi; dafa nek rekk jëfandikoo ngir ràññee benn melokaan bu yonent ci xareb ruu bi miy xew léegi ci suuf. Ci jamonoy Almasi bi, Yawut yi ci mujje gi tànn nañu Caesar ci kanam ñépp muy seen buur, ba noppi bañ seen Almasi. Ci waxtu wu jaxasoo woowu, saraxalekat bu mag ba indi woon benn layukaay ngir rey Almasi bi, te loolu jinne la woon, te sampoon na ci xalaat yu amul yoonu jub; waaye, ci benn wàll, dëgg la woon itam.</w:t>
      </w:r>
    </w:p>
    <w:p>
      <w:pPr>
        <w:pStyle w:val="ArticleScripture"/>
        <w:jc w:val="left"/>
      </w:pPr>
      <w:r>
        <w:rPr>
          <w:rFonts w:ascii="Times New Roman" w:hAnsi="Times New Roman" w:eastAsia="Times New Roman" w:cs="Times New Roman"/>
        </w:rPr>
        <w:t>Te benn ci ñoom, mi tuddoon Kayif, te doonoon saraxalekat bu mag ba at moomu, ne leen: Yéen xamuleen dara mukk, te xalaatuleen ne li nu gën a jariñ mooy benn nit dee ngir askan wi, ngir bañ a tax ba réew mi mépp sank. Loolu nag, waxu ko woon ci boppam; waaye ndaxte mooyoon saraxalekat bu mag ba at booba, mu yëgle woon ne Yeesu dina dee ngir askan woowa; te du ngir askan woowa rekk, waaye it ngir dajale ci benn doom yu Yàlla yi, yi tasaaroo woon fu ne. John 11:49–52.</w:t>
      </w:r>
    </w:p>
    <w:p>
      <w:pPr>
        <w:pStyle w:val="ArticleBody"/>
        <w:jc w:val="left"/>
      </w:pPr>
      <w:r>
        <w:rPr>
          <w:rFonts w:ascii="Times New Roman" w:hAnsi="Times New Roman" w:eastAsia="Times New Roman" w:cs="Times New Roman"/>
        </w:rPr>
        <w:t>Kayifas dafa sosu xalaat ngir song Almasi bi, te ci loolu mooy dafa yégle woon itam ab waxu xew-xew bu dëggu. Moom gëmu woon ne Almasi bi war na nekk saraxu nit ñépp; li mu bëgg rekk mooy rey Ko. Lëf gu nitu njaay mi léegi dafa di amal lu ni mel ak loolu ci mbirum Trump. Ñu ngi jéema dugal ragal ci askan wi ne, suñu delloo Trump ci njiit, dina doon kilifa gu noonu ni Adolph Hitler. Demokrati yi ñooy kurél gi far ak jaamkat, te ñoo yor melokaan yu mbooloom Nazi yi, boole ci mbooloom propaganda bu àdduna bi yépp, du rekk bu Allemagne; waaye ñu ngi wax ne, suñu fal Trump, demokaraasi dina tas, te Trump dina doon ab diktatër bu mel ni Adolph Hitler.</w:t>
      </w:r>
    </w:p>
    <w:p>
      <w:pPr>
        <w:pStyle w:val="ArticleBody"/>
        <w:jc w:val="left"/>
      </w:pPr>
      <w:r>
        <w:rPr>
          <w:rFonts w:ascii="Times New Roman" w:hAnsi="Times New Roman" w:eastAsia="Times New Roman" w:cs="Times New Roman"/>
        </w:rPr>
        <w:t>Loolu la kàddu Yàlla di fésal bu leer ci mbirum mujjug njiitu réew mi Amerik, doonte sañ-sañu xibaar yu mag yi, ni Kayif bu jaan ji yimbal, xamuñu ne seeni wax yuñuy yëngale ay kàdduy yonent lañu te dinañu am dëgg-dëgg.</w:t>
      </w:r>
    </w:p>
    <w:p>
      <w:pPr>
        <w:pStyle w:val="ArticleScripture"/>
        <w:jc w:val="left"/>
      </w:pPr>
      <w:r>
        <w:rPr>
          <w:rFonts w:ascii="Times New Roman" w:hAnsi="Times New Roman" w:eastAsia="Times New Roman" w:cs="Times New Roman"/>
        </w:rPr>
        <w:t>“Sunu réew nekk na ci njàqare. Jamono ji jagleel na ba ñi koy yoonal ay yoon di bayyi noonu dogaliyoŋ yu Protestantis bi ba jox ndimbal ngëm-gàtt gu Room. Askan wi Yàlla defal na ko ay jaloore yu doy waar, di leen dëgëral ba ñu sànni ndeyjoor wu metti wu poperi, dinañu, jaarale ko ci jëf ju réew mi, dugal doole ci ngëm gu Room gu yàqu, te noonu yéglee nitu tiiranyi bi xaar rek laal gu ndaw ngir tàmbaliwaat ci ñaawteef ak despotism. Ak tànk yu gaaw lanu ba noppi di jegeel jamono jooju.” The Spirit of Prophecy, volume 4, 410.</w:t>
      </w:r>
    </w:p>
    <w:p>
      <w:pPr>
        <w:pStyle w:val="ArticleBody"/>
        <w:jc w:val="left"/>
      </w:pPr>
      <w:r>
        <w:rPr>
          <w:rFonts w:ascii="Times New Roman" w:hAnsi="Times New Roman" w:eastAsia="Times New Roman" w:cs="Times New Roman"/>
        </w:rPr>
        <w:t>Xam naa ne, bu may ma ngi jëfandikoo tur yi ngir xammele mboolem ay kër gu yàquyiku ci biir Democratic Party bi ci États-Unis, ak ñi di Republicans ci seen waxin waaye di dëgg-dëgg globalistes, ak itam globalistes yu progresis yu àddina bi, ab jàngkat man naa tënk ne am naa benn xeetu yëggo politig ak Republican Party bi, walla ak Donald Trump. Loolu sori lool ci dëggug mbir mi: njiitu réew bu mujj bi dina nekk ab diktatër, ni Mainstream Media di ko yégle, doonte xamunuñu dara ci li ñuy wax ne ñuy yégle, ni ko Kaiyifas itam xamoonul woon. Nun nag, mi ngi nu doon rekk xammele doxalin yu wax ja ci yoonu kàddug Yàlla, yi jëkk ci “the complex interplay of human events,” te Ezekiel moo leen melal woon ci ay roue yu nekk ci biir yeneen roue.</w:t>
      </w:r>
    </w:p>
    <w:p>
      <w:pPr>
        <w:pStyle w:val="ArticleBody"/>
        <w:jc w:val="left"/>
      </w:pPr>
      <w:r>
        <w:rPr>
          <w:rFonts w:ascii="Times New Roman" w:hAnsi="Times New Roman" w:eastAsia="Times New Roman" w:cs="Times New Roman"/>
        </w:rPr>
        <w:t>Dinanu saxalebii ci topp ci bind bi ci topp.</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Danyeel — Téeméer ak Ñent-fukk ak Juróom-Ñent ci lim bi</dc:title>
  <dc:subject>Mbooleem yóbbantegu Yonent ci Daniel 11:40 ak dëgg-dëggu politig yi jamono jii: Firi kumpag bu President bi mujj bi</dc:subject>
  <dc:creator>Jeff Pippenger</dc:creator>
  <cp:keywords/>
  <dc:description>Generated by ArticleDigger from daniel\139_daniel.json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