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Juroom-Ñaari-Fukki ak Ñett-cënt ak Ñaar-Fukk ak Ñett gi</w:t>
      </w:r>
    </w:p>
    <w:p>
      <w:pPr>
        <w:pStyle w:val="ArticleSubtitle"/>
        <w:jc w:val="left"/>
      </w:pPr>
      <w:r>
        <w:rPr>
          <w:rFonts w:ascii="Arial" w:hAnsi="Arial" w:eastAsia="Arial" w:cs="Arial"/>
        </w:rPr>
        <w:t>Ubbi xeltu yonent yi: Njiitu réew mu mujj mi ak Nataalu Rab wu Bon wu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Njiitu njëkk ci kàddu waxu Bibil bi moo nekkoon Babilon, te ci seede gu wax ci Babilon, buur yu njëkk ak yu mujj ya dañu leen jëfandikoo ci lu mat te xam ne ci kaw yoon ngir nekk ay màndarga yu wax ci lu ëpp. Ci ñaareelu nguur gu Med ak Pers, ñaari buur yu njëkk ya, kenn ci ñoom di buur bi joxe woon njëkk ci ñetti ndigal yi mayeoon Israeel gu yàgg ga dellusi Yerusalem, ak ñaari buur yi ko topp te joxe ñaareel ak ñetteel ndigal yi, dañu leen tudde woon bu leer. Noonu itam, buur bu mag ba ñu màndargalee ak Alekander bu Mag bi, ak jeneral ak buur yi ko topp ci jaar-jaaru ñetteelu nguur gu Geres, dañu leen tudde woon ci kàddug wax ci lu ëpp bi. Ñeenteelu nguur gu Room gu sax ci jaamono ju dul woon Kiristaan, dafay wax bu leer ci kilifa yi ak emperëer yi ci nguur googu.</w:t>
      </w:r>
    </w:p>
    <w:p>
      <w:pPr>
        <w:pStyle w:val="ArticleBody"/>
        <w:jc w:val="left"/>
      </w:pPr>
      <w:r>
        <w:rPr>
          <w:rFonts w:ascii="Times New Roman" w:hAnsi="Times New Roman" w:eastAsia="Times New Roman" w:cs="Times New Roman"/>
        </w:rPr>
        <w:t>Buur kër Israayil yépp, ci benn genn ak ci beneen genn bu bët set, ñu xamewoon leen, te ñoom ñépp ay misaal lañu nekk ci Kàddug Yàlla gu yëgle, ni noonu itam buur Assiri ak Firawona yi Misra. Xalaat bi ne Kàddug Yàlla gu yëgle dina wax dëgg-dëgg ci njiiti Réewi États-Unis d’Amérique, man naa mel ni lu yàgg a sore ci ñi am bët waaye mënuñu gis, ak noppi waaye mënuñu dégg ba xam. Waaye ci dëgg, gën a yéeme xalaat ne Yàlla du wax ci njiiti rab wu suuf wi ci Peeñug Yowaana fukk ak ñett, ndax moom moo di njubte ju mag ji ci yeneeni yëgle yi jëm ci mujjug fan yi.</w:t>
      </w:r>
    </w:p>
    <w:p>
      <w:pPr>
        <w:pStyle w:val="ArticleBody"/>
        <w:jc w:val="left"/>
      </w:pPr>
      <w:r>
        <w:rPr>
          <w:rFonts w:ascii="Times New Roman" w:hAnsi="Times New Roman" w:eastAsia="Times New Roman" w:cs="Times New Roman"/>
        </w:rPr>
        <w:t>Njiitu Mbooloom Amerig bu mujj bi, ci lu jëm ci soxlay waxu yonent, war nañu ko melale ak njiitu réew ma jëkk. Naka noonu itam, ndaxte mooy njiitu Réew-publicain bu mujj bi, ci lu jëm ci soxlay waxu yonent, war nañu ko melale ak njiitu Réew-publicain bu jëkk bi. Te itam, ndaxte mooy njiit bi ci taariixu yëngu-yëngu yeesal bu mujj bi, dañu ko itam melale ak njiitu réew mi jëkk ci jamono jooju bu waxu yonent. Naka njiit bi di jiite jamono xareb àddina bu mujj bi te mooy ñetteelu bi, war na itam a melale ak njiit yi doon nguuru jamono xareb àddina bu jëkk bi ak bu ñaareel bi.</w:t>
      </w:r>
    </w:p>
    <w:p>
      <w:pPr>
        <w:pStyle w:val="ArticleBody"/>
        <w:jc w:val="left"/>
      </w:pPr>
      <w:r>
        <w:rPr>
          <w:rFonts w:ascii="Times New Roman" w:hAnsi="Times New Roman" w:eastAsia="Times New Roman" w:cs="Times New Roman"/>
        </w:rPr>
        <w:t>Ñetti xarey àddina yi ñépp am ci jaar-jaaru Amerig dañuy tegtal jëfandikookat bu ñett yoon ci waxu Yàlla gu yëgle. Ñetteelu xareb àddina bi, bi Joe Biden di léegi yóbbu suuf si ci biir, am na ay misaal yu ko jiitu ci Xareb Àddina bu njëkk ak Xareb Àddina bu ñaareel. Ci waxtu woowu sax, Biden mi ngi itam yóbbu Etazini dugg ci ñaareelu xareb biir réew. Ci weer yi di ñëw, doxalini waxu Yàlla gu yëgle yi jëme ci ñaareelu xareb biir réew ak ñetteelu xareb àddina bi dinañu yokkute rekk, ni jigéen ju nekk ci metitu jur.</w:t>
      </w:r>
    </w:p>
    <w:p>
      <w:pPr>
        <w:pStyle w:val="ArticleBody"/>
        <w:jc w:val="left"/>
      </w:pPr>
      <w:r>
        <w:rPr>
          <w:rFonts w:ascii="Times New Roman" w:hAnsi="Times New Roman" w:eastAsia="Times New Roman" w:cs="Times New Roman"/>
        </w:rPr>
        <w:t>Kàddu gu siiw gi aju ci yokkute jafe-jafe yi ci Jamono Àddinaal Ñaareel bi, bu Martin Niemoller, teolog bu Almàañ ak sërin buy topp ndigalu Luter, mooy lii: «Njëkk ñu ñëw ci sosyalist yi, te waxuma dara—ndaxte dama nekkoonul sosyalist. Gannaaw ga ñu ñëw ci ñi bokk ci sendikaa yi, te waxuma dara—ndaxte dama nekkoonul ku bokk ci sendikaa. Gannaaw ga ñu ñëw ci Yawut yi, te waxuma dara—ndaxte dama nekkoonul Yawut. Ba noppi ñu ñëw ci man—te kenn desatu woon ku wax sama wàll.» Bi jamono di wéy di dox, dinañu xool gannaaw ci taarix bii nu nekk tey te xam ne jëf yi ñuy def léegi, ci dëgg, dañoo doon tàmbali yoon yi jëkk ci xeex yu mujj yi ci taarix bu profesi.</w:t>
      </w:r>
    </w:p>
    <w:p>
      <w:pPr>
        <w:pStyle w:val="ArticleBody"/>
        <w:jc w:val="left"/>
      </w:pPr>
      <w:r>
        <w:rPr>
          <w:rFonts w:ascii="Times New Roman" w:hAnsi="Times New Roman" w:eastAsia="Times New Roman" w:cs="Times New Roman"/>
        </w:rPr>
        <w:t>Ci jamono yu yonent yi mel nekk ci diggante 1776 ak 1798, bi Déclaration of Independence, Constitution ak Alien and Sedition Acts doon ay màndarga yi, mooy teyit melal jaar-jaar gi tambali ci 11 septembre 2001 ba keroog Etats-Unis waxee ni njaay. 11 septembre 2001 dafa doon ab bés bu jëfandikoo ngir soppi yoon, te Déclaration of Independence dafa dëppook bés boobu. Déclaration of Independence mooy itam màndarga Xareb Révolutionnaire bi, te mu wone ne Patriot Act bu 2001 dafay tambali benn delluwaay bu xel ci xare boobu. Kàddug “révolution” mooy def benn wër gu mat sëkk.</w:t>
      </w:r>
    </w:p>
    <w:p>
      <w:pPr>
        <w:pStyle w:val="ArticleBody"/>
        <w:jc w:val="left"/>
      </w:pPr>
      <w:r>
        <w:rPr>
          <w:rFonts w:ascii="Times New Roman" w:hAnsi="Times New Roman" w:eastAsia="Times New Roman" w:cs="Times New Roman"/>
        </w:rPr>
        <w:t>Ci diggante 1776 ba 1798, xareb Révolution bi bañ na doole buur bu Angale, ak itam na bañ buur yépp ci anam gu mat. Constitution bi teg na dogal yu terewul rekk doole buur, waaye noonu sax, ci lu xóot te wóor, doole papaañ bi. Ci 1798, cercle bi (révolution bi) mat na, ak yoon yi ñu sàkk ngir jox président benn ndigël ak mbooloom doole yu mel ni yu buur.</w:t>
      </w:r>
    </w:p>
    <w:p>
      <w:pPr>
        <w:pStyle w:val="ArticleBody"/>
        <w:jc w:val="left"/>
      </w:pPr>
      <w:r>
        <w:rPr>
          <w:rFonts w:ascii="Times New Roman" w:hAnsi="Times New Roman" w:eastAsia="Times New Roman" w:cs="Times New Roman"/>
        </w:rPr>
        <w:t>Sartu Patriot Act bi diirub yépp ci benn réewum wax (ab wërsëg) buy yegg ba ci rab bu suuf bi di wax ni ayibu njaxlaf, fa itam dooley pap bu ñuul bi dellu. Wërsëg bu njëkk bi, dale ci 1776 ba 1798, di ràññee ab diirub yëgle gu wax ci benn réewum soppi buy indil delluwaat dooley buur, te réewum soppi boobu mu melal itam di ràññee beneen réewum soppi buy indil delluwaat dooley pap bi. Ñaareelu xareb Révolution bi mi ngi dox dale ci 11 septembre 2001. Lu taxat duñu ko tudde Patriot Act?</w:t>
      </w:r>
    </w:p>
    <w:p>
      <w:pPr>
        <w:pStyle w:val="ArticleBody"/>
        <w:jc w:val="left"/>
      </w:pPr>
      <w:r>
        <w:rPr>
          <w:rFonts w:ascii="Times New Roman" w:hAnsi="Times New Roman" w:eastAsia="Times New Roman" w:cs="Times New Roman"/>
        </w:rPr>
        <w:t>Balaa nu jëfandikoo xare yi am ci jaar-jaaru bindu buur bu mujj bi, dinañu kontine ci jëfandikoo melokaan yu yëg-yëgu bés gi ci nataalu rab wi. Am na solo lool ngir xam xaalis bi am ci sosub nataalu rab wi, ci jamono buur bu mujj bi. Buur boobu war na nekk buur Républicain buy xeex ak doole yi bokk ak kàttanu njaay mi. War na nekk ki mujj, te kon ki juróom-ñettelu ci ab diirub juróom-ñett yu nekk ay buur. Ci ñaari jamono yu njëkk yi ci Etazini, ñaari Continental Congress yi, ñaari jamono yooyu ñépp juróom-ñett ay buur a leen tegtaloon, te ñépp ñaaroo woon ci sàkk benn ci juróom-ñett ya ni mu bokk ci juróom-ñaari. Noonu nag, ci kaw ñaari seede yu njëkk yi, buur bu mujj bi war na nekk buur bi juróom-ñettelu, maanaam, mi bokk ci juróom-ñaari bi.</w:t>
      </w:r>
    </w:p>
    <w:p>
      <w:pPr>
        <w:pStyle w:val="ArticleBody"/>
        <w:jc w:val="left"/>
      </w:pPr>
      <w:r>
        <w:rPr>
          <w:rFonts w:ascii="Times New Roman" w:hAnsi="Times New Roman" w:eastAsia="Times New Roman" w:cs="Times New Roman"/>
        </w:rPr>
        <w:t>Donald Trump rekk a ngi mataleele yii mboolem ci waxu yonent yi. Ngir xam bu mat liir gi ci waxu yonent yi bi Donald Trump di bëgg a donn, war nañu xam ne ci waxu yonent yi, ñaari xareb àdduna yu njëkk yi dañuy teewal seen bopp ci Ñetteelu Xareb Àdduna bi, te it yitte ak melokaani waxu yonent yi yu xare yooyu di wax itam ci mbir mi Trump di bëgg a donn. Waaye loolu deesul tekki ne léegi nu ngi jëfandikoo aplicación bu ñett-ñett bi ci ñetteelu xareb àdduna yi.</w:t>
      </w:r>
    </w:p>
    <w:p>
      <w:pPr>
        <w:pStyle w:val="ArticleBody"/>
        <w:jc w:val="left"/>
      </w:pPr>
      <w:r>
        <w:rPr>
          <w:rFonts w:ascii="Times New Roman" w:hAnsi="Times New Roman" w:eastAsia="Times New Roman" w:cs="Times New Roman"/>
        </w:rPr>
        <w:t>Xare yu gëna law ci kaw yi Islaam indi, ak jafe-jafe yu ñuul yu ci topp, mooy yoonu bi Islaamu ñetteelu musiba di matale role bu yonent bu dëgëralul ci sos nataru rab wi ci Estados Unidos. “Mbam mi”, miy yonent bu dëgëralul bu Islaam, yóbbu yonent bu dëgëralul bu Estados Unidos bi ba “Yerusalem”, ni mbam mi yóbboon Kirist ba Yerusalem. Ci yoon woowu, dekkandoo gu yonent gu sos matug wax yu waxoon lu jiitu, mooy ñu ngi sos. Ci 1798, Alien and Sedition Acts ñu “wax” leen ca njëlbéenu jaar-jaaru rabu suuf si, miy tàmbalee ni xar, waaye mu mujjee wax ni nago. Am na woon ñeenti yoon yu Alien and Sedition Acts di teewal.</w:t>
      </w:r>
    </w:p>
    <w:p>
      <w:pPr>
        <w:pStyle w:val="ArticleBody"/>
        <w:jc w:val="left"/>
      </w:pPr>
      <w:r>
        <w:rPr>
          <w:rFonts w:ascii="Times New Roman" w:hAnsi="Times New Roman" w:eastAsia="Times New Roman" w:cs="Times New Roman"/>
        </w:rPr>
        <w:t>Yoonu Naturalisasiyoŋ bi: Yoon wi yaatal na kër giñ a sax ngir jot sitwayenete Amerig.</w:t>
      </w:r>
    </w:p>
    <w:p>
      <w:pPr>
        <w:pStyle w:val="ArticleBody"/>
        <w:jc w:val="left"/>
      </w:pPr>
      <w:r>
        <w:rPr>
          <w:rFonts w:ascii="Times New Roman" w:hAnsi="Times New Roman" w:eastAsia="Times New Roman" w:cs="Times New Roman"/>
        </w:rPr>
        <w:t>Yoonu Xarale yi: Sàrt bii maye na njiitu réew mi sañ-sañu dàqe ñi dul askan wi ñu jàpp ne dañuy “wut jàmm ak kaaraange Réew yu Bennoo yi Amerig” ci waxtu jàmm. Mu maye woon nguur gi ne mu jàpp te dàqe nit ñi dëkk ci bitim-réew te duñu askan, ci lu amul yoon wu mat ngir saytu seen yoon.</w:t>
      </w:r>
    </w:p>
    <w:p>
      <w:pPr>
        <w:pStyle w:val="ArticleBody"/>
        <w:jc w:val="left"/>
      </w:pPr>
      <w:r>
        <w:rPr>
          <w:rFonts w:ascii="Times New Roman" w:hAnsi="Times New Roman" w:eastAsia="Times New Roman" w:cs="Times New Roman"/>
        </w:rPr>
        <w:t>Yoonu Noon yi ci Ay Xeeti Bitti Réew yu Noon: yoonu yii may na njiit réew mi sañ-sañu téj te génne ci réew góor gu nekk ci askanu réew gu noon, bu jamono xareee.</w:t>
      </w:r>
    </w:p>
    <w:p>
      <w:pPr>
        <w:pStyle w:val="ArticleBody"/>
        <w:jc w:val="left"/>
      </w:pPr>
      <w:r>
        <w:rPr>
          <w:rFonts w:ascii="Times New Roman" w:hAnsi="Times New Roman" w:eastAsia="Times New Roman" w:cs="Times New Roman"/>
        </w:rPr>
        <w:t>Yoonu Sedition Act: mooy li gën a jafe-jafe ci ñaari ñenti yooyu, Sedition Act bi defoon na ne dafa bokk ci tooñ ñu bind walla ñu siiwal mbind mu dul dëgg, muy waññi tur, walla muy yëq governmentu États-Unis walla ay ndawam. Ci dëgg-dëgg, mu soppi woon diirub a tooñ ngir di ñaawlu walla di xalaat ak kàttan ci kaw gouvernement bi.</w:t>
      </w:r>
    </w:p>
    <w:p>
      <w:pPr>
        <w:pStyle w:val="ArticleBody"/>
        <w:jc w:val="left"/>
      </w:pPr>
      <w:r>
        <w:rPr>
          <w:rFonts w:ascii="Times New Roman" w:hAnsi="Times New Roman" w:eastAsia="Times New Roman" w:cs="Times New Roman"/>
        </w:rPr>
        <w:t>Kampaañu Donald Trump dafay sukkandiku lool ci digëem buy mottali “tabax miir bi,” mi mu tàmbalee woon ci waxtoom wu jiitu muy njiitu réew. Wax na ne gaaw-gàddu gi gën a màgg ci taarixu nit ñi dina am buñu ko tànne ci atum 2024. Trump am na benn melokaanu bopp bu wuute ak bépp politigien bu nekk ci mbirum politig Amerig. Moom dafay sàmm digëyi kampaañam, walla lu néewnéew muy jéem a sàmm leen. Alien and Sedition Acts mooy yoon yu méngoo bu baax ak digëem ci mbirum dàq nit ñi réew.</w:t>
      </w:r>
    </w:p>
    <w:p>
      <w:pPr>
        <w:pStyle w:val="ArticleBody"/>
        <w:jc w:val="left"/>
      </w:pPr>
      <w:r>
        <w:rPr>
          <w:rFonts w:ascii="Times New Roman" w:hAnsi="Times New Roman" w:eastAsia="Times New Roman" w:cs="Times New Roman"/>
        </w:rPr>
        <w:t>Benn ci ñaawte yi gën a mag yi Trump boole woon ak doxalin politig bu dëgër te sampu ci DC, bi mu tuddee “swamp,” ak mbooleem politig yi yàqu te ñàkk jikko, yi ñu jàpp ci lu bon, bürokrat yu profesioneel, agans yi ñuy waxe ak araf, ak boroom alal yu bare, mooy “xibaar yu dul dëgg” yi feeñ tey ci melokaanu jamono jii ci li doon woon ministère bu Hitler di Reich Ministry of Public Enlightenment and Propaganda, te léegi ñuy ko woowe MSM, Mainstream Media. Alien and Sedition Acts dafa tekki yoon yu méngoo bu baax ak bañam “xibaar yu dul dëgg.” Yeesu dafa faral di misaal njeexitu benn mbir ak tambaliitu mbir ma.</w:t>
      </w:r>
    </w:p>
    <w:p>
      <w:pPr>
        <w:pStyle w:val="ArticleBody"/>
        <w:jc w:val="left"/>
      </w:pPr>
      <w:r>
        <w:rPr>
          <w:rFonts w:ascii="Times New Roman" w:hAnsi="Times New Roman" w:eastAsia="Times New Roman" w:cs="Times New Roman"/>
        </w:rPr>
        <w:t>Njiitu Réew mi jëkk ci parti Républicain dañu ko gaaw a jëmale ci ab xare bu réew mi ci biir, bi Buchanan, moom démbitam ci parti Démocrate te jiituwoon Lincoln, sosoon. Ci defu loolu, Lincoln taxawalul sañ-sañu habeas corpus bi. Habeas corpus mooy ab doxalin gu yoon wu taxaw ci wottu sañ-sañu nit ku nekk ngir man a jébbal ci àttekat bu ñu ko téye wala tëj kaso. Mooy benn ci sañ-sañ yi gën a am solo ci yoon, buy wóor ne kenn mënu koo téye ci wottu ndax lu ànd ak yoon la ko waral. Bu ñu jébbalee ab kayitu habeas corpus ngir nit ku ñu téye, loolu dafay laaj ngir nguur gi indi ci kanamu àttekat lay firndeel li tax ñu ko téye.</w:t>
      </w:r>
    </w:p>
    <w:p>
      <w:pPr>
        <w:pStyle w:val="ArticleBody"/>
        <w:jc w:val="left"/>
      </w:pPr>
      <w:r>
        <w:rPr>
          <w:rFonts w:ascii="Times New Roman" w:hAnsi="Times New Roman" w:eastAsia="Times New Roman" w:cs="Times New Roman"/>
        </w:rPr>
        <w:t>Bi ñu nekkee ca biir xareb bëre-bëre Amerik, Lincoln dafa taxawalul yoon wu ñuy wax habeas corpus ci yenn barab yu États-Unis yi nekk, ngir matale ko ni mébetu jamono xare. Mu njëkk a taxawalul habeas corpus ci Maryland ci weeru Awril 1861, te gannaaw loolu mu yaatal ko ba ci yenn xëtu digg-gànnaaru réew mi. Jëf jooju nag, dafa amoon ngir saxal dal ak tegg ay pexe ngir dëgërloo yéene yi di weddi ci barab yi gaawoon a am ngëm gu réy ci tas réew mi walla ci ànd ak Confédération bi (Democrats), te it ngir tere bàyyi lu man a yàq walla xeex mbirum xareb Union bi.</w:t>
      </w:r>
    </w:p>
    <w:p>
      <w:pPr>
        <w:pStyle w:val="ArticleBody"/>
        <w:jc w:val="left"/>
      </w:pPr>
      <w:r>
        <w:rPr>
          <w:rFonts w:ascii="Times New Roman" w:hAnsi="Times New Roman" w:eastAsia="Times New Roman" w:cs="Times New Roman"/>
        </w:rPr>
        <w:t>Ndogalugga Lincoln ci habeas corpus dafa nekkoon lu gëna am xuloo te yéeg ci laaj yu am solo ci wàllu distituusiyoŋ, ndaxte dafa doon taxawlu bu ab diir bu gàtt ci benn sañ-sañu askan wi ëpp solo, mi Distituusiyoŋu États-Unis di wóorlu. Distituusiyoŋ bi may nañu ci taxawlu mbindu habeas corpus “bu fekkee ne am na yëngu-yëngu walla song ci réew mi te kaaraangeg mbooloo mi koy laaj” (Article I, Section 9).</w:t>
      </w:r>
    </w:p>
    <w:p>
      <w:pPr>
        <w:pStyle w:val="ArticleBody"/>
        <w:jc w:val="left"/>
      </w:pPr>
      <w:r>
        <w:rPr>
          <w:rFonts w:ascii="Times New Roman" w:hAnsi="Times New Roman" w:eastAsia="Times New Roman" w:cs="Times New Roman"/>
        </w:rPr>
        <w:t>Lincoln aaroon na ay jëfandikookam ni lu war a am ngir samm bennug Mbooloom Réew yi ak kaaraange réew mi ci jamono ju ñu nekkoon ci xare. Kongare bi jox na Ndigëlug Taxawal Habeas Corpus bi ci atum 1863, te mu tëral ci gannaaw loolu ne Lincoln man na taxawal habeas corpus, te mu tëral itam yeneen yoon ak yoonal yi war a doxal ci téye gu soldaar yi. Habeas corpus dellusiwoon na ndànk-ndànk ci ay at yi topp Gëstu Sibil bi, ba bi xare ba di jeex, te réew mi dellu ci xaalisug jàmm.</w:t>
      </w:r>
    </w:p>
    <w:p>
      <w:pPr>
        <w:pStyle w:val="ArticleBody"/>
        <w:jc w:val="left"/>
      </w:pPr>
      <w:r>
        <w:rPr>
          <w:rFonts w:ascii="Times New Roman" w:hAnsi="Times New Roman" w:eastAsia="Times New Roman" w:cs="Times New Roman"/>
        </w:rPr>
        <w:t>Ci atum 1871, President Ulysses S. Grant (mi bokk ci Réewum Republikɛŋ yi) taxawaloon na itam jàppandi yoonu habeas corpus ci juróom-ñenttéel gox yu nekk ci South Carolina, bi Ku Klux Klan (Demokrat yi) doon nguuru ragal ci jamonoy Reconstruction. Taxawaay boobu jublu woon na ci xeex fitna ak aar yelleef yu askan wi ñu teggoon ci moomeel, di Afrikaan-Amerikaan yi ñu goreel bees.</w:t>
      </w:r>
    </w:p>
    <w:p>
      <w:pPr>
        <w:pStyle w:val="ArticleBody"/>
        <w:jc w:val="left"/>
      </w:pPr>
      <w:r>
        <w:rPr>
          <w:rFonts w:ascii="Times New Roman" w:hAnsi="Times New Roman" w:eastAsia="Times New Roman" w:cs="Times New Roman"/>
        </w:rPr>
        <w:t>Ci atum 1942, Njiitu Réew mi Franklin D. Roosevelt (Democrat), bi Àddunaat ñaareel di xare, moo firndeel Yoonu Njiit gu tudd Executive Order 9066, gi maye woon ndigal ngir dëddu ak tëj ci béréb yu ñu jagleel waa Japon yu Amerig nekk ci wetu sowwu-gànnaar gi ci diggu géej. Doonte ne lii taxul woon ci yoon ne ñu taxawlu habeas corpus, waaye mu jur na ñu téye waa Japon yu Amerig te kenn àttewu leen ci anam yu yoon war a topp, te sañ-sañu yoon seen dañoo yàqu lool.</w:t>
      </w:r>
    </w:p>
    <w:p>
      <w:pPr>
        <w:pStyle w:val="ArticleBody"/>
        <w:jc w:val="left"/>
      </w:pPr>
      <w:r>
        <w:rPr>
          <w:rFonts w:ascii="Times New Roman" w:hAnsi="Times New Roman" w:eastAsia="Times New Roman" w:cs="Times New Roman"/>
        </w:rPr>
        <w:t>Noonu ci atum 2001, Bush mujj mu bees (Républicain buy globalism bi doon yóbb), gannaaw xeeti terror yi 11 Septembre, maye na ndigal ngir téj nit ñi ñuy gise ni ñooy xarekat yu noon te ñu war a jàpp leen ci Guantanamo Bay ak ci yeneen barab yu mel noonu. Téj nit ñooñu ak seen taxawaay ci yoon nekk na mbir yu jéem-jéem yu yoon te aju ci habeas corpus.</w:t>
      </w:r>
    </w:p>
    <w:p>
      <w:pPr>
        <w:pStyle w:val="ArticleBody"/>
        <w:jc w:val="left"/>
      </w:pPr>
      <w:r>
        <w:rPr>
          <w:rFonts w:ascii="Times New Roman" w:hAnsi="Times New Roman" w:eastAsia="Times New Roman" w:cs="Times New Roman"/>
        </w:rPr>
        <w:t>Noonu ci atum 2021, yoonu 6i fanweer bii Pelosi (ab Demokaraat) doon doxal, yóbbuwaat na xel mi ci taxawal habeas corpus, ak jëlal yoonal doxalin, ak samp kër-gàddaay gu bañ yoon-dëgg. Yoonu 2021 yi Pelosi am nañu màggal gu mel ni ne mooy bi ëpp njëkk biñu wàññi ak tëj sañ-sañi yoon yi ci kanam yoon, yu waa Amerig, ngir waxtaanu politig rekk. Lépp loolu bu njëkk, amoon na dëgg-dëgg ay xare walla ab réew mi di xeex boppam, yu firndeel nit ñu fasoon ni ñooy noon. Noon yi ci yoonu Pelosi yi nekkuñu ludul noon yi globalist yi xelën niki ndawaru njaay, ñi ajana waral. Am na solo lool nu xam xereñu yonent bi ci mbir yi jëm ci taxawal Constitution bi mu nekk dara, ndax loolu la ñuy xew-xew yi firndeel bindug melokaanu rab wa, te mooy nattu gu mag gi ñeel askanu Yàlla.</w:t>
      </w:r>
    </w:p>
    <w:p>
      <w:pPr>
        <w:pStyle w:val="ArticleBody"/>
        <w:jc w:val="left"/>
      </w:pPr>
      <w:r>
        <w:rPr>
          <w:rFonts w:ascii="Times New Roman" w:hAnsi="Times New Roman" w:eastAsia="Times New Roman" w:cs="Times New Roman"/>
        </w:rPr>
        <w:t>Su fekke benn Pelosi mooy sa jigéen ju nga jàpp ni mooy sa sàmm, walla Trump mooy sa jàmbaar ji nga tënk; li am solo mooy nga xam jafe-jafe ju bëgg a ñëw ji, te nga def waajal wu baax wi war. Ñi di not ci jafe-jafe ji di ñëw, ay way-jurusalem asamaan lañu, te bépp doole yi bàyyi yoonu Yàlla ba dëgër, dañuy bëgg a booloo lépp-benn, ni Sadduseen yi (Democrats) ak Fariseen yi (Republicans) booloo woon aay doomu Yàlla yu takku yi, bi melokaanu rab wi di sosoo.</w:t>
      </w:r>
    </w:p>
    <w:p>
      <w:pPr>
        <w:pStyle w:val="ArticleBody"/>
        <w:jc w:val="left"/>
      </w:pPr>
      <w:r>
        <w:rPr>
          <w:rFonts w:ascii="Times New Roman" w:hAnsi="Times New Roman" w:eastAsia="Times New Roman" w:cs="Times New Roman"/>
        </w:rPr>
        <w:t>Jëf juumale gi muy jëf ji ay yonnent bu dul dëgg ci Islaam bi nekk ci États-Unis, walla Protestantisma buy bàyyi dëgg bi ci àddina si, te mooy indi booleku Kërg yi ak Réew mi. Sœur White wax na ne dina am beneen Xare Buuru, te mooy ay bankeer yu àddina si ak ay miliarder yi, ñoom miy jaaykat yu Babilon bu bees bi, ñoo koy indi; te ci waxu yonent bi, ñoom ñoo tollu ci benn-wàll ci dooley njiitlu njiitlu njiitlu dragon bi. Wàll wi ci des mooy politisye yu jëfandikookat, abogado yi, buur yi, ak boroom nguur yi.</w:t>
      </w:r>
    </w:p>
    <w:p>
      <w:pPr>
        <w:pStyle w:val="ArticleScripture"/>
        <w:jc w:val="left"/>
      </w:pPr>
      <w:r>
        <w:rPr>
          <w:rFonts w:ascii="Times New Roman" w:hAnsi="Times New Roman" w:eastAsia="Times New Roman" w:cs="Times New Roman"/>
        </w:rPr>
        <w:t>«Ci Inde, Ciin, Risi, ak ca dëkk yi nekk ci Amerig, junniy góor ak jigéen dañuy dee ndax xiif. Nit ñi am xaalis, ndaxte ñoom ñooy boroom kàttan, ñoo yor màrse bi. Ñu jënd ci njëg yu suufe lépp lu ñu man a jot, ba noppi jaay ko ci njëg yu yées lool. Loolu dafay indi xiif ci ñi gën a néew alal, te dina jur xareb réew.» Manuscript Releases, volume 5, 305.</w:t>
      </w:r>
    </w:p>
    <w:p>
      <w:pPr>
        <w:pStyle w:val="ArticleBody"/>
        <w:jc w:val="left"/>
      </w:pPr>
      <w:r>
        <w:rPr>
          <w:rFonts w:ascii="Times New Roman" w:hAnsi="Times New Roman" w:eastAsia="Times New Roman" w:cs="Times New Roman"/>
        </w:rPr>
        <w:t>Xare ba Réew mi ab xare la woon ci yeneen, waaye dafa doon wone xareb politig bi ñu tàmbalee 11 Septàmburu 2001. Léegi, États-Unis mi am na xeetu réew wu ñaari parti politig ñuy xàjjale, waaye Kàddu Yàlla du mas a bàyyiku, te Kàddugam mooy xamle ne dinañu delloo Trump ci ndam gi ci wotey atum 2024. Xareb kër, bi ci lu ëpp mel ni ñu ko tàmbalee ba noppi, dina tàmbali ci dëgg-dëgg lu gaaw gannaaw ndamug wotegam, ni mu ame woon ak Lincoln, njiitu réew bu njëkk bu bokk ci parti Républicain. Njariñal xel mi ci suufu xareb kër gi mu nar a jot, bankeeru àddina yi ak jaaykatu alal yu bare yi dinañu ko jur, ñoom mi nga xam ne, ci yeneen mbir, dañuy liggéey ci lu dul noppi ngir ubbi démandoo jàllale nit ñu bare te amul saytu ci àddina si yépp, ngir yokk seen bëgg-bëgg ci xeweel yu gën a bari, te ci lu ëpp solo ngir farati digganteg mbooloo mi. Jaaykat yi ci Babilon dañuy seet a sos ab sistemu ñaari xeetu nit: ñi gën a bare alal ak ñi gën a weesu.</w:t>
      </w:r>
    </w:p>
    <w:p>
      <w:pPr>
        <w:pStyle w:val="ArticleBody"/>
        <w:jc w:val="left"/>
      </w:pPr>
      <w:r>
        <w:rPr>
          <w:rFonts w:ascii="Times New Roman" w:hAnsi="Times New Roman" w:eastAsia="Times New Roman" w:cs="Times New Roman"/>
        </w:rPr>
        <w:t>Trump dina doon nañu di President bi di jiite ci sampug nattu rab wi, te dina doon yonent bu dëggul bu Lislaam moo di gaawloo ngir nattu woowu ñu samp ko; te ñeel ñi am bët te man a gis, ak ñi am nopp te man a dégg ba xam, songaayu 7 Oktoobar 2023 bi Lislaam, moom ñatteelu alkande, def ci Israayil bu dëgg, réew mi tudd Kàw gu Tedd gi, mooy matal gu leer gu liggéeyu xel mu Yàlla bi yonent bu dëggul bu Lislaam di def.</w:t>
      </w:r>
    </w:p>
    <w:p>
      <w:pPr>
        <w:pStyle w:val="ArticleBody"/>
        <w:jc w:val="left"/>
      </w:pPr>
      <w:r>
        <w:rPr>
          <w:rFonts w:ascii="Times New Roman" w:hAnsi="Times New Roman" w:eastAsia="Times New Roman" w:cs="Times New Roman"/>
        </w:rPr>
        <w:t>Parti Démocratique bi, mi yékkati boppam ni mooy parti bu “wuute, yamale ak booloo,” dafa léegi ngay góob meññeefu filosofi Satan bi ñuy yaataloon. Li dale ci 7 Oktoobar 2023, werante bu nekk diggante ñi bañ Israayil ak ñi ànd ak Israayil di tas dooley politig bu seen parti ba, fekk ñuy jëmsi ca palat bu 2024 ba. Xaajale boobu jur na xeexu biir seen bopp ci seen way topp, ba tax seen masiinu wote elektoronik yu yàqu ya mënatul amaana doole ju doy ngir soppiku wote yu bare ngir rawale dëgg-dëgg wote yi ñuy sànni ngir Trump. Xareb yonent bu fenku Islaam biy jur xaalis yooyu moo indi yoon wi Trump di tànnku ni juróom-ñetteelu prezident bi, mi bokk ci juróom-ñaari yi, li dale ci jamono mujj mi ci 1989, fekk rab suuf si di bind misaal ngir rab géej gi.</w:t>
      </w:r>
    </w:p>
    <w:p>
      <w:pPr>
        <w:pStyle w:val="ArticleBody"/>
        <w:jc w:val="left"/>
      </w:pPr>
      <w:r>
        <w:rPr>
          <w:rFonts w:ascii="Times New Roman" w:hAnsi="Times New Roman" w:eastAsia="Times New Roman" w:cs="Times New Roman"/>
        </w:rPr>
        <w:t>Filosofii Seytaane bu ñuy wax “Diversity, Equity and Inclusion,” mooy benn ci doxalin yi ñuy jëfandikoo ngir dellusi fitna bu Sodom ak Gomorrah, jaarale ko ci yëngu-yëngu ajandaa LGBTQ+.</w:t>
      </w:r>
    </w:p>
    <w:p>
      <w:pPr>
        <w:pStyle w:val="ArticleScripture"/>
        <w:jc w:val="left"/>
      </w:pPr>
      <w:r>
        <w:rPr>
          <w:rFonts w:ascii="Times New Roman" w:hAnsi="Times New Roman" w:eastAsia="Times New Roman" w:cs="Times New Roman"/>
        </w:rPr>
        <w:t>Noonu itamé ne woon na ca jamonooy Loot; ñu daan lekk, naan, jënd, jaay, bey te tabax; waaye bés bi Loot génnee Sodom, safara ak diwuram daanuwé asamaan, ba alag leen ñoom ñépp. Noonu la mel di doon ci bés bi Doomu nit ki feeñee. Luke 17:28–30.</w:t>
      </w:r>
    </w:p>
    <w:p>
      <w:pPr>
        <w:pStyle w:val="ArticleBody"/>
        <w:jc w:val="left"/>
      </w:pPr>
      <w:r>
        <w:rPr>
          <w:rFonts w:ascii="Times New Roman" w:hAnsi="Times New Roman" w:eastAsia="Times New Roman" w:cs="Times New Roman"/>
        </w:rPr>
        <w:t>Ajandaa LGBTQ+, mi ngi ko itam di wone ni Gay Pride, te noonu la di màndargaal bu mujj, bu ànd ak yàqute gu yëngu ci yoon, ci béest bu suuf bi, te ginnaaw loolu, ci àddina si mépp.</w:t>
      </w:r>
    </w:p>
    <w:p>
      <w:pPr>
        <w:pStyle w:val="ArticleScripture"/>
        <w:jc w:val="left"/>
      </w:pPr>
      <w:r>
        <w:rPr>
          <w:rFonts w:ascii="Times New Roman" w:hAnsi="Times New Roman" w:eastAsia="Times New Roman" w:cs="Times New Roman"/>
        </w:rPr>
        <w:t>Yoonu jub ñi jub mooy dëddu lu bon; ku sàmm yoonam, denc na bakkanaam. Reer gëm-sa-bopp jiitu na musiba, te xel mu réy jiitu na daanu. Gën na nekk ak xel mu suufe ci biir ñi suufe, ba nga bokk alal jàll wi ak ñi réy. Léeb yu Xel 16:17–19.</w:t>
      </w:r>
    </w:p>
    <w:p>
      <w:pPr>
        <w:pStyle w:val="ArticleBody"/>
        <w:jc w:val="left"/>
      </w:pPr>
      <w:r>
        <w:rPr>
          <w:rFonts w:ascii="Times New Roman" w:hAnsi="Times New Roman" w:eastAsia="Times New Roman" w:cs="Times New Roman"/>
        </w:rPr>
        <w:t>Réy-réylu jiitu ngir daanu, te réy-réylu jiitu itam ngir alag. Wéyal réew ci ngëm gi jur na alag réew mi, te màndarga réy-réylu gu àddina siiwal mooy màndargay ñàkk dégg-dëgg bu Sodom ak Gomorrah. Wax ju ñëw ci Yàlla boole na yoonu Dibeer buy ñëw léegi ak Lóot mi dafa reere tuuti ba mu rëcc ci alag Sodom, Gomorrah ak dëkk yu mbedd mi, ndaxte askanu Lóot (Amon ak Mowab), ñoo di màndargay ñi rëcc ci loxoy papasi bi ca yoonu Dibeer ba.</w:t>
      </w:r>
    </w:p>
    <w:p>
      <w:pPr>
        <w:pStyle w:val="ArticleScripture"/>
        <w:jc w:val="left"/>
      </w:pPr>
      <w:r>
        <w:rPr>
          <w:rFonts w:ascii="Times New Roman" w:hAnsi="Times New Roman" w:eastAsia="Times New Roman" w:cs="Times New Roman"/>
        </w:rPr>
        <w:t>Moom dina dugg ci réew mi tedd te màgg, te réew yu bare dinañu daanu; waaye yii dinañu rëcc ci ay loxoom, mooy Edom, ak Moab, ak kilifay askanu Amon. Daniel 11:41.</w:t>
      </w:r>
    </w:p>
    <w:p>
      <w:pPr>
        <w:pStyle w:val="ArticleBody"/>
        <w:jc w:val="left"/>
      </w:pPr>
      <w:r>
        <w:rPr>
          <w:rFonts w:ascii="Times New Roman" w:hAnsi="Times New Roman" w:eastAsia="Times New Roman" w:cs="Times New Roman"/>
        </w:rPr>
        <w:t>Paati Démocratique bi léegi dafay tas boppam ak yaramam. Xamuma dara ci politig; maa ngi rekk yamale jaar-jaari nettali tey ak nettali waxu yonent bi. Paati Démocratique bi liggéey na ci lu bañ a sonne ngir ubbi diggante réew yi ci àddina si, ba tax mu may dugg gu réy te kenn manul koo téye, ci nit ñi. Buntu ndox mu bëgg a xëpp joxe nañu ko ubbi ci kow suuf, jaarale ko ci globalist yi jiituwoon ci xel mu ndaw si.</w:t>
      </w:r>
    </w:p>
    <w:p>
      <w:pPr>
        <w:pStyle w:val="ArticleScripture"/>
        <w:jc w:val="left"/>
      </w:pPr>
      <w:r>
        <w:rPr>
          <w:rFonts w:ascii="Times New Roman" w:hAnsi="Times New Roman" w:eastAsia="Times New Roman" w:cs="Times New Roman"/>
        </w:rPr>
        <w:t>Te mbind mi génn ci ay gémmiñam ndox mu mel ni mbëlëm topp jigéen ji, ngir mu yóbbu ko mbëlëm ma. Waaye suuf si dimbali jigéen ji, te suuf si ubbi gémmiñam, yoon mbëlëm ma ga njaaykat ba génne woon ci ay gémmiñam. Noonu njaaykat ba mer lool ci jigéen ji, dem xare ak desitu askanam, yi sàmm ndigali Yàlla te yor seede Yeesu Kirist. Peeñug Yuhanna 12:15–17.</w:t>
      </w:r>
    </w:p>
    <w:p>
      <w:pPr>
        <w:pStyle w:val="ArticleBody"/>
        <w:jc w:val="left"/>
      </w:pPr>
      <w:r>
        <w:rPr>
          <w:rFonts w:ascii="Times New Roman" w:hAnsi="Times New Roman" w:eastAsia="Times New Roman" w:cs="Times New Roman"/>
        </w:rPr>
        <w:t>“Des desit” mooy ñi téeméer ak ñeent-fukk ak ñeent-junni, te jaar-jaaru ñi téeméer ak ñeent-fukk ak ñeent-junni mooy jaar-jaar bi tambalee woon 11 Setambar 2001. Li dalee ba tey, dooleb njiit bu ñaaw bi di “sànni ndox ci gémmiñam, mel ni mbëy,” ci wàll yu bari yépp. Ndox dafay tekki nit ñi.</w:t>
      </w:r>
    </w:p>
    <w:p>
      <w:pPr>
        <w:pStyle w:val="ArticleScripture"/>
        <w:jc w:val="left"/>
      </w:pPr>
      <w:r>
        <w:rPr>
          <w:rFonts w:ascii="Times New Roman" w:hAnsi="Times New Roman" w:eastAsia="Times New Roman" w:cs="Times New Roman"/>
        </w:rPr>
        <w:t>Mu ne ma: Ndox yi nga gis, fa jigéen ju ndaw ji toog, mooy xeet yi, mbooloo yi, réew yi, ak làkk yi. Pexe 17:15.</w:t>
      </w:r>
    </w:p>
    <w:p>
      <w:pPr>
        <w:pStyle w:val="ArticleBody"/>
        <w:jc w:val="left"/>
      </w:pPr>
      <w:r>
        <w:rPr>
          <w:rFonts w:ascii="Times New Roman" w:hAnsi="Times New Roman" w:eastAsia="Times New Roman" w:cs="Times New Roman"/>
        </w:rPr>
        <w:t>Ñi bokk yu suuf yu dooleb njaaxu ji (globalistes) ñoo ubb bunt yu ndox mayeek tàbbug nit ñi ci lu àndul ak yoon, ci jamono jii ñuy rëccale téereb ñaar-fukk ak ñeent junni ak ñeent téeméer. “Mbeex” yi njaaxu ji di jox ci àddina bi wër mépp feeñal nañu ne Boroom bi mungi bëgg a yékkati ràññee bi, ci yoonu Dimàas gu digee ñëw. Mbeex yi njaaxu ji ci Peeñug Yàlla fukk ak ñaar, suuf-bey bi moo leen wonoon ca njàlbéenu États-Unis, waaye léegi mbeex yi njaaxu ji dellusi nañu; loolu nag di waareel ci ay màndarga yu di artu ne jafe-jafeb yoonu Dimàas ji jëge na, ndaxte su noon si dikkee ni ab ndox mu yàqu, Yàlla day yékkati ndamam.</w:t>
      </w:r>
    </w:p>
    <w:p>
      <w:pPr>
        <w:pStyle w:val="ArticleScripture"/>
        <w:jc w:val="left"/>
      </w:pPr>
      <w:r>
        <w:rPr>
          <w:rFonts w:ascii="Times New Roman" w:hAnsi="Times New Roman" w:eastAsia="Times New Roman" w:cs="Times New Roman"/>
        </w:rPr>
        <w:t>Ci ñuy bàkkaar di fen ci kanam Aji Sax ji, te dëddu sunu Yàlla, di wax noot ak yàqute, di jur ci xol waxi fen, di leen yégle. Te àtte moom, jëm na gannaaw, te njubte taxaw na fu sore; ndaxte dëgg dafa daanu ci mbedd mi, te maandute mënul dugg. Waaw, dëgg amatul; te ku dëddu lu bon, dafa def boppam ayib. Aji Sax ji gis na loolu, te neexul ko ne amul àtte. Mu gis ne amul kenn, te yéemu ne amul aji rammu; moo tax loxoom moom ci boppam indi ko mucc, te njubteem moom saxal ko. Ndaxte sol na njubte ni sagarub dànk, te takk kaala mucc ci boppam; sol na it yére yi ngir feyu mbugal, te muur na fit ni mbubb. Ni seen jëfë mel, noonu lay feye; meram ci kaw noonam yi, peyug fey ci seeni noon; déedéet, ci dunu yi sax dina fay pey. Noonu dees ragal turu Aji Sax ji féete sowu, ak ndamaram féete penku jant bi. Bu noon bi ñëwee ni mbëlëm ndox, Xelu Aji Sax ji dina taxawal ci moom bannéra. Te Aji Bot ji dina ñëw ci Siyon, ak ci ñi dëddu bàkkaar ci Yanqub, wax na Aji Sax ji. Waaye man, lii mooy sama kóllëre ak ñoom, wax na Aji Sax ji; Sama Xel mi nekk ci yaw, ak samay wax yi ma def ci sa gémmiñ, duñu jóge ci sa gémmiñ, mbaa ci gémmiñu sa askan, mbaa ci gémmiñu askanu sa askan, wax na Aji Sax ji, li dale tey ba fàww. Esayi 59:13–21.</w:t>
      </w:r>
    </w:p>
    <w:p>
      <w:pPr>
        <w:pStyle w:val="ArticleBody"/>
        <w:jc w:val="left"/>
      </w:pPr>
      <w:r>
        <w:rPr>
          <w:rFonts w:ascii="Times New Roman" w:hAnsi="Times New Roman" w:eastAsia="Times New Roman" w:cs="Times New Roman"/>
        </w:rPr>
        <w:t>Màndarga mi ñu yékkati bu noon bi ñëwee ni mbëj mi mooy bannière bi, te moom itam mooy miiro mi ci Kàddu Yàlla. Ci jamono ji jiitu ndigal alxames bi di ñëw léegi, mbëj yi ngir dugg akul yoon ci réew mooy màndarga ne waxtu jébbale bi bëgg na tëj. Wàll wi Esayi wax bi mu waxee ne ñuy yékkati miiro mi dafay melal jamono ju amul yoon, ndaxte mu ne: “atte bi weesu na gannaaw, te njubte taxaw na fu sore; ndaxte dëgg dafa daanu ci mbedd mi, te njub cannot dugg. Waaw, dëgg dafa faltu; te ku dëddu lu bon di def boppam prey: te Aji Sax ji gis na ko, te rafetul ko ne atte amul. Te mu gis ne amul kenn, te yéemu na ne amul ku ramm.” Anarki bi nit ñi mel ni George Soros finansé, te politig yi ci Democratic bàyyi ko rekk, Sister White daf ko melal bu baax ci njàppale ak xët wi nekk ci Esayi.</w:t>
      </w:r>
    </w:p>
    <w:p>
      <w:pPr>
        <w:pStyle w:val="ArticleScripture"/>
        <w:jc w:val="left"/>
      </w:pPr>
      <w:r>
        <w:rPr>
          <w:rFonts w:ascii="Times New Roman" w:hAnsi="Times New Roman" w:eastAsia="Times New Roman" w:cs="Times New Roman"/>
        </w:rPr>
        <w:t>«Àtte yu yoon yi dafa yàqu; ñi di jiite ñi ngi dox ci bëgg alal ak soppi xol ci bànneex yu yaram. Ñàkk màndute dafa lëndëmël xel ak kàttan yu bare, ba tax Seytaane mën na leen nguur lu mat sëkk. Ñi xam yoon yi dañu soppiku, jox nañu leen alal ngir sànku, te nax na leen. Mànggal, xawaare ak màbbañ, yëf gu metti, kiñaan ak ñaawteef yépp, am nañu leen ci biir ñi di saytu yoon yi. “Yoon-jub taxaw na fu sore, ndax dëgg dafa daanu ci mbedd mi, te njubte mënul dugg.” Esayi 59:14.» The Great Controversy, 586.</w:t>
      </w:r>
    </w:p>
    <w:p>
      <w:pPr>
        <w:pStyle w:val="ArticleBody"/>
        <w:jc w:val="left"/>
      </w:pPr>
      <w:r>
        <w:rPr>
          <w:rFonts w:ascii="Times New Roman" w:hAnsi="Times New Roman" w:eastAsia="Times New Roman" w:cs="Times New Roman"/>
        </w:rPr>
        <w:t>Dugg gu yoon, yëngu-yëngu yu réyul yoon te ànd ak anaarşi ni Antifa (ñi bàyyi faasism), ak yëngu-yëngu yu metti ni Black Lives Matter, yi jëkk ci nettali jaar-jaare bu yaxute noonu ni Critical Race Theory, boroom nguur yu politig yi njiitlu ci njaay mi dañu leen taagee te yokk leen, ndaxte dañoo sukkandiku ci bëgg xaalis; te àttekat yu yaxu ak ñiy dogal yoon yu yaxu sànni nañu dëgg ci benn mbedd mi ñaari seede yaa fa reyoon ci Peeñu Yowaana saar 11. Mbedd moomu nekkoon na ci dëkk bu weddi Yàlla (Misra) ak ñaawteef (Sodom), mooy dëkkub njaay mi ak ay wuutoom. Jikko ji ay meññeef yu pati Demokaraat di wone, ci waxu Yonent yi dees na ko tekki ni ab mbëy mi war; te bu Seytaane, ni noonug Yàlla, ubbee buntuy mbëyam, loolu di firnde ne ràkkaayug Yàlla ngiy bëgg a yéeg.</w:t>
      </w:r>
    </w:p>
    <w:p>
      <w:pPr>
        <w:pStyle w:val="ArticleBody"/>
        <w:jc w:val="left"/>
      </w:pPr>
      <w:r>
        <w:rPr>
          <w:rFonts w:ascii="Times New Roman" w:hAnsi="Times New Roman" w:eastAsia="Times New Roman" w:cs="Times New Roman"/>
        </w:rPr>
        <w:t>Dinanu wéyal ci njàngum bii ci bataaxal bi ci topp.</w:t>
      </w:r>
    </w:p>
    <w:p>
      <w:pPr>
        <w:pStyle w:val="ArticleScripture"/>
        <w:jc w:val="left"/>
      </w:pPr>
      <w:r>
        <w:rPr>
          <w:rFonts w:ascii="Times New Roman" w:hAnsi="Times New Roman" w:eastAsia="Times New Roman" w:cs="Times New Roman"/>
        </w:rPr>
        <w:t>“Nekkinu mbir mi ci àddina bi di wax ne jamono yu tar yi agsi nañu ci sunu wet. Kàddu yépp yi nekk ci xët yu bis bu nekk fees nañu ak firnde yu di won ne xeex bu metti dina am ci lu gàtt. Sàcc yu am fitna di faral di am. Taxawaay yi bari nañu. Sàcc ak rey ñu ngi leen di def fu nekk. Nit ñi rab yi jàpp di jël bakkanu góor ñi, jigéen ñi, ak xale yu ndaw yi. Nit ñi bëgg nañu tooñ ba xelam jàpp ci, te xeetu ñaawteef yépp ñoo ngi màgg. Noon bi man na jengal yoonu njubte, te feesal xolu nit ñi ak bëgg-boppu alal. ‘Yoon a ngi taxaw fu sore: ndaxte dëgg dafa daanu ci mbedd mi, te jubte manul dugg.’ Isaaya 59:14. Ci dëkk yu mag yi am na mbooloo yu bare yu dëkk ci ñàkk ak tiis, ba ñu ngëstu lool ci lekk, kër, ak koddaay; waaye ci noonu sax am na ñeneen ñi am lu xol man a bëgg, ñi di dund ci noflaay, di sànni seen xaalis ci kër yu ñu rafetal bu baax, ci taaru bopp, walla lu gëna bon, ci sotti yëg-yëgi yaram, ci biiñ, tabaa, ak yeneen yëf yiy yàq dooley xel mi, yëngal xalaat yi, te toroxal ruu bi. Yuuxu nit ñi di xiif a ngi yéeg ci kanam Yàlla, fekk ci bépp xeetu nooteel ak njéggi nit ñi ngiy dajale alal yu réy lool.”</w:t>
      </w:r>
    </w:p>
    <w:p>
      <w:pPr>
        <w:pStyle w:val="ArticleScripture"/>
        <w:jc w:val="left"/>
      </w:pPr>
      <w:r>
        <w:rPr>
          <w:rFonts w:ascii="Times New Roman" w:hAnsi="Times New Roman" w:eastAsia="Times New Roman" w:cs="Times New Roman"/>
        </w:rPr>
        <w:t>“Ci guddi ga, ñu woo ma ngir ma gis tabax yu doon yéeg etaañ ci kaw etaañ, jëm ci asamaan. Ñu waxoon ne tabax yooyu dañoo bañ a lakk, te ñu leen tabaxoon ngir màggal boroom yi ak tabaxkat yi. Gëna kawe te gëna kawe la tabax yooyu di yéeg, te ca biirame ñu jëfandikoo ay jumtukaay yu gëna jafe njariñ. Ñi moomoon tabax yooyu nekkuñu di laaj seen bopp ne: ‘Nan lañu man a gëna màggale Yàlla?’ Boroom bi nekkul woon ci seen xel.”</w:t>
      </w:r>
    </w:p>
    <w:p>
      <w:pPr>
        <w:pStyle w:val="ArticleScripture"/>
        <w:jc w:val="left"/>
      </w:pPr>
      <w:r>
        <w:rPr>
          <w:rFonts w:ascii="Times New Roman" w:hAnsi="Times New Roman" w:eastAsia="Times New Roman" w:cs="Times New Roman"/>
        </w:rPr>
        <w:t>“Ba ñu tabaxee yeneeni kër yu kowe yii, boroom yi bég nañu ak réy-réylu gu am mbëggeel, ndaxte am nañu xaalis bu ñuy jëfandikoo ngir neexal seen bopp te yóbbu ñaareel yi ci seen dëkk ci kiiraay. Lu bare ci xaalis bi ñu defee noonu, amoon nañu ko ci cëslaay, ci di sonal ba ñàkk yoon ñi néew doole. Fàtte nañu ne ca asamaan, dañuy denc fa kàddug mbooleem jëfandikoo ci liggéey; mbooleem jëf ju jubadi, mbooleem njublaŋ bu yóbbante, bindees na fa. Waxtu dina ñëw bu ci seen njublaŋ ak seen réyréylu nit ñi dinañu agsi ci bérab bu Boroom bi du leen maye mu ñu ko weesu, te dinañu xam ne muñug Yàlla Yexowa am na kem-kàttan.”</w:t>
      </w:r>
    </w:p>
    <w:p>
      <w:pPr>
        <w:pStyle w:val="ArticleScripture"/>
        <w:jc w:val="left"/>
      </w:pPr>
      <w:r>
        <w:rPr>
          <w:rFonts w:ascii="Times New Roman" w:hAnsi="Times New Roman" w:eastAsia="Times New Roman" w:cs="Times New Roman"/>
        </w:rPr>
        <w:t>«Li ma ci topp woon ma gis mooy xel-mbubb mu tar ci ay safara. Nit ñi xool ay tabax yu kawe te ñu jàpp ne duñu lakk, naan: “Wóor na lool, amuñu dara.” Waaye ay tabax yooyu lakk ba noppi, mel ni dañu leen defaree ngir. Masiini safara yi mënuñu woon dara ngir taxawal yàq bi. Ay pompiyeer yi mënul woon ñu jëfandikoo masiini yi.»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Juroom-Ñaari-Fukki ak Ñett-cënt ak Ñaar-Fukk ak Ñett gi</dc:title>
  <dc:subject>Ubbi xeltu yonent yi: Njiitu réew mu mujj mi ak Nataalu Rab wu Bon wu</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