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Téeméer Ñeent-fukk ak Ñeent</w:t>
      </w:r>
    </w:p>
    <w:p>
      <w:pPr>
        <w:pStyle w:val="ArticleSubtitle"/>
        <w:jc w:val="left"/>
      </w:pPr>
      <w:r>
        <w:rPr>
          <w:rFonts w:ascii="Arial" w:hAnsi="Arial" w:eastAsia="Arial" w:cs="Arial"/>
        </w:rPr>
        <w:t>Soloŋu yëgle bu bëgg-bëgg gu Parti Démocratique bi ca Etats-Unis tëral na ci waxu yónen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Dagga baaxug paati Demokaraat yi ci États-Unis mooy benn mbir bu xóot bu yoonu wax ju Yàlla waxoon ci Biibël. Moo bokk ci jikko yu waxu yonent yi jàppandikoo ak njiitu États-Unis bu juróom-ñaareel te mujj bi. Mbir moomu lëkkaloo na ak doxalin yu yonent yi ci def njiitu juróom-ñaareel bi, mi bokk ci juróom-ñaari bi, mu nekk boppu nataalu rab wi. Nataalu rab wi ci àddina am na ñaari wàll, waaye itam am na ñetti wàll. Ñaari wàll la ndaxte muy tegu ci boole Mbooloom ngëm ak Réew mi; waaye ñetti wàll la, ndaxte dafay sosoo ci fukki buur yi (nguuru réew), te buur bi gën a kawe moo koy jiite (nguuru mbooloom ngëm). Rab woowu, benn bopp rek moo ko waral te di ko nguuru, te bopp boobu mooy bopp bu juróom-ñaareel bi, bi bokk ci juróom-ñaari bi.</w:t>
      </w:r>
    </w:p>
    <w:p>
      <w:pPr>
        <w:pStyle w:val="ArticleBody"/>
        <w:jc w:val="left"/>
      </w:pPr>
      <w:r>
        <w:rPr>
          <w:rFonts w:ascii="Times New Roman" w:hAnsi="Times New Roman" w:eastAsia="Times New Roman" w:cs="Times New Roman"/>
        </w:rPr>
        <w:t>Nataalu rab wi nekk ci États-Unis ñaar aayam la, waaye itam ñetti aayam la. Ñaar aayam la ci ne muy tegtalu booloo kërce ak réew, waaye ñetti aayam la ndaxte defees na ko ak benn geñu Républicain buy bàyyi dëgg bi (artuw réew mi), te geñu boobu benn geñu Protestan buy bàyyi dëgg bi (artuw kërce) moo koy jiite. Rab boobu benn bopp moo koy waral te moom moo ci nguur, maanaam bopp bu juróom ñett baat yi waxoon, mooy bopp bu juróom ñetteel bi, bi bokk ci juróom ñaar yi.</w:t>
      </w:r>
    </w:p>
    <w:p>
      <w:pPr>
        <w:pStyle w:val="ArticleBody"/>
        <w:jc w:val="left"/>
      </w:pPr>
      <w:r>
        <w:rPr>
          <w:rFonts w:ascii="Times New Roman" w:hAnsi="Times New Roman" w:eastAsia="Times New Roman" w:cs="Times New Roman"/>
        </w:rPr>
        <w:t>Bopp bi, ci benn xaalisam, mooy ab diktatëër bu mat sëkk. Jàmmu bi ñuy wonee leer nañu diktatëëram mooy ci xëtum nettali waxtaanu nettali gi, bi rabu suuf bi waxee ni njaay, ndaxte “wax” mooy man mën a melokaan bu gën a am solo ci rabu suuf bi. Mu waxoon ci 1776, 1789, 1798, 1863, 2001, 2021, te muy bëgg a dellusi waxaat bu nataalu bi matalee yàpp ci yoonu dibeer bu jub a ñëw.</w:t>
      </w:r>
    </w:p>
    <w:p>
      <w:pPr>
        <w:pStyle w:val="ArticleBody"/>
        <w:jc w:val="left"/>
      </w:pPr>
      <w:r>
        <w:rPr>
          <w:rFonts w:ascii="Times New Roman" w:hAnsi="Times New Roman" w:eastAsia="Times New Roman" w:cs="Times New Roman"/>
        </w:rPr>
        <w:t>Ca jamonooy Pool, kumpa bàkkaar, mooyon dooley baab, nekkoon na ba noppi di liggéey, waaye njaay mi miin na ko ci ndàq ndoxam Room gu bokk ci xeeti pagan yi. Ci atum 1798 ak 1799, ndàq mi jële na nit ki bàkkaar ci kàttan, waaye ci 1989, baab bu Room daan na ndàq ndoxam Union soviétique bi. Gépp jaar-jaaru waxu yonent yi, ba fàwwu mujj ga, di wone baab si ni mu ngi ci xare ak ndàq mi. Baab bu Room mooy boroom noonu bu war a yékkati, ngir mu nekk boppu booloo bu bon bi ci benn-benn booleem ñetti bi ci jamonoy mujj yi: ndàq mi, rab wi, ak yonent bu falso bi. Sœur White wax na ne “under one head, the papal power,” te itam taalifkat Sabóor bi wax na ne fukki buur yi di yékkati bopp bu juróom-ñett baat bi, miy ki bokk ci juróom-ñaari bi.</w:t>
      </w:r>
    </w:p>
    <w:p>
      <w:pPr>
        <w:pStyle w:val="ArticleScripture"/>
        <w:jc w:val="left"/>
      </w:pPr>
      <w:r>
        <w:rPr>
          <w:rFonts w:ascii="Times New Roman" w:hAnsi="Times New Roman" w:eastAsia="Times New Roman" w:cs="Times New Roman"/>
        </w:rPr>
        <w:t>Ndaxte se, xoolal, sa noon yi di yëngal ay riib; te ñi lay bañ, yékkati nañu seen bopp. Jël nañu pexe yu nax ci sa xeet, te gise nañu pexe ci sa ñi nga nëbb. Wax nañu ne: “Ñëwleen, nu dagg leen ba duñu doxaat ci xeet; ngir turu Israayil bañaati gëstu ci fàttalikat.” Sabóor 83:2–4.</w:t>
      </w:r>
    </w:p>
    <w:p>
      <w:pPr>
        <w:pStyle w:val="ArticleBody"/>
        <w:jc w:val="left"/>
      </w:pPr>
      <w:r>
        <w:rPr>
          <w:rFonts w:ascii="Times New Roman" w:hAnsi="Times New Roman" w:eastAsia="Times New Roman" w:cs="Times New Roman"/>
        </w:rPr>
        <w:t>Bu Etazini bennoo nataalu noflaay ci nataalu rab wi, dina am ñetti yam, te itam ñaari yam. Dina doon ñaari booleb njëfandikoo bu njël mbooloom gëm-gëm ak bu nguur, waaye sistemu politig boobu benn boppu jiit moo koy nguur. Juroom-ñettelu njiitu réew mi dina nguuru te war nataalu rab wi. Juroom-ñettelu njiitu réew mi, mi bokk ci juróom-ñaari njiitu réew yi jiitu woon, mooy njiitu réew mu mujj ci “bu juróomeel” nguur gi waxi Kàddu Yàlla, te moo jot gaaw gu rey ga ba muy “bu juróomeel” njiitu réew mi.</w:t>
      </w:r>
    </w:p>
    <w:p>
      <w:pPr>
        <w:pStyle w:val="ArticleBody"/>
        <w:jc w:val="left"/>
      </w:pPr>
      <w:r>
        <w:rPr>
          <w:rFonts w:ascii="Times New Roman" w:hAnsi="Times New Roman" w:eastAsia="Times New Roman" w:cs="Times New Roman"/>
        </w:rPr>
        <w:t>Góor-góorlu bàkkaaru bàkkaaru ci waxu yonent bi nekkoon na ci xare ak njaay mi ci béppam jaar-jaaram. Donald Trump mooy buur bu bare alal bi jogaloon njaay bu globalism, te nekk na ci xare gu politig, gu mbooloo ak gu xel ak dooley njaay ba, dale ko ca bi mu jëkk a yéglee bëgg-bëggam ngir daw njiitu réew ci 16 Suwe 2015, ca Trump Tower nekk New York City, dëkk bi sax moom la Twin Towers daanuwee ci 11 Sàttumbar 2001, te moom itam mooy dëkk bi Freedom Tower, mi weesoo Twin Towers, ñu jagleel ci 3 Nowàmbar 2014.</w:t>
      </w:r>
    </w:p>
    <w:p>
      <w:pPr>
        <w:pStyle w:val="ArticleBody"/>
        <w:jc w:val="left"/>
      </w:pPr>
      <w:r>
        <w:rPr>
          <w:rFonts w:ascii="Times New Roman" w:hAnsi="Times New Roman" w:eastAsia="Times New Roman" w:cs="Times New Roman"/>
        </w:rPr>
        <w:t>Ci yàgg a ñëw bu gaaw te di ndigalu Dibéér, séy bi nekk diggante Kirist ak ñaar-fukk ak ñeent junni ñent-ñaar ñi mat na, te njaaloo bi nekk diggante jigéen ju bon ju Room ak buur yi ci suuf si itam mat na ci ab séy gu naaféq. Ca ndigalu Dibéér boobu, ñaar ñi bokk ci toolu Eden dañuy leen yékkati, te noonu itam ci benn jamono dañuy leen xeex ak lu naaféq. Ñaari dogal yooyu mooy séy ak Noflaayal bésub juróom-ñaareel bi.</w:t>
      </w:r>
    </w:p>
    <w:p>
      <w:pPr>
        <w:pStyle w:val="ArticleScripture"/>
        <w:jc w:val="left"/>
      </w:pPr>
      <w:r>
        <w:rPr>
          <w:rFonts w:ascii="Times New Roman" w:hAnsi="Times New Roman" w:eastAsia="Times New Roman" w:cs="Times New Roman"/>
        </w:rPr>
        <w:t>«Bi mu Farisen yi ko waxaat Yeesu ci mbirum ndax tasoo jaam ak jabar jub na ci yoon, Yeesu delloo na ñi koy déglu ca sampub séy, ni ko Yàlla tëral ba ci njàlbéen ga. Mu ne leen: “Ndax seen xol dafa dëgër, Moo tax Musaa may leen ngeen fase seeni jabar; waaye ca njàlbéen ga nekkoonul noonu.” Macë 19:8. Mu jëme leen ca bés yu barkeel ya ca Eden, ba Yàlla wax ne mbir yépp “baax na lool.” Foofa la séy ak bésub Noflaay jële seen cosaan, ñaari tërali yu bokk ngir ndamu Yàlla ak ngir njariñu nit ñi. Noonu itam, bi Bindkat bi boolee loxo ñaar ñi sell ci séy, ne: Góor dina “bàyyi baayam ak ndeyam, ta sax ci jabaram; ñoom ñaar dinañu doon benn” (Njàlbéen ga 2:24), dafa yégle woon yoonu séy ngir ñépp ñi bokk ci Aadama ba àddina jeexee. Li Baay bi ba fàww te sax moom ci boppam wax ne baax na, mooyoon yoonu barke bu gën a kawe ak yokkute bu gën a baax ngir nit.» Thoughts From the Mount of Blessings, 63.</w:t>
      </w:r>
    </w:p>
    <w:p>
      <w:pPr>
        <w:pStyle w:val="ArticleBody"/>
        <w:jc w:val="left"/>
      </w:pPr>
      <w:r>
        <w:rPr>
          <w:rFonts w:ascii="Times New Roman" w:hAnsi="Times New Roman" w:eastAsia="Times New Roman" w:cs="Times New Roman"/>
        </w:rPr>
        <w:t>Bokk gu ñetti yoon, fu Protestante yu gàddu yi, spiritualisme ak Katolisime jàppante loxo ci yoonu Dibéer, mooy lu niru te dul dëgg ci séy bi nekkoon ci Eden, fa “Boroom Bind gi boole woon loxo ñaar ñu sell ña ci séy.” Ci yoonu Dibéer, ñaari kurum yu séy bi ak Sabbaat bi, yékkat nañu leen, te ci benn yoon sax ñu toroxal leen. Jaar-jaaru màndarga mi tàmbalee na bi ñaari Tuur yi daanee, te jaar-jaaru boobu mujj na bi ñaari kurum yu Séy bi ak Sabbaat bi yékkatalee. Ci diggante jaar-jaaru boobu, Freedom Tower jagleel nañu ko ci atum 2014, te Trump doxalin na yëngu-yëngu globalisme gi, muy tàmbalee ca Trump Tower ci atum 2015.</w:t>
      </w:r>
    </w:p>
    <w:p>
      <w:pPr>
        <w:pStyle w:val="ArticleBody"/>
        <w:jc w:val="left"/>
      </w:pPr>
      <w:r>
        <w:rPr>
          <w:rFonts w:ascii="Times New Roman" w:hAnsi="Times New Roman" w:eastAsia="Times New Roman" w:cs="Times New Roman"/>
        </w:rPr>
        <w:t>Ñaari taax yu ñuy wax Twin Towers dañoo ko wattee ngir yedd globalist yi ci seen bëgg-bëgg xaalis, te Freedom Tower mooy melokaanu ndawtalim Nimrod ci Yàlla asamaan bi ak ci àtteem bi Mu indi woon ak mbëy mi, ni Freedom Tower itam di màndargayu ubbiku ci Yàlla ak àtteem ci 11 septembre 2001.</w:t>
      </w:r>
    </w:p>
    <w:p>
      <w:pPr>
        <w:pStyle w:val="ArticleScripture"/>
        <w:jc w:val="left"/>
      </w:pPr>
      <w:r>
        <w:rPr>
          <w:rFonts w:ascii="Times New Roman" w:hAnsi="Times New Roman" w:eastAsia="Times New Roman" w:cs="Times New Roman"/>
        </w:rPr>
        <w:t>«Benn yoon, bi ma nekkoon dëkk New York City, ci gudd gi ñu woo ma ngir ma gis tabax yu di yéeg sët ci sët, jëm kawe ba mel ni dañuy jot asamaan. Waxoon nañu ne tabax yooyu duñu lakk ci safara, te dañu leen tabax ngir màggal seen boroom ak seen tabaxkat. Gën a kawe, gën a kawe la tabax yooyu yéegoon, te ci seen biir jëfandikoo nañu jumtukaay yi gën a jafe njariñ. Ñi moomoon tabax yooyu laajuwuñu seen bopp ne: “Nan lañuy gën a màggale Yàlla?” Boroom bi nekkul woon ci seen xel.»</w:t>
      </w:r>
    </w:p>
    <w:p>
      <w:pPr>
        <w:pStyle w:val="ArticleScripture"/>
        <w:jc w:val="left"/>
      </w:pPr>
      <w:r>
        <w:rPr>
          <w:rFonts w:ascii="Times New Roman" w:hAnsi="Times New Roman" w:eastAsia="Times New Roman" w:cs="Times New Roman"/>
        </w:rPr>
        <w:t>“Xalaat naa ne: ‘Aka ne, ñi di jëfandikoo seen alal noonu, suñu doon gis seen yoon ni Yàlla di ko gise! Ñu ngi dajale tabax yu màgg te taaru, waaye ana ni seen pexe ak seen nattin di yéeme ci bët Boroom àddina si! Duñu seet ak dooley xol ak xel yépp ni ñuy man a màggal Yàlla. Dañoo réer xel ci lii, moom sas wu jëkku wu nit ki.’”</w:t>
      </w:r>
    </w:p>
    <w:p>
      <w:pPr>
        <w:pStyle w:val="ArticleScripture"/>
        <w:jc w:val="left"/>
      </w:pPr>
      <w:r>
        <w:rPr>
          <w:rFonts w:ascii="Times New Roman" w:hAnsi="Times New Roman" w:eastAsia="Times New Roman" w:cs="Times New Roman"/>
        </w:rPr>
        <w:t>“Bi ñu tabaxee yeneen kër yu kawe yii, boroom yi bég ak réy-réylu gu bare, ndaxte am nañu xaalis bu ñuy jëfandikoo ngir neexal seen bopp te yokk kiñaanug seeni dëkkandoo. Xaalis bu bari bi ñu jël ngir def ko noonu, jëlewoon nañu ko ci notaange, ci toqatal ñi néew doole. Fatte nañu ne, ci asamaan, dañuy tëral kàddu bu mat ci mbooleem jëfandikoo yu aju ci liggéey ak xaalis; jëf ju jubadiul wu nekk, mboolem naxari jëf, bindees na fa. Waxtu dina ñëw, ba ci seen naxar ak seen réyréylu nit ñi dinañu agsi ci njëg te Boroom bi du leen may ñu ko weesu, te dinañu xam ne muñug Yexowa am na kem-kàcc.” Testimonies, volume 9, 12.</w:t>
      </w:r>
    </w:p>
    <w:p>
      <w:pPr>
        <w:pStyle w:val="ArticleBody"/>
        <w:jc w:val="left"/>
      </w:pPr>
      <w:r>
        <w:rPr>
          <w:rFonts w:ascii="Times New Roman" w:hAnsi="Times New Roman" w:eastAsia="Times New Roman" w:cs="Times New Roman"/>
        </w:rPr>
        <w:t>Bunt gi Nimrood teggoon bi moo doon na fippu ci yoonu àtte bu yàggul bi Yàlla defee ci Mbëy mi, te mu doon misaal bu jëmoon ci fippug banker yu globalist yi ci kanam àtte bu yàggul bi Yàlla. Sañ-sañ, ni ko diksyonëeru globalist yi tekkee, dafa juuyoo lool ak sañ-sañ bi Biblia bi wax. Sañ-sañ ci diksyonëeru njaay mi mooy yéefug bakkan, te jëfandikoo nañu ko muy misaal ci ñaawtéefug yëngu-yëngug Réewum Farãs.</w:t>
      </w:r>
    </w:p>
    <w:p>
      <w:pPr>
        <w:pStyle w:val="ArticleScripture"/>
        <w:jc w:val="left"/>
      </w:pPr>
      <w:r>
        <w:rPr>
          <w:rFonts w:ascii="Times New Roman" w:hAnsi="Times New Roman" w:eastAsia="Times New Roman" w:cs="Times New Roman"/>
        </w:rPr>
        <w:t>“‘Dëkk bu mag bi’ bi seede yi ñu rey ci ay mbeddam, te seeni yaram yu dee tëdd fa, mooy, ci xel mu xóot, Esipt. Ci xeeti réew yi ñu wone ci nettali Biibël bi, Esipt moo gën a ñaaw ci weddi ne Yàlla ju dund ji am na, te moo gën a jéem a bañ ndigalam yi. Amul benn buur bu mas a jéem dox ci fippu bu leer te tar ci sañ-sañu Asamaan ni buurub Esipt def ko. Ba Musaa indil ko ndawtal bi ci turu Boroom bi, Firawna tontu ak réy-réylu ne: ‘Kan moo di Yexowa, ba ma war a déglu ay baatam ngir bàyyi Israayil dem? Xamu ma Yexowa, te itam duma bàyyi Israayil dem.’ Exodus 5:2, A.R.V. Loolu mooy weddi ne Yàlla amul, te xeet wi Esipt di tëral dina wax itam weddi gu ni mel ci mbirum sañ-sañ yi Yàlla ju dund ji am, te dina wone xel mu ni mel ci ngëmadi ak fippu. ‘Dëkk bu mag bi’ itam ñu koy méngale, ‘ci xel mu xóot,’ ak Sodom. Yàquteb Sodom ci jéggi yoonu Yàlla feeñoon na rawatina ci njaaloo gu bon. Te bàkkaar boobu itam dafa wara nekk benn ci melo yi gën a fés ci xeet wi war a matal melokaan yi Mbind mu Sell mi wax.”</w:t>
      </w:r>
    </w:p>
    <w:p>
      <w:pPr>
        <w:pStyle w:val="ArticleScripture"/>
        <w:jc w:val="left"/>
      </w:pPr>
      <w:r>
        <w:rPr>
          <w:rFonts w:ascii="Times New Roman" w:hAnsi="Times New Roman" w:eastAsia="Times New Roman" w:cs="Times New Roman"/>
        </w:rPr>
        <w:t>“Kon, ci waxi yonent bi, lu jiitu atum 1798 benn doole bu bawoo ci Seytaane te yor jikkoom dina jóg ngir xare ak Biibël bi. Te ci réew mi seedeelu ñaari seede Yàlla yi dees na ko noonu noppi, fa la weddeeku Firawna ak yaakaarul Yàlla di feeñ, ak ñaawteefug Sodom di fés.”</w:t>
      </w:r>
    </w:p>
    <w:p>
      <w:pPr>
        <w:pStyle w:val="ArticleScripture"/>
        <w:jc w:val="left"/>
      </w:pPr>
      <w:r>
        <w:rPr>
          <w:rFonts w:ascii="Times New Roman" w:hAnsi="Times New Roman" w:eastAsia="Times New Roman" w:cs="Times New Roman"/>
        </w:rPr>
        <w:t>“Bii wax waxtu am na mat a wér te yéeme ci jaar-jaaru Frans. Ca yoonu Révolution bi, ci atum 1793, ‘àddina bi dégg na bu njëkk ab ndaje nit ñi, ñu juddoo te yaru ci xew-xewu civilizasioŋ, te ñuy jël sañ-sañu nguur ci benn ci xeeti réewi Ewrop yi gën a rafet, di yékkati seen baat bu booloo ngir weddi dëgg gu gën a tedd, gi ruu nit di nangu, te di bokk-benn ci bañ ngëm ak jaamu Yàlla.’—Sir Walter Scott, Life of Napoleon, vol. 1, ch. 17....</w:t>
      </w:r>
    </w:p>
    <w:p>
      <w:pPr>
        <w:pStyle w:val="ArticleScripture"/>
        <w:jc w:val="left"/>
      </w:pPr>
      <w:r>
        <w:rPr>
          <w:rFonts w:ascii="Times New Roman" w:hAnsi="Times New Roman" w:eastAsia="Times New Roman" w:cs="Times New Roman"/>
        </w:rPr>
        <w:t>«Farãs itam itam mel na ay jëfandikoo yu am soloone Sodom. Ci jamono Réewoluseyoŋ ba, dañu feeñal woon xaalisug suuf ak yàqu-yàqu gu mel ni ga taxoon mboolem dëkk yu toll yi sànku. Te bindkat bi dafa boole ci benn atheism ak saxalug mbind mi nekkoon ci Farãs, ni ko waxee ci kàddug wax jii ci yonent bi: “Lu dëgër lool ak yoon yii jëm ci diine, mooy li wàññee boolek seen ak seenu séy — li gën a sell ci mbootaay yi nit ñi man a fas, te saxteem moo gën a doole ci tabax ak taxawug askan wi — ba mu doon ab kontràa sivile rekk buy yàggul, bu ñaari nit mana bokk teyi ba noppi tas ko saa su neexee.... Su fekkee ne seytaane yi daan nañu jéem a gis anam gu gën a baax ngir yàq lépp lu teey, lu rafet, walla lu sax ci dundug kër gi, te ci benn yoon jote itam ci wóor ne lor gi ñu bëggoon sos dina sax ci xeetu maas yi ak xeetu maas yi, duñu mana sosoon pexe gu gën a am njariñ ni suufeelug séy.... Sophie Arnoult, jigéen jëfkat ci théâtre bu siiw ngir wax ju xel mu doon wax, dafa tudde séy republik bi ne mooy ‘sàkkaramu njaaloo.’” —Scott, vol. 1, ch. 17.» The Great Controversy, 269, 270.</w:t>
      </w:r>
    </w:p>
    <w:p>
      <w:pPr>
        <w:pStyle w:val="ArticleBody"/>
        <w:jc w:val="left"/>
      </w:pPr>
      <w:r>
        <w:rPr>
          <w:rFonts w:ascii="Times New Roman" w:hAnsi="Times New Roman" w:eastAsia="Times New Roman" w:cs="Times New Roman"/>
        </w:rPr>
        <w:t>Tur bu York Siti bi ñu jagleeloon ci atum 2014, du ndigalub njubalu taaxu Nimrod rekk la wone, waaye itam mooy màndargay ni gobalist yi di tekki “sañ-sañu goreel”, ni ko seedee ci yékkatug yëngu-yëngu LGBTQ+ bu amul sutura, te muy tegtal bégg-bopp ci yoonu Yàlla. Sañ-sañu goreel gu dëgg moo taxaw ci lu juboo ak li taax boobu di firndeel, waaye benn pexe bu mag bu way-topputi nago bi jëfandikoo mooy soppi tekkiinu baat ak waxin yi ngir jur àtte yu wrong. Nago bi mooy ab awokaa bu mag, te mooy ki xarey baat yi, di wëlbët làkk ngir jur njeexital yu bon. Waaye tekkiinu dëggu baat bi “sañ-sañu goreel” du sañ-sañu goreel gi xew-xewu Antifa di tegtal, walla sañ-sañu boppu-bopp bi révolution bi Farãs di màndargaal.</w:t>
      </w:r>
    </w:p>
    <w:p>
      <w:pPr>
        <w:pStyle w:val="ArticleScripture"/>
        <w:jc w:val="left"/>
      </w:pPr>
      <w:r>
        <w:rPr>
          <w:rFonts w:ascii="Times New Roman" w:hAnsi="Times New Roman" w:eastAsia="Times New Roman" w:cs="Times New Roman"/>
        </w:rPr>
        <w:t>«Bépp bakkan bu bëggul a jébbalu Yàlla, am na beneen dooley buy ko yor. Moosul boppam. Man naa wax ne am na sañ-sañ, waaye mungi ci jaamug bu gëna torox. Deesuko may mu gis taaru dëgg, ndax xelam nekk na ci suufu nguurug Seytaane. Bi muy réylu ne mooy topp njubteem ci yoon wu boppam, dafa di topp bëgg-bëggu buur bu lëndëm bi. Kirist ñëw na ngir dagg buum yi bakkaar di jaamloo xelu nit. “Bu leen Doom ji goree, kon dingeen gor dëgg-dëgg.” “Yoonu Xelum dund gi ci Kirist Yeesu” moo nu “gore ci yoonu bakkaar ak dee.” Room 8:2.</w:t>
      </w:r>
    </w:p>
    <w:p>
      <w:pPr>
        <w:pStyle w:val="ArticleScripture"/>
        <w:jc w:val="left"/>
      </w:pPr>
      <w:r>
        <w:rPr>
          <w:rFonts w:ascii="Times New Roman" w:hAnsi="Times New Roman" w:eastAsia="Times New Roman" w:cs="Times New Roman"/>
        </w:rPr>
        <w:t>“Ci liggéeyu njotlu, amul dara ju ñuy sonnal nit ci doole. Duñu jëfandikoo benn kàttan gu jóge ci biti. Ci suufu yëngu-yëngu Xelmu Yàlla, nit bàyyi nañu ko mu gor tànn ki muy jaamu. Ci soppeeku gi xel mi di am bu muy jébbalu Kirist, am na fa gëstu bu gën a kawe ci sañ-sañu goreel. Génne bàkkaar, mooy jëf yu xel mi ci boppam. Dëgg la, amunu doole ngir goreel sunu bopp ci nguuru Seytaane; waaye bu nu bëggée goreelu bàkkaar, te ci sunu soxla su réy nu woo ab doole gu nekk ci biti sunu bopp te gën sunu bopp, dooley xel mi fees nañu ak dooley yàllaay Xel mu Sell mi, te ñu topp ndigali coobare bi ci matal coobare Yàlla.” The Desire of Ages, 466.</w:t>
      </w:r>
    </w:p>
    <w:p>
      <w:pPr>
        <w:pStyle w:val="ArticleBody"/>
        <w:jc w:val="left"/>
      </w:pPr>
      <w:r>
        <w:rPr>
          <w:rFonts w:ascii="Times New Roman" w:hAnsi="Times New Roman" w:eastAsia="Times New Roman" w:cs="Times New Roman"/>
        </w:rPr>
        <w:t>Sañ-sañu gi Freedom Tower di teguwoon, mooy sañ-sañu ndawul yoonu Révolution bu Farãs ak ñàkk-déggg bi Nimrod. At mu ci topp, ci Trump Tower, njiitu réew mi gëna bare alal gannaaw 1989 yégle na ne dina taxawu ngir ñu fal ko, loolu di yëngu yëngu yi globalists yi. At boobu sax, ñu nangu séy goor ak góor walla jigéen ak jigéen ci dëppookat gu mag gi ci États-Unis, ni mu nekkoon ci Révolution bu Farãs bi ñu soppee séy ba mu doon “ab kontrà sivil rekk buy sax ab diir bu gàtt.”</w:t>
      </w:r>
    </w:p>
    <w:p>
      <w:pPr>
        <w:pStyle w:val="ArticleBody"/>
        <w:jc w:val="left"/>
      </w:pPr>
      <w:r>
        <w:rPr>
          <w:rFonts w:ascii="Times New Roman" w:hAnsi="Times New Roman" w:eastAsia="Times New Roman" w:cs="Times New Roman"/>
        </w:rPr>
        <w:t>Xare ga diggante ak ki président bi gëna bare alal tàmbali na. Yàqub Kër yu Kawe yi, ci laalug kàttanu Yàlla, mel na màndargatug tàmbaliwaayu jamonoy tëj; te it di ñëwug rab wu Islam, wi joge ci bëti xott ba amul suuf. Ca jagleelu Freedom Towers yi, ci diggantey jaar-jaaru waxu yonent bi, ñëwug rab wu ateism, wi joge ci bëti xott ba amul suuf, moom it lañu màndargaal. Léegi nag, màbbug ñaari kurum yu ñu sampoon ci Toolu Eden, mooy Sabat ak sëy, mooy màndargatug jeexital jamonoy tëj ak ñëwug ñetteelu rab wu katolik, wi joge ci bëti xott ba amul suuf.</w:t>
      </w:r>
    </w:p>
    <w:p>
      <w:pPr>
        <w:pStyle w:val="ArticleBody"/>
        <w:jc w:val="left"/>
      </w:pPr>
      <w:r>
        <w:rPr>
          <w:rFonts w:ascii="Times New Roman" w:hAnsi="Times New Roman" w:eastAsia="Times New Roman" w:cs="Times New Roman"/>
        </w:rPr>
        <w:t>Bés bu 3 Nowàmbar 2020, Trump jël na gaañu politig bu rey, ni nguurug paap bi jëlée gaañu bu rey ci 1798. Gaañu ga, Farãs gu yàgg te dëgg moo ko joxoon ci 1798, te Farãs gu xel mu sellul moo ko joxe ci 2020.</w:t>
      </w:r>
    </w:p>
    <w:p>
      <w:pPr>
        <w:pStyle w:val="ArticleScripture"/>
        <w:jc w:val="left"/>
      </w:pPr>
      <w:r>
        <w:rPr>
          <w:rFonts w:ascii="Times New Roman" w:hAnsi="Times New Roman" w:eastAsia="Times New Roman" w:cs="Times New Roman"/>
        </w:rPr>
        <w:t>Te bu ñu noppee seedeel seen seed, rab wi di yéeg jóg ca xóot ba amul pënd ba dina xare ak ñoom, dina leen not, te rey leen. Te seen yaram yu dee dina nekk ci mbedd mi ci réew mu mag mi, mi ñuy wax ci xel ne Sodom ak Misra, fa sunu Boroom itam ñu ko daajale woon ca bant ba. Peeñu 11:7, 8.</w:t>
      </w:r>
    </w:p>
    <w:p>
      <w:pPr>
        <w:pStyle w:val="ArticleBody"/>
        <w:jc w:val="left"/>
      </w:pPr>
      <w:r>
        <w:rPr>
          <w:rFonts w:ascii="Times New Roman" w:hAnsi="Times New Roman" w:eastAsia="Times New Roman" w:cs="Times New Roman"/>
        </w:rPr>
        <w:t>Ci téere bu mag The Great Controversy, Sœur White tudde na Farãs ne mooy “rëy dëkk bi fa sunu Boroom dafa dee ci bant bi.”</w:t>
      </w:r>
    </w:p>
    <w:p>
      <w:pPr>
        <w:pStyle w:val="ArticleScripture"/>
        <w:jc w:val="left"/>
      </w:pPr>
      <w:r>
        <w:rPr>
          <w:rFonts w:ascii="Times New Roman" w:hAnsi="Times New Roman" w:eastAsia="Times New Roman" w:cs="Times New Roman"/>
        </w:rPr>
        <w:t>“Kon, heru ci waxi yonent bi, tuuti laata atum 1798 benn kàttan gu jóge ci Seytaane te am doxalinam dina jóg ngir xeex ak Biibël bi. Te ci suuf si seede ñaari seede Yàlla yi di leen nooneel noonu, foofa dees na feeñal weddi-Yàlla gu Firawna ak saxaarug Sodom.” The Great Controversy, 270.</w:t>
      </w:r>
    </w:p>
    <w:p>
      <w:pPr>
        <w:pStyle w:val="ArticleBody"/>
        <w:jc w:val="left"/>
      </w:pPr>
      <w:r>
        <w:rPr>
          <w:rFonts w:ascii="Times New Roman" w:hAnsi="Times New Roman" w:eastAsia="Times New Roman" w:cs="Times New Roman"/>
        </w:rPr>
        <w:t>Bu yoon wi ñëw léegi ci États-Unis, image bu rab bi dina mat sëkk; te ñi ci seen bopp saxal nañu image yi Kirist, dees leen yékkati ni bannu Yàlla. Naka bannu, dinañu taxawal bésub noflaay bu juróom-ñaareelu fan bi, te doon wone àddina askanu njubtey Kirist. Njubtey Kirist, amul lu koy mat ludul boole Biir-Yàlla ak nit, te ci biir dëgg gu réy googu, gi ñu faral di wax ne kumpa la, kuréelub séy dees koy yékkati. Bannu bi dafay tegtal noflaay bi ak dëkkandoom, mooy kuréelub séy.</w:t>
      </w:r>
    </w:p>
    <w:p>
      <w:pPr>
        <w:pStyle w:val="ArticleScripture"/>
        <w:jc w:val="left"/>
      </w:pPr>
      <w:r>
        <w:rPr>
          <w:rFonts w:ascii="Times New Roman" w:hAnsi="Times New Roman" w:eastAsia="Times New Roman" w:cs="Times New Roman"/>
        </w:rPr>
        <w:t>Ndax góor mooy boppu jigéenam, ni Kirist mooy boppu kilifa gi; te moom it mooy Musalkat bu yaram wi. Kon nag, ni kilifa gi di toppatoo Kirist, noonu it jigéen ñi war nañu topp seeni jëkkër ci lépp. Yéen góor ñi, soppileen seen jabar, ni Kirist itam sopp kilifa gi ba jébbalu boppam ngir moom; ngir sellal ko te setal ko ci sangug ndox mi jaarale ko ci kàddu gi; ngir man koo taxawal ci kanamam muy kilifa gu tedd, gu amul benn tuuma, walla benn xar-kanam, walla leneen lu ni mel; waaye ngir mu nekk gu sell te amul benn sikket. Noonu la góor ñi war a sopp seeni jabar ni seen yaramu bopp. Ku sopp sa jabar, sa bopp nga sopp. Ndaxte kenn bañagul mukk sa yaramu bopp; waaye di ko yar te di ko faral, ni Boroom bi di def kilifa gi; ndaxte nun ay cér lañu ci yaramam, ci suuxam, te ci yaxam. Loolu moo tax góor dina bàyyi baayam ak yaayam, te takkook jabaram, ñoom ñaar ñooñu dinañu doon benn suux. Kump bu mag la; waaye man maa ngi wax ci mbirum Kirist ak kilifa gi. Efes 5:23–32.</w:t>
      </w:r>
    </w:p>
    <w:p>
      <w:pPr>
        <w:pStyle w:val="ArticleBody"/>
        <w:jc w:val="left"/>
      </w:pPr>
      <w:r>
        <w:rPr>
          <w:rFonts w:ascii="Times New Roman" w:hAnsi="Times New Roman" w:eastAsia="Times New Roman" w:cs="Times New Roman"/>
        </w:rPr>
        <w:t>Bannera bi mooy màndarga ñaari kureel yi di Bésub Noflaay ak Sey, te seyi mooy firnde boole Yàlla ak nit. Kumpa gu seyi googu diirgal mbooloom gëmkatam, mi di kër Yàllaam.</w:t>
      </w:r>
    </w:p>
    <w:p>
      <w:pPr>
        <w:pStyle w:val="ArticleScripture"/>
        <w:jc w:val="left"/>
      </w:pPr>
      <w:r>
        <w:rPr>
          <w:rFonts w:ascii="Times New Roman" w:hAnsi="Times New Roman" w:eastAsia="Times New Roman" w:cs="Times New Roman"/>
        </w:rPr>
        <w:t>“Tur bi dafa doon kër gi.” The Desire of Ages, 596.</w:t>
      </w:r>
    </w:p>
    <w:p>
      <w:pPr>
        <w:pStyle w:val="ArticleBody"/>
        <w:jc w:val="left"/>
      </w:pPr>
      <w:r>
        <w:rPr>
          <w:rFonts w:ascii="Times New Roman" w:hAnsi="Times New Roman" w:eastAsia="Times New Roman" w:cs="Times New Roman"/>
        </w:rPr>
        <w:t>Ca njàlbéen waxtu sell bi, Ñaari Tuur ya daanu nañu; ci diggante waxtu sell bi, ñaari “tuur” yu di tektal yoonu xàjjale ñaari xeet (ci ñaari waxaar yi ñépp), xamlees nañu leen; te ci mujjug waxtu sell bi, Ñaari Tuur yu kër Yàlla gi ak Sabbaat bi dinañu leen yékkati, ngir nekk sañseñ bu ñuy yëgle xeeti ñi dul Yawut.</w:t>
      </w:r>
    </w:p>
    <w:p>
      <w:pPr>
        <w:pStyle w:val="ArticleBody"/>
        <w:jc w:val="left"/>
      </w:pPr>
      <w:r>
        <w:rPr>
          <w:rFonts w:ascii="Times New Roman" w:hAnsi="Times New Roman" w:eastAsia="Times New Roman" w:cs="Times New Roman"/>
        </w:rPr>
        <w:t>Dina kontine ci gëstoo gii ci bind biy ñëw bi.</w:t>
      </w:r>
    </w:p>
    <w:p>
      <w:pPr>
        <w:pStyle w:val="ArticleScripture"/>
        <w:jc w:val="left"/>
      </w:pPr>
      <w:r>
        <w:rPr>
          <w:rFonts w:ascii="Times New Roman" w:hAnsi="Times New Roman" w:eastAsia="Times New Roman" w:cs="Times New Roman"/>
        </w:rPr>
        <w:t>Ndax bésub Boroom gàngoor yi dina dikk ci ku nekk ku réy te kawe, ak ci ku nekk ku yékkati boppam; te dees na ko suufeel. Te dina dikk ci bépp garab seder bu Liban, yu kawe te yékkati, ak ci bépp garab oak bu Bashan, ak ci bépp tundu bu kawe, ak ci bépp tundu ndaw bu yékkati, ak ci bépp kër gu kawe, ak ci bépp miir mu ñu tatte, ak ci gépp gaal yu Tarshish, ak ci bépp nataal bu rafet. Te kawefug nit dina suufeeku, te ngërëmug nit ñi dina wàññiku; te Boroom bi doŋŋ mooy kaweeku bés boobu. Te rab yi dina leen far ba noppi. Te dinañu dugg ci xottiy doj yi, ak ci paxu suuf, ngir ragal Boroom bi, ak ngir ndamug màggatam, bu mu jógée ngir yëngal suuf si ak doole gu metti. Bés boobu nit dina sànni ay rabam yu xaalis ak ay rabam yu wurus, yi ku nekk defaloon boppam ngir jaamu leen, ci xonq yi ak ci naxarit yi; ngir dugg ci xar-xari doj yu xasaw yi, ngir ragal Boroom bi, ak ngir ndamug màggatam, bu mu jógée ngir yëngal suuf si ak doole gu metti. Bàyyileen wéeru ci nit, mi ngelawam nekk ci paxam; ndax lan lañu koy jàppee? Esayi 2:12–22.</w:t>
      </w:r>
    </w:p>
    <w:p>
      <w:pPr>
        <w:pStyle w:val="ArticleScripture"/>
        <w:jc w:val="left"/>
      </w:pPr>
      <w:r>
        <w:rPr>
          <w:rFonts w:ascii="Times New Roman" w:hAnsi="Times New Roman" w:eastAsia="Times New Roman" w:cs="Times New Roman"/>
        </w:rPr>
        <w:t>Sama yiw ak sama kër gu réy; sama taaxu kawe, ak sama musalkat; sama pakk, ak ki ma wóolu; mooy ki daan sama xeet ci suuf sama ndigal. Sabóor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Téeméer Ñeent-fukk ak Ñeent</dc:title>
  <dc:subject>Soloŋu yëgle bu bëgg-bëgg gu Parti Démocratique bi ca Etats-Unis tëral na ci waxu yónen bi</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