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Daaniyeel — Téeméeri benn-fukk ak ñeent-fukk ak juróom-ñeent</w:t>
      </w:r>
    </w:p>
    <w:p>
      <w:pPr>
        <w:pStyle w:val="ArticleSubtitle"/>
        <w:jc w:val="left"/>
      </w:pPr>
      <w:r>
        <w:rPr>
          <w:rFonts w:ascii="Arial" w:hAnsi="Arial" w:eastAsia="Arial" w:cs="Arial"/>
        </w:rPr>
        <w:t>Tegginu Kàddu Yàlla ci mbirum wax yu ëpp solo ci bés yi ñëw ak xew-xewu jamono ji: Gis-gisu ci politig bu tey ak simbóolismu diine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Diine woke-ism (Sodom) ak politig Kominis (Égypte) jóg nañu gaaw ba noppi ba prezident bi gën a bare alal yéglee bëgg-bëggam ngir daw ci palanteeru prezident ci atum 2015, te gannaaw ba mu joxe seedeem politig, rey nañu ko ci 2020. Pàppa bi, ci waxu yonent, rey nañu ko ci 1798, gannaaw ba mu joxe seedeem Seytaane lu tollu ci ñetti fan ak genn-wàll ci waxu yonent. Waaye Kàddu Yàlla buy wax ci yonent feeñal na ne pàppa bi moo not ci xareem ak njaay mi.</w:t>
      </w:r>
    </w:p>
    <w:p>
      <w:pPr>
        <w:pStyle w:val="ArticleScripture"/>
        <w:jc w:val="left"/>
      </w:pPr>
      <w:r>
        <w:rPr>
          <w:rFonts w:ascii="Times New Roman" w:hAnsi="Times New Roman" w:eastAsia="Times New Roman" w:cs="Times New Roman"/>
        </w:rPr>
        <w:t>Doomu nit, jublu sa kanam ci Firawna buur Misra, te nga wax waxu Yàlla ci kawam, moom ak bépp Misra: waxal ne, Ni Boroom bi Yàlla di waxe; Xoolal, maa ngi ci sa càmmoñ, yow Firawna buur Misra, yow jaan gu mag gi tëdd ci biir ay dexam, te wax ne, “Dex bi moom sama bopp la, te man maa ko defaral sama bopp.” Esekiyel 29:2, 3.</w:t>
      </w:r>
    </w:p>
    <w:p>
      <w:pPr>
        <w:pStyle w:val="ArticleBody"/>
        <w:jc w:val="left"/>
      </w:pPr>
      <w:r>
        <w:rPr>
          <w:rFonts w:ascii="Times New Roman" w:hAnsi="Times New Roman" w:eastAsia="Times New Roman" w:cs="Times New Roman"/>
        </w:rPr>
        <w:t>Ejipt mooy jinn bu mag bi, te bañ Yàlla gu Firawna doon daan màndargaal bañ Yàlla gu Réewum Farãs bu Tosareya bi, ak globalism bi ci atum ñaar-fukki ak benn. Globalism boobu ci diggu suuf-juróom-ñaari rab bi ci atum ñaar-fukki ak benn, moom la ñu tegtal ci Democratic party bi. Esekiel wone ne Yàlla dafa juuyoo ak Ejipt, te gannaaw ci saar bi, Esekiel dellu wone ne Yàlla dina jox Ejipt ci buur bu bëj-gànnaar bi, kooku ci waxtaan wi ñu màndargaal ci Nebukadnesar, te mooy ki tegtal buur bu bëj-gànnaar bu dul dëgg bu fan yu mujj yi. Buur bu bëj-gànnaar bu dul dëgg mooy papaas bi, te Yàlla waxe ci Esekiel ne dina jox Ejipt ci buur bu bëj-gànnaar bi ndax liggéey bi Nebukadnesar joxe woon ni yaru ay mbugaloom. Mu wax ne dina jox ko pap bi ci jamono ji taw gu mujj gi di ñëw.</w:t>
      </w:r>
    </w:p>
    <w:p>
      <w:pPr>
        <w:pStyle w:val="ArticleScripture"/>
        <w:jc w:val="left"/>
      </w:pPr>
      <w:r>
        <w:rPr>
          <w:rFonts w:ascii="Times New Roman" w:hAnsi="Times New Roman" w:eastAsia="Times New Roman" w:cs="Times New Roman"/>
        </w:rPr>
        <w:t>Te loolu am na ci at ak ñaar-fukk ak juróom-ñett, ci weer bu jëkk ba, ci bés bu jëkk ba ca weer wa, baatub Aji Sax ji ñëw ci man ne ma: Yow, doom aadama, Nebukadnesar buurub Babilon defal na ay xarekatam liggéey bu tar ci Kuur Tir; bépp bopp dañu ko wat, te bépp mbiir dañu ko xocc, waaye amul pey, moom ak ay xarekatam, ci ndax Tir, ci ndax liggéey bi mu def ci kawam. Moo tax nii la Boroom bi, Yàlla ji, waxe: Xool-leen, dinaa jox réewum Misra ci loxo Nebukadnesar buurub Babilon; dina yóbbu mbooloom, dina for seen alal, dina nangu seen yëngu-yaram; te loolu dina doon peyam ngir ay xarekatam. Maa ko jox réewum Misra ngir liggéey bi mu def, ndaxte ñoom ñoo liggéeyaloon ma, kàddug Boroom bi, Yàlla ji. Ca bés booba dinaa saxal wàllug kërug Israayil mu saxaat, te dinaa la may ubbiggém wax ca seen biir; te dinañu xam ne man maa di Aji Sax ji. Esekiyel 29:17–21.</w:t>
      </w:r>
    </w:p>
    <w:p>
      <w:pPr>
        <w:pStyle w:val="ArticleBody"/>
        <w:jc w:val="left"/>
      </w:pPr>
      <w:r>
        <w:rPr>
          <w:rFonts w:ascii="Times New Roman" w:hAnsi="Times New Roman" w:eastAsia="Times New Roman" w:cs="Times New Roman"/>
        </w:rPr>
        <w:t>“Bés bi” Yàlla tax ba “sàyyu kër Israyil meññ” mooy 11 Septàmbar 2001, ba ndox-mu-jëkk mi tambalee tàllal. Ca waxtu woowu, Boroom bi yékkati na ay wattukat ne: “dégluleen baatu trompèt bi” bu ñetteelu musiba bi, ndaxte Moom moo xamle ne Yàlla dina “la may ubbiinug gémmiñ ci seen diggante.” “Ci diggante” mooy xamle jamono ji nekk ci seen diggante tàllalug ndox-mu-jëkk mi, mi tambalee 11 Septàmbar 2001 te muy jeex ca yoonu Dimas bi, ba Faas Yàlla jiinu lu amul dayo. Ci biir diggante bi (ci seen diggante), ñaari seede, walla ñaari sàyyu, dinañu joxe seen seede, ba kera ñoom ñaar ñépp rey nañu leen ci mbedd mi ci 2020.</w:t>
      </w:r>
    </w:p>
    <w:p>
      <w:pPr>
        <w:pStyle w:val="ArticleBody"/>
        <w:jc w:val="left"/>
      </w:pPr>
      <w:r>
        <w:rPr>
          <w:rFonts w:ascii="Times New Roman" w:hAnsi="Times New Roman" w:eastAsia="Times New Roman" w:cs="Times New Roman"/>
        </w:rPr>
        <w:t>Balaa ñu leen reye, seedeel nañu, te gannaaw ba ñu leen rey, dundaat nañu nekk ñetteelu juróom-ñaar bi, maanaam mi bokk ci juróom-ñaari. Reyees nañu leen jaarale ko ci dooleb nagoobu weddi Yàlla (Misra) ak ñaawteefug fitna (Sodom). Ndax liggéey bi ñu doon defal Yàlla, Moom digoon na leen ne dina leen jox Misra muy seen pey. Bu buur bu bëj-gànnaaw jàppee réew mi tedd te màgg, maanaam États-Unis, ci aaya ñent-fukk ak benn ci Daniel fukki benn, kon mu daldi jàppe Misra itam, ndax loolu mooy peyam ngir sarwiis yi mu jotoon ci liggéeyu dogalu Yàlla.</w:t>
      </w:r>
    </w:p>
    <w:p>
      <w:pPr>
        <w:pStyle w:val="ArticleScripture"/>
        <w:jc w:val="left"/>
      </w:pPr>
      <w:r>
        <w:rPr>
          <w:rFonts w:ascii="Times New Roman" w:hAnsi="Times New Roman" w:eastAsia="Times New Roman" w:cs="Times New Roman"/>
        </w:rPr>
        <w:t>Yaw Asiriyaa, yaru sama mer sama meruma, teet ci seen loxo du sama mer. Dinaa naa ko ci kaw xeet wu naafaq, te ci kaw nit ñi sama mer di dal, dinaa ko sant ngir mu yóbbu alal juñ song, te yóbbu njàpp, te jéexal leen ni banxu mbedd mi. Esaay 10:5, 6.</w:t>
      </w:r>
    </w:p>
    <w:p>
      <w:pPr>
        <w:pStyle w:val="ArticleBody"/>
        <w:jc w:val="left"/>
      </w:pPr>
      <w:r>
        <w:rPr>
          <w:rFonts w:ascii="Times New Roman" w:hAnsi="Times New Roman" w:eastAsia="Times New Roman" w:cs="Times New Roman"/>
        </w:rPr>
        <w:t>Asiriye moo di buur bu bëj-gànnaar bi, miy tegtal papas bi, di buur bu bëj-gànnaar bu fen ci jamono yu mujj yi. Jëfandikoo nañu Asiri ak Babilon ngir indi àtte ci kaw Israyil, ci ñaari nguur yi, bu bëj-gànnaar ak bu bëj-saalum, ndax seen dëggadi ci ñàkk dégg-dëgg ak seen sax ci ñàkk topp Yàlla.</w:t>
      </w:r>
    </w:p>
    <w:p>
      <w:pPr>
        <w:pStyle w:val="ArticleScripture"/>
        <w:jc w:val="left"/>
      </w:pPr>
      <w:r>
        <w:rPr>
          <w:rFonts w:ascii="Times New Roman" w:hAnsi="Times New Roman" w:eastAsia="Times New Roman" w:cs="Times New Roman"/>
        </w:rPr>
        <w:t>«Noonu lañu yóbbu Israayil, génne leen ci seen suuf, dem Asiri,» «ndaxte dégguñu baatu Aji Sax ji seen Yàlla, waaye jàll nañu kóllëreem, ak lépp lu Muuse, jaamub Aji Sax ji, santoon.» 2 Kings 17:7, 11, 14–16, 20, 23; 18:12.</w:t>
      </w:r>
    </w:p>
    <w:p>
      <w:pPr>
        <w:pStyle w:val="ArticleScripture"/>
        <w:jc w:val="left"/>
      </w:pPr>
      <w:r>
        <w:rPr>
          <w:rFonts w:ascii="Times New Roman" w:hAnsi="Times New Roman" w:eastAsia="Times New Roman" w:cs="Times New Roman"/>
        </w:rPr>
        <w:t>«Ci àtte yu metti ci fukk gi xeet yi, Boroom bi amoon na ca ab pexe bu xam-xam te fees ak yërmande. Li Mu mënul woonati def jaarale ko ci ñoom ci suufu seen baay, dina ko seet a yeggale ko ci seen tasaar ci biir xeeti ñi xamul Yàlla. Pexeem ngir muccug ñépp ñi di tànn a jëfandikoo baal gi jaarale ko ci Musalkatug xeetu nit ki, war naoon ba noppi a mat; te ci coono yi ñu indiwoon ci kaw Israyil, Moo doon waajal yoon wi ngir Ndamaam feeñ ci xeeti àddina si. Du ñépp ñi ñu yóbbu jaam bañoon tuub. Am na ca ñoom ñenn ñi desoon sax ci dëggal Yàlla, ak ñeneen ñi toroxluwoon seen bopp fa kanamam. Jaarale ko ci ñoom, “doom yi Yàlla ju dund ji” (Hosea 1:10), dina yóbbu mbooloo yu bare ci nguurug Asiri ga ci xam-xamu melo yi dëkk ci Jikkoom ak njariñ gi nekk ci Yoonu-ndigalam.» Prophets and Kings, 292.</w:t>
      </w:r>
    </w:p>
    <w:p>
      <w:pPr>
        <w:pStyle w:val="ArticleBody"/>
        <w:jc w:val="left"/>
      </w:pPr>
      <w:r>
        <w:rPr>
          <w:rFonts w:ascii="Times New Roman" w:hAnsi="Times New Roman" w:eastAsia="Times New Roman" w:cs="Times New Roman"/>
        </w:rPr>
        <w:t>Boroom bi jëfandikoo buur yaa bëj-gànnaaru ngir ne jàq ay àtteem, te doxalin bi mu topp ci Biibël ci lu jëm ci buur yaa bëj-gànnaaru yooyu mooy ne war nañu leen fey ndax liggéey bi ñu ko defal.</w:t>
      </w:r>
    </w:p>
    <w:p>
      <w:pPr>
        <w:pStyle w:val="ArticleScripture"/>
        <w:jc w:val="left"/>
      </w:pPr>
      <w:r>
        <w:rPr>
          <w:rFonts w:ascii="Times New Roman" w:hAnsi="Times New Roman" w:eastAsia="Times New Roman" w:cs="Times New Roman"/>
        </w:rPr>
        <w:t>Te ngeen dëkk ci kër googu, di lekk tey naan li ñu leen jox; ndaxte liggéeykat bi yayoo na peyam. Buleen wër kër ba kër. Luug 10:7.</w:t>
      </w:r>
    </w:p>
    <w:p>
      <w:pPr>
        <w:pStyle w:val="ArticleBody"/>
        <w:jc w:val="left"/>
      </w:pPr>
      <w:r>
        <w:rPr>
          <w:rFonts w:ascii="Times New Roman" w:hAnsi="Times New Roman" w:eastAsia="Times New Roman" w:cs="Times New Roman"/>
        </w:rPr>
        <w:t>Boroom bi jëfandikoo nguurug paap bi ngir mbugal États-Unis bi bu ñuy feesal seen kaasu waxtu natt gi ca ndigalu Dibeer bu léegi di ñëw ba, te peyam mooy ne mu jox Misra nguurug paap bi ngir liggéey bi ñu ko defal. Kàddu Yàlla gu yonnee ci wax ju leer ne Misra dees na ko jox nguurug paap bi, te aayee ñaar-fukk ak ñaar ak ñaar-fukk ak ñett yu Daniel saar fukki benn, dëggal nañu dëgg boobu. Peyu paap bi ngir liggéey bi ñu ko defal mooy ne mu div bopp bi fukki buur yi di yékkati, te mooy kilifa gi di nguuru ci kaw nataalu mala mi ci àddina sépp.</w:t>
      </w:r>
    </w:p>
    <w:p>
      <w:pPr>
        <w:pStyle w:val="ArticleBody"/>
        <w:jc w:val="left"/>
      </w:pPr>
      <w:r>
        <w:rPr>
          <w:rFonts w:ascii="Times New Roman" w:hAnsi="Times New Roman" w:eastAsia="Times New Roman" w:cs="Times New Roman"/>
        </w:rPr>
        <w:t>Trump dafa notu na doole yi ngir moy mooy bopp bu juróom-ñett baat, maanaam mi bokk ci juróom-ñett yi, ci jamono jëmmu rab wi ci États-Unis. Yàqub parti démocrate bi, doolu ndegam wi reyoon Trump ci 2020, léegi mi ngi xew. Kàddu Yàlla masula bàyyikoo. “Weex bu mujje tax ba fas ba daanu” bu parti démocrate bi mooy yonent bu falso bu Islam. Bëgg-bëtgii 7 octobre 2023 dafa dugaloon xeex ci biiram dalal buy ko doxal, te loolu manees na koo jàpp rekk ni muy jëfandikoo wàllu Islam ngir merloo ak sonal xeeti àddina yi. Loolu dina ànd ak yeneen xeex yu gën a tar, di jur gëna rëcc, fekk muy booloo benn xeetu askan yi bokk ci rabu suuf bi, ñi gis njàqare gi nekk ci mbëj mu rëy mu ñu yiwul ci réew mi, mi doole yi bokk ci ndegam wi génne. Te itam dina jur benn jafe-jafe bu ekonomig, doonte jafe-jafe boobu am na ba léegi.</w:t>
      </w:r>
    </w:p>
    <w:p>
      <w:pPr>
        <w:pStyle w:val="ArticleScripture"/>
        <w:jc w:val="left"/>
      </w:pPr>
      <w:r>
        <w:rPr>
          <w:rFonts w:ascii="Times New Roman" w:hAnsi="Times New Roman" w:eastAsia="Times New Roman" w:cs="Times New Roman"/>
        </w:rPr>
        <w:t>«Te bu ko toppukat bu réy jiital dina gëm ne ñi di jaamu Yàlla ñoo waral ay musiba yooyu. Kuréel gi woo xëccoo Yàlla Aasamaan dina sàkkal seen bépp tiis ci kaw ñi, ndax seen déggal yoonu ndigali Yàlla dafay sax di yedd way bàkkaar yi. Dinañu wax ne nit ñi dañuy tooñ Yàlla ndax seen jàll ndigalu bésu Ndeyu-dimbal bi ñuy wax Sunday; te ne bàkkaar boobu moo indi ay musiba yu dul taxaw ba keraak nangu Sunday dees ko daanloo bu baax te dëgg; te ne ñi di yégle dogali ndigalu ñeenteel bi, te ci noonu di yàq ragal Sunday, dañuy jaxas mbooloo mi, te tax ñu bañ dellusi ci yiwug Yàlla ak barkeem addina. Noonu, jiiñ bi ñu mas a bëre ci kanamu jaamub Yàlla dina dellusi, te ci sabab yu méngoo noonu lañu ko di defe: “Te it amoon na, ba Axaab gis Eli, Axaab ne ko: Yaw nga di ki jaxase Israyil? Mu tontu ne: Man jaxasewuma Israyil; waaye yaw ak kër sa baay, ndax da ngeen bàyyi ndigali Boroom bi, te nga topp Baalim yi.” 1 Kings 18:17, 18. Bu merug nit ñi dee jóg ndax ay tuuma yu dul dëgg, dinañu toppal yoonu jëf ci kaw ndaw yi Yàlla yónni, lu mel ni li Israyil gu dàgge woon topp ci kaw Eli.» The Great Controversy, 590.</w:t>
      </w:r>
    </w:p>
    <w:p>
      <w:pPr>
        <w:pStyle w:val="ArticleBody"/>
        <w:jc w:val="left"/>
      </w:pPr>
      <w:r>
        <w:rPr>
          <w:rFonts w:ascii="Times New Roman" w:hAnsi="Times New Roman" w:eastAsia="Times New Roman" w:cs="Times New Roman"/>
        </w:rPr>
        <w:t>Ñi yënguñu bésub, dañuy xam ne ñooy sabab bi tax “ngërëm gu Yàlla ak yokkute gu jamono ji” demee. Bi mu di melal waxtu woowu mi nekk ci sunu kanam, mu tudde Eliya, ak li mu jëfandoo ak Ahab. Seen diisoo ak seen jiiñante ci seen biirante ame na kanam tundu Karmel. Yokkute gu jamono ji ak ngërëm gu Yàlla dañuy demee ndax àtte yu gën a tar, bala yoonu Dibeer bi di ñëw léegi. Xaaj bi ñu cite woon léegi moo jëm ci ab taxawaayu xew-xew yi am diirub nattu yoonu Dibeer bi, waaye am na ñaari waxtuy nattu. Nattu nataalu rab wi, mi am ci diggu kërug Réewum Etazini kese, gannaaw loolu dees na ko delloo ci àddina bépp. Bépp xew-xew bi ñu melal ci xaaj boobu dafa am yeggug waxi yonent ci taariix bi jiitu yoonu Dibeer bi di ñëw léegi, ak ci taariixu jafe-jafe yoonu Dibeer bu àddina si toppu ci gannaawam.</w:t>
      </w:r>
    </w:p>
    <w:p>
      <w:pPr>
        <w:pStyle w:val="ArticleBody"/>
        <w:jc w:val="left"/>
      </w:pPr>
      <w:r>
        <w:rPr>
          <w:rFonts w:ascii="Times New Roman" w:hAnsi="Times New Roman" w:eastAsia="Times New Roman" w:cs="Times New Roman"/>
        </w:rPr>
        <w:t>Paragraf bu jëkk ci Testimonies, waaxtu gu juróom-ñeent, bi tàmbalee ci xët wi fukki ak benn, te loolu mooy wax NINE-ELEVEN, nee na: “Nuy dund ci jamono ji mujje. Màndargay jamono yi, yiy yegg ci yàggul, di firndeel ne ñëwug Kirist a ngi jege lool. Fan yi nuy dunde dañuy fan yu am solo te di lu màgg. Xelum Yàlla mi ngi nekk di ndànk-ndànk, waaye ci lu wóor, bàyyi suuf si. Musiba yi ak àtte yi tàmbali nañoo daanu ci kaw ñi xeeb yiwug Yàlla. Yàqute yiy am ci suuf ak ci géej, xaalisug àddina su dul dal, ak ragal-yëngu xare yi, dañuy màndargay lu war a xew. Ñuy waxtaane lu jëm ci dhacci jëf yu diy ñëw, yu gëna màgg solo.” Bi nettali bi di wéy, ñu gis ci xët wi fukki ak ñeent: “Amuñu ñu bare, sax ci biir ñiy jàngale ak ñiy yor réew, ñiy xam sabab yi nekk ci suufu xaalisug mbirum askan wi tey. Ñiy téye yoonu nguur gi maneesuñoo saafaraal jafe-jafeb yàqute gu jëm ci yoon, néew-doole, baaxantal, ak saytu lu bon biy yokku. Ñoo ngi xeex ci neen ngir samp liggéeyu njariñ ci taxawaay gu gëna wóor. Su nit ñi gëna déglu woon njàngalem Kàddug Yàlla, dinañu gis saafara bu jafe-jafe yi leen di jaaxal.”</w:t>
      </w:r>
    </w:p>
    <w:p>
      <w:pPr>
        <w:pStyle w:val="ArticleScripture"/>
        <w:jc w:val="left"/>
      </w:pPr>
      <w:r>
        <w:rPr>
          <w:rFonts w:ascii="Times New Roman" w:hAnsi="Times New Roman" w:eastAsia="Times New Roman" w:cs="Times New Roman"/>
        </w:rPr>
        <w:t>“Mbind mi ci Mbind mi day wax ne, xaalis ak xaalu àddina si nekk lu jiitu ñëwug ñaareelu Kirist. Ci mbirum nit ñi di dajale alal yu réy jaarale ko ci sàcc ak toj, bind nañu ne: ‘Dangeen dajale alal ngir fan yu mujj yi. Xoolleen, peyu liggéeykat ñi góob seen tool yi, bi ngeen leen tere woon ak nax, di yuuxu; te yuuxuy ña góob yi dugg na ci noppi Boroom bi, Boroom Sabaot. Dangeen dund ci bànneex ak nooy ci suuf si; dangeen yar seen xol ni ci bésu rendi. Dangeen daan tooñ te rey aji jub ji; te moom du leen di weddi.’ James 5:3–6.”</w:t>
      </w:r>
    </w:p>
    <w:p>
      <w:pPr>
        <w:pStyle w:val="ArticleBody"/>
        <w:jc w:val="left"/>
      </w:pPr>
      <w:r>
        <w:rPr>
          <w:rFonts w:ascii="Times New Roman" w:hAnsi="Times New Roman" w:eastAsia="Times New Roman" w:cs="Times New Roman"/>
        </w:rPr>
        <w:t>Ci mujj àdduna, nit ñi dañuy “jàppale ci neen ngir sampu liggéeyu njariñ ci njëg wu gën a wóor.” Demokaraat yi, seen makinaayu yégle ak bankeeru globalist yi, dañuy sonnal seen bopp ci neen, te dañuy fen ci mbirum dëggu dalal xaalis bi ñuy wax ne njiitu Biden bi jot na ci moom. Benn ci misaal yi tektal “àddina ji ci kanam ñëwte ñaareelu Krist,” mooy “nit ñi, jaarale ko ci sàcc ak naxari,” “dajale alal yu réy.” Ñetti aaya yi jiitu aaya yi nekk ci téereb Jacques, yi Sœur White tudd, mooy:</w:t>
      </w:r>
    </w:p>
    <w:p>
      <w:pPr>
        <w:pStyle w:val="ArticleScripture"/>
        <w:jc w:val="left"/>
      </w:pPr>
      <w:r>
        <w:rPr>
          <w:rFonts w:ascii="Times New Roman" w:hAnsi="Times New Roman" w:eastAsia="Times New Roman" w:cs="Times New Roman"/>
        </w:rPr>
        <w:t>Léegi nag, yeen boroom alal yi, jooyleen te yuuxu ngir seen ay tiis yi leen di dikkël. Seen alal yàquna, te seen yére yi ñàmbi lekk na leen. Seen wurus ak seen xaalis weex yi xar nañu; te seen xar mooy seede ci seen kaw, te dina lekk seen yaram mel ni safara. Denc ngeen alal ngir fan yu mujj yi. Jacques 5:1–3.</w:t>
      </w:r>
    </w:p>
    <w:p>
      <w:pPr>
        <w:pStyle w:val="ArticleBody"/>
        <w:jc w:val="left"/>
      </w:pPr>
      <w:r>
        <w:rPr>
          <w:rFonts w:ascii="Times New Roman" w:hAnsi="Times New Roman" w:eastAsia="Times New Roman" w:cs="Times New Roman"/>
        </w:rPr>
        <w:t>Menn aji-jàmmu “bés yu mujj yi” mooy bi amee nit ñu xam ci seen alal ju réy lool, te alal jooju dañu ko jur ci nax. Nit ñooñu dañuy nekk ci xibaar yi bés bu nekk. Jamono jooju agsi na. Ci jamono jooju, alalu bankeeru àddina ak milyarder yooyu dañu ko melal ni wurus ak xaalis, te di lu xur. Xaalis ak wurus duñu xur; kon Mbind mi sell mi ngi jox misaal bu yéeme lool ci lu xew ci alalu nit ñi bare alal ci bés yu mujj yi, ndaxte seen wurus ak seen xaalis dina xur. Màndarga njàqare ekonomig boobu feeñoon na bi ñatteelu musiba ba agsee, ci 11 Septambar 2001. Islaam gu ñatteelu Musiba ga mooy ngelawlu penku gi ci kàddu-yonent yi ci Biibël bi, te ci bés yu mujj yi mooy ngelawlu penku googu guy suuxal ekonomii gi, ni ko gaal yu Tarsis di tegtal.</w:t>
      </w:r>
    </w:p>
    <w:p>
      <w:pPr>
        <w:pStyle w:val="ArticleScripture"/>
        <w:jc w:val="left"/>
      </w:pPr>
      <w:r>
        <w:rPr>
          <w:rFonts w:ascii="Times New Roman" w:hAnsi="Times New Roman" w:eastAsia="Times New Roman" w:cs="Times New Roman"/>
        </w:rPr>
        <w:t>Ndaxte buur ya dañoo dajale woon, ñu jaarandoon benn yoon. Bi ñu ko gisee, ñu tiit lool; ñu jàq, gaaw a daw. Foofu ragal daldi leen jàpp, ak metit gu mel ni jigéen ju nekk ci mat. Yow nga damm gaal yu Tarshish ak ngelaw gu jógë ca penku. Sabóor 48:4–7.</w:t>
      </w:r>
    </w:p>
    <w:p>
      <w:pPr>
        <w:pStyle w:val="ArticleBody"/>
        <w:jc w:val="left"/>
      </w:pPr>
      <w:r>
        <w:rPr>
          <w:rFonts w:ascii="Times New Roman" w:hAnsi="Times New Roman" w:eastAsia="Times New Roman" w:cs="Times New Roman"/>
        </w:rPr>
        <w:t>Buur yu bëj-gàdd yi, milyardéer yi ak banke yi nekk ci tiit ak metit bu tar bu ngelaw gu bawoo penku mi, mi mel ni merum xeeti àddina yi di gëna jolli ni jigéen ju nekk ci njurëm, te muy li Islaam, miy ñetteelu wóor wa, jur, suul gaal yu Tarshish ya. Islaam mu ngi ci wetu dajale ekonomii bu dëkk ak bu àddina bi, te jur wàllu ekonomii ak politig wu méngoo bu baax ak dooley Trump, du yu Démokaraat yi walla yu bëj-gàdd yi; ndaxte kàttanu nagoog bi joxees na ko ci juróomeelu bopp bi, bi bokk ci juróom-ñaari bopp yi, ndax “liggéey yi mu def”. Yàlla jëfandikoo na Trump ngir yëngu lépp réewum Gereg yi, ndaxte léegi Yàlla mi ngi indi xaalis yi ak xaal yi ngir àddina si bépp ñu xàjjal ko ci ñaari xeet.</w:t>
      </w:r>
    </w:p>
    <w:p>
      <w:pPr>
        <w:pStyle w:val="ArticleBody"/>
        <w:jc w:val="left"/>
      </w:pPr>
      <w:r>
        <w:rPr>
          <w:rFonts w:ascii="Times New Roman" w:hAnsi="Times New Roman" w:eastAsia="Times New Roman" w:cs="Times New Roman"/>
        </w:rPr>
        <w:t>Sistemu koom-koom bu globalist yi di doxal léegi, yënguwoon na njëkk ci nguurug Woodrow Wilson, ab Demokaraat buñu fal woon ndax dafa digoon ne dina tere Estados Iñis yi bokk ci xare bi njëg bëgg a tàmbali, waaye mu mujjee ne moom moo nekk prezidaaŋ bi yoroon Njàngatale Xarey Àddina bi njëkk. Wilson siiw na gën a xamle ngir ni mu taxawaloon Ligue des Nations, bi doon jiitu Mbootaayu Xeet yi. Ci jamono nguuram, tabaxu finanseri Estados Iñis yi jébbalees na ko ci loxo globalist yi, ba Wilson joxee yoonu koom-koomu réew mi ci suufu Federal Reserve System bi ci atum 1913.</w:t>
      </w:r>
    </w:p>
    <w:p>
      <w:pPr>
        <w:pStyle w:val="ArticleBody"/>
        <w:jc w:val="left"/>
      </w:pPr>
      <w:r>
        <w:rPr>
          <w:rFonts w:ascii="Times New Roman" w:hAnsi="Times New Roman" w:eastAsia="Times New Roman" w:cs="Times New Roman"/>
        </w:rPr>
        <w:t>Melo yiif yi ci njiitu Njàngatub Àddina bu njëkk mooy woon diggeem ne du dem ci xare, te loolu fen la woon. Moom moo doon ki gën a feeñ ci taarix buy yékkati nguur-gu-benn-àddina gu League of Nations, te moo jiite woon ba xaalisu Etats-Unis jébbal ko bankeer yi àddina. Mu nguuru woon dale ko ci 1913 ba 1921. Ci 1919, ñetteelu xeetu Adventism, bi mel ni jàppandikoo ak àddina, dafa doon doxandoo ak jàppandikoo Wilson ak àddina, ndaxte ñaari wéjj yi dañuy dawandoo ak seen bopp. Ci ñetteelu xeetu Adventisme Laodise, dañoo jébbal saytu seen sistemu faj ak seen sistemu njàngale ci loxoy ñi nekk ci biti seen sañ-sañu nguur gu xelam. Ci jamono jooju itam, Wilson jébbal na sañ-sañu xaalisu Etats-Unis ci bankeer yu globalist yi, te liggéey na ci lu dul sonnal ngir jébbal sañ-sañu politigu Etats-Unis ci globalist yi, waaye mu mënul ko def.</w:t>
      </w:r>
    </w:p>
    <w:p>
      <w:pPr>
        <w:pStyle w:val="ArticleBody"/>
        <w:jc w:val="left"/>
      </w:pPr>
      <w:r>
        <w:rPr>
          <w:rFonts w:ascii="Times New Roman" w:hAnsi="Times New Roman" w:eastAsia="Times New Roman" w:cs="Times New Roman"/>
        </w:rPr>
        <w:t>Wilson, ci nekk ci njàlbéenug Réew mi ca Biir Gëstu Àdduna bi njëkk, dafay tegtal melokaan yu wax ci yonent yi te di màggal xeetu askan wi ñetteelu xareb àdduna. Moom dafay tegtal ab taarix bu Saxal Xaalis bu Réew mi (Federal Reserve) bokk ci yëngu-yëngoo yi di saytu ekonomig àdduna ci jubluwaay bi gëna siiw ci ajandaa yu globalist yi, waxuma ci nguurug boppam bu Amerig. Dafay tegtal itam ab njàlbéen bu nekk fa ba keroog yoon wu beesu àdduna (New World Order) mujjee jot sa bëtam, di nekk juróom-ñaareelu nguur gi waxi Kàddu Yàlla yonent yi di wax, doonte seen nguur gàtt la. Dëgg gu nekk ci lii sax na ci kaw ñaari seede, ndax li Wilson doon jéem te mënu koo ànd ak Mbooloom Xeet yi (League of Nations) gannaaw Xareb Àdduna bi njëkk, moo doon misaal bu Ameerik di bokk ci Mbooloom Xeet yu Bennoo yi (United Nations) léegi gannaaw Xareb Àdduna bi ñaar. Ci kaw ñaari seede yooyu, yoonu Diminik bi di ñëw bu yàggul, bi war a indi yàqute réew, dina jébbal taxawaayu Mbooloom Xeet yu Bennoo yi ngir muy nguur gi benn ci àdduna bi globalist yi di jéem a teg lu dale woon ci jamonoji njàlbéenu Woodrow Wilson.</w:t>
      </w:r>
    </w:p>
    <w:p>
      <w:pPr>
        <w:pStyle w:val="ArticleBody"/>
        <w:jc w:val="left"/>
      </w:pPr>
      <w:r>
        <w:rPr>
          <w:rFonts w:ascii="Times New Roman" w:hAnsi="Times New Roman" w:eastAsia="Times New Roman" w:cs="Times New Roman"/>
        </w:rPr>
        <w:t>Fàttali yonent yi war naa am ci nguurug juróom-ñaaréel te mujj gi, bi bokk ci ñaari juróom-ñaar. Ginnaaw Wilson, Warren Harding moo ko topp, miy Réewlikëñ, te moom moo ubbi jamono ji ñuy wax “the roaring twenties,” te loolu indi wàllum 1929 bi, te loolu indi Njàqare gu Mag ga, te loolu indi Ñaareelu Xareb Aduna bi. Nguru Trump bu njëkk bi mooy “the roaring twenties,” te Biden mu ngi ci njàkk a ubbi Njàqare gu gëna mag ci jaar-jaaru bindu mala-mboola suuf si. Njàqare googu, wàllum 1929 bi moo ko doon misaal, waaye itam “panic of 1837” ci jamonoy Ellen White.</w:t>
      </w:r>
    </w:p>
    <w:p>
      <w:pPr>
        <w:pStyle w:val="ArticleBody"/>
        <w:jc w:val="left"/>
      </w:pPr>
      <w:r>
        <w:rPr>
          <w:rFonts w:ascii="Times New Roman" w:hAnsi="Times New Roman" w:eastAsia="Times New Roman" w:cs="Times New Roman"/>
        </w:rPr>
        <w:t>Réewum Mërik ci at yi 1830, ñuy ko baaxee wax ne mooy “Panic of 1837.” Moo doon yàqute gu metti ci mbirum koom-koom, ga tàmbalee ci 1837 ba egg ci diggante at yi 1840, te jàpp lu bare ci dekkaadu at yi 1830. “Panic of 1837” bi dañoo ko xàmmee ci yëngu-yënguy xaalis bu metti, bank yu ëpp a daanu, ñàkk liggéey gu siiw, ak jamono ju yàgg ju koom-koom di jaar ci ay tiis ak ay metit.</w:t>
      </w:r>
    </w:p>
    <w:p>
      <w:pPr>
        <w:pStyle w:val="ArticleBody"/>
        <w:jc w:val="left"/>
      </w:pPr>
      <w:r>
        <w:rPr>
          <w:rFonts w:ascii="Times New Roman" w:hAnsi="Times New Roman" w:eastAsia="Times New Roman" w:cs="Times New Roman"/>
        </w:rPr>
        <w:t>“Speculative Bubble” moo taxawal Kàttan bu mag bu atoon 1837, ni mu mel ci buur-bàjjan bu 1929. Ci atoon 1837, ba baal bi doxatulee, loolu jur na ay bankaruut bu yaatu ak ay yàqule xaalis yu bare. Toppandoo ak baal buy speculer, ay bank yu bare daanu nañu, te loolu indi na ñàkk kóolut ci sistemu bank yi ak tiit gu mag ci wàllu xaalis ci biir réew mi. Yoonu dëkku ekonomig bu àddina si, bi yokkutale woon ndax wàññiku njuumaay jaay-ak-jënd ci diggante réew yi ak ndax bëgg gi wàññikoo woon ci yi Amerika di yónnee bitim-réew, moo yokk coono yu ekonomig yi ci États-Unis.</w:t>
      </w:r>
    </w:p>
    <w:p>
      <w:pPr>
        <w:pStyle w:val="ArticleBody"/>
        <w:jc w:val="left"/>
      </w:pPr>
      <w:r>
        <w:rPr>
          <w:rFonts w:ascii="Times New Roman" w:hAnsi="Times New Roman" w:eastAsia="Times New Roman" w:cs="Times New Roman"/>
        </w:rPr>
        <w:t>Mbëggeel gu 1929, mi màrkée njàlbéenu Njagal gu Mag ga, àndoon na ak ben buubbu spéculatif ci Marché des actions bi. Ci at yi 1920, amoon na ci États-Unis jamono ju beesu yokkute ekonomig, ju ñuy wax Roaring Twenties, te li ko mel mooy yaatuwaay gu gaaw ci industri, yeesal xam-xam ak jumtukaay, ak yaakaar gu yaatu. Ci jamono jooju, spéculation bi ci Marché des actions bi yëggoon na lool, ndax facilité crédit, trading sur marge (jënd actions ak xaalis buñu leb), ak jëndum actions ngir spéculation ci kaw yaakaaru yokkute njég yi ci ëllëg, waaye du ci njariñu dëggu biir gi tax. Njégi actions yi yéegoon nañu ba ci tolluwaay yu dul man a sax, te ëpp lool njariñu dëggu kampani yi ñu doon tegtal.</w:t>
      </w:r>
    </w:p>
    <w:p>
      <w:pPr>
        <w:pStyle w:val="ArticleBody"/>
        <w:jc w:val="left"/>
      </w:pPr>
      <w:r>
        <w:rPr>
          <w:rFonts w:ascii="Times New Roman" w:hAnsi="Times New Roman" w:eastAsia="Times New Roman" w:cs="Times New Roman"/>
        </w:rPr>
        <w:t>Dale koor mars 2000 ba oktoobar 2002, “dot-com bubble” bi daanu. 11 septambar 2001 dafa nekkoon ci biir yooyu yëngu-yëngu ekonomig yi. Gannaaw loolu, ci atum 2008, “housing bubble” bi itam daanu, te woowees na ko Kriz Finansiyeer bu Addina Siif walla Récession bu Mag bi.</w:t>
      </w:r>
    </w:p>
    <w:p>
      <w:pPr>
        <w:pStyle w:val="ArticleBody"/>
        <w:jc w:val="left"/>
      </w:pPr>
      <w:r>
        <w:rPr>
          <w:rFonts w:ascii="Times New Roman" w:hAnsi="Times New Roman" w:eastAsia="Times New Roman" w:cs="Times New Roman"/>
        </w:rPr>
        <w:t>Balaa ba ca yoonu ndigalu dimaas, ñàkk xéewal gu àddina gu waa réewum Etazini dinañu ko jël. Jëleefug xéewal gu àddina gi di am ci biir jamonoy sëllalug téeméer ak ñeent-fukk ak ñeent-juróom-ñeent ñi. Njëkki màndarga ci jamonoy sëllal gi dafa nekkoon ci biir yënguteg ekonomii bu réy. 11 Sàttumbar 2001 moo doon dooleel malaaka bu ñetteel bi, te ba malaaka boobu agsee woon ci 1844, taarix boobu itam dafa nekkoon ci biir yënguteg ekonomii bu réy. 1844 mooy misaal buy tegtal ndigalu dimaas bi di ñëw léegi, te 11 Sàttumbar 2001 mooy tàmbalug jamonoy sëllal gi. Yeesu dafa sax di misaale jeexital benn mbir ak tàmbalum benn mbir. Yënguteg ekonomii bu réy bu 1929 jiitu na te indi na Xareb Àddina bu Ñaareel bi.</w:t>
      </w:r>
    </w:p>
    <w:p>
      <w:pPr>
        <w:pStyle w:val="ArticleBody"/>
        <w:jc w:val="left"/>
      </w:pPr>
      <w:r>
        <w:rPr>
          <w:rFonts w:ascii="Times New Roman" w:hAnsi="Times New Roman" w:eastAsia="Times New Roman" w:cs="Times New Roman"/>
        </w:rPr>
        <w:t>Dina yokk ci njàngum bii ci mbind mi ci topp.</w:t>
      </w:r>
    </w:p>
    <w:p>
      <w:pPr>
        <w:pStyle w:val="ArticleScripture"/>
        <w:jc w:val="left"/>
      </w:pPr>
      <w:r>
        <w:rPr>
          <w:rFonts w:ascii="Times New Roman" w:hAnsi="Times New Roman" w:eastAsia="Times New Roman" w:cs="Times New Roman"/>
        </w:rPr>
        <w:t>«Am na nekk ci sunu biir nit ñi, benn bañu liggéey bu yàgg te doy waar, ak ngëmadi bu bon-bon, te loolu moo nu téye ba nu mënuñoo def liggéey bi Yàlla bàyyi ci sunu kaw, mooy nu wone sunu leer ngir nit ñi bokk ci yeneen xeeti réew. Am na ragal gu tax ñu bañ a génn, di jëfandikoo fit ak nattu risk ci liggéey gu màgg gii, ndaxte ñu ragal ne xaalis bi ñuy jox du indi njariñ. Lu muy doon suñu jëfandikoo xaalis te moona gisuñu ne ruuy yi mucc nañu ko ci? Lu muy doon su amee benn yàqule bu dëgg ci benn cér ci sunu alal? Gën na ñu liggéey te sax ci liggéey, bu nu def dara dara. Xamuleen ban moo mana am njariñ, lii walla loolii. Nit ñi dañuy def seen alal ci sañ-sañi patent te daj ak yàqule yu réy, te ñu jàpp ko ne lu biasa la. Waaye ci liggéey ak mbirum Yàlla, nit ñi dañuy ragal a nattu. Xaalis dafa mel ni ku yàqu ko rek ci seen gis-gis, bu fekkee ne du indi njariñ bu gaaw bu ñuy gis, su ñu ko jëfandikoo ci liggéeyu musal ruuy yi. Xaalis boobu sax, bi ñuy jox léegi ci yoon wi Yàlla ci lu néew-néew, te ñu téye ko ci bëgg-bopp, ci lu néew dinañu ko sànni, ànd ak bépp xërëm, ci ginnaaw sëriñ yi ak yànj yi. Xaalis dina yàqu ci njariñam ci gaaw-gaaw, bu dëggug jamono yu ba fàww di ubbi ci xel ak yëfi nit.» The True Missionary, 1er janvier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Daaniyeel — Téeméeri benn-fukk ak ñeent-fukk ak juróom-ñeent</dc:title>
  <dc:subject>Tegginu Kàddu Yàlla ci mbirum wax yu ëpp solo ci bés yi ñëw ak xew-xewu jamono ji: Gis-gisu ci politig bu tey ak simbóolismu diine</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