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Tëeméeri benn téeméer ak ñeent-fukk ak juróom-benni bennoon</w:t>
      </w:r>
    </w:p>
    <w:p>
      <w:pPr>
        <w:pStyle w:val="ArticleSubtitle"/>
        <w:jc w:val="left"/>
      </w:pPr>
      <w:r>
        <w:rPr>
          <w:rFonts w:ascii="Arial" w:hAnsi="Arial" w:eastAsia="Arial" w:cs="Arial"/>
        </w:rPr>
        <w:t>Ubbi way-gu xàllu ci waxi yonent yi: Prezident bu mujj bi, nguur gu noor, ak yoonu Dibéer buy ñëw léegi-ci-gannaaw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Nu ngi ci yoonu xamantewaat ak bépp mbir mu wax ci jamono ju gëm ci kàdduy yonent yi, bi president bu mujj bu États-Unis di jot kàttan ngir nekk kilifa gu ëppal boppam ci jaar-jaaru taarix bi jëme ci yoonu Dibér bu Dibeer buy ñëw léegi. Benn mbir du am ci wetu muyiwul dara, te askanu rab wu suuf si dafa génn a séddoo ci mel ni mu nekk ci seen xalaat ci Trump. Ñi koy yëg ci xelam man nañu gis bu yomb lu tax mu wara setal “swamp” bi, ak lu tax mbir moomu mëna amul ngir am, su dul Trump jël wér-gu-yaram wu kilifa gu ëppal boppam. Kilifay ñu gën a am kàttan ñooy ñi ñu bare ci askan wi di taage liggéey bi kilifa googu di jéem a def. Balaa Hitler di yéeg ci kàttan, dafa waroon nga fees benn brouette ak xaalis ngir man a jënd benn mburu.</w:t>
      </w:r>
    </w:p>
    <w:p>
      <w:pPr>
        <w:pStyle w:val="ArticleBody"/>
        <w:jc w:val="left"/>
      </w:pPr>
      <w:r>
        <w:rPr>
          <w:rFonts w:ascii="Times New Roman" w:hAnsi="Times New Roman" w:eastAsia="Times New Roman" w:cs="Times New Roman"/>
        </w:rPr>
        <w:t>Hitler moo wéyatal xaalis wa, te doonte Almaan yi bëggulñu nangul lu bari ci moomeel waxtu woowu, Hitler amoon na ndimbal yu yaatu ngir liggéeyam. Jafe-jafe yi jëm ci Ameerik bu Bennoo ak àddina bépp dañuy jur wuute diggante ay way-dékk, te léegi dañuy rëdd ay xàll. Jamono ji tambalee ci Xareb Réew mi ba ca 1798 dafa teg benn jamono waajal bu dëppook jamono jiirug téereel ga ñuy wax benn téeméeri ñeent-fukk ak ñeenti junni. Patriot Act bi màndargaal na njàlbéenu delluwaay gu xel ci Xareb Réew mi. Yeesu dafa sax di wone mujj gi ak njàlbéen ga, te rab wu suuf wi tambalee na ak Xareb Réew mi, noonu it la di jeexee ak benn. Ki njëkk ki dafa nekkoon dëgg-dëgg; ki mujj ki, ci xel la.</w:t>
      </w:r>
    </w:p>
    <w:p>
      <w:pPr>
        <w:pStyle w:val="ArticleBody"/>
        <w:jc w:val="left"/>
      </w:pPr>
      <w:r>
        <w:rPr>
          <w:rFonts w:ascii="Times New Roman" w:hAnsi="Times New Roman" w:eastAsia="Times New Roman" w:cs="Times New Roman"/>
        </w:rPr>
        <w:t>Xareb Amerik bi dafa am xeeti-jëmm la woon, te dinañu ko dellu ci fan yu mujj yi. Moo màndargaal ag ñëwug njëkk bi doon njiitu Réew mi ci pati Républicain, te kooku di misaalug njiitu Réew bu mujj bi ci pati Républicain. Pati Républicain juddu na ni pati buy xeex jaamkat, ngir weddi pati Democrate bi yàgg a taxaw, bi doon pati buy dëggal jaamkat. Weranteb politig boobu moo jur xareb xeeti-jëmm boobu ak njiitug Lincoln. Kon nag, maneesu koo xaajale ak xareb xeeti-jëmm boobu, moom njiitu Réew bu njëkk bi ci pati Républicain; noonu itam njiitu Réew bu mujj bi ci pati Républicain dina donn ci jëfandikoom ndëgëm gu gaaw, muy njëlbéen gu ci kanam xareb xeeti-jëmm. Yeesu dafa jëfandikoo àddina ju bind ngir leeral àddina ju xel mi. Pati mboxtaal buy dragon, baayam mooy baayu fen kat, te màndarga bu pati Democrate mooy fen. Misaal bu xóot ci pexe boobu mooy seen wax ne ñoom lañuy pati biy yërëm wa ñu néew doole.</w:t>
      </w:r>
    </w:p>
    <w:p>
      <w:pPr>
        <w:pStyle w:val="ArticleScripture"/>
        <w:jc w:val="left"/>
      </w:pPr>
      <w:r>
        <w:rPr>
          <w:rFonts w:ascii="Times New Roman" w:hAnsi="Times New Roman" w:eastAsia="Times New Roman" w:cs="Times New Roman"/>
        </w:rPr>
        <w:t>Wottuleen ci yonent yu dul dëgg, ñiy ñëw ci yérey xar, waaye ci biir seen xol ay bëy yu mar lañu. Dangeen leen a xàm ci seen njariñ. Ndax nit ñi daan nañu dajale reseñ ci dëg yu am degg, walla fig ci garab yu dëgër? Noonu itam, bépp garab gu baax day jur njariñ yu baax; waaye garab gu yàqu day jur njariñ yu bon. Garab gu baax mënul jur njariñ yu bon, te itam garab gu yàqu mënul jur njariñ yu baax. Bépp garab gu jurul njariñ yu baax, dees na ko dagg, sànni ko ci safara. Kon nag ci seen njariñ ngeen di leen xàm. Macë 7:15–20.</w:t>
      </w:r>
    </w:p>
    <w:p>
      <w:pPr>
        <w:pStyle w:val="ArticleBody"/>
        <w:jc w:val="left"/>
      </w:pPr>
      <w:r>
        <w:rPr>
          <w:rFonts w:ascii="Times New Roman" w:hAnsi="Times New Roman" w:eastAsia="Times New Roman" w:cs="Times New Roman"/>
        </w:rPr>
        <w:t>Xoort yi mooy dogal meññef yi muy jur, te xoortu parti Démocrate mooy seen taxawaay gu bokk ci jaamkat. Xoortu parti Républicain mooy seen taxawaay gu weddi jaamkat.</w:t>
      </w:r>
    </w:p>
    <w:p>
      <w:pPr>
        <w:pStyle w:val="ArticleScripture"/>
        <w:jc w:val="left"/>
      </w:pPr>
      <w:r>
        <w:rPr>
          <w:rFonts w:ascii="Times New Roman" w:hAnsi="Times New Roman" w:eastAsia="Times New Roman" w:cs="Times New Roman"/>
        </w:rPr>
        <w:t>Yow a jub ci njub, Yow Boroom bi, bu ma lay diisoo; waaye na ma wax ak yaw ci sa àtte yi: lu tax yoonu ñi bon di am jàmm? lu tax ñépp ñi di def njubadi gu réy di bégg? Yaa leen jëmbët, waaw, ñoo sax ci suuf; dañuy màgg, waaw, dañuy jur meññent; yaa ngi jege ci seen gémmiñ, waaye yaa sori ci seen xol. Jeremiah 12:1, 2.</w:t>
      </w:r>
    </w:p>
    <w:p>
      <w:pPr>
        <w:pStyle w:val="ArticleBody"/>
        <w:jc w:val="left"/>
      </w:pPr>
      <w:r>
        <w:rPr>
          <w:rFonts w:ascii="Times New Roman" w:hAnsi="Times New Roman" w:eastAsia="Times New Roman" w:cs="Times New Roman"/>
        </w:rPr>
        <w:t>Xareb bi di ñëw mooy feeñ ci wàllug “nit ñi am xaalis,” ni ko Sister White woowe, ñuy saytu kërug jaay ak jënd ngir góob alalu xeeti réew yi, te di noot ñi néew doole.</w:t>
      </w:r>
    </w:p>
    <w:p>
      <w:pPr>
        <w:pStyle w:val="ArticleScripture"/>
        <w:jc w:val="left"/>
      </w:pPr>
      <w:r>
        <w:rPr>
          <w:rFonts w:ascii="Times New Roman" w:hAnsi="Times New Roman" w:eastAsia="Times New Roman" w:cs="Times New Roman"/>
        </w:rPr>
        <w:t>“Ca Indi, Siin, Rusi, ak dëkk yu Amerik, junniy góor ak jigéen a ngi dee ndax xiif. Nit ñi am xaalis, ndaxte ñoo yor kàttan, ñoo ngiy saytu marse bi. Ñuy jënd ak njëg yu suufe li leen man a jot yépp, te gannaaw ga ñuy jaay ko ak njëg yu gën a yéeg lool. Loolu mooy indi xiif ak alag ci nit ñi gëna néew xaalis, te dina jur xareb réew mi ci biir.” Manuscript Releases, volume 5, 305.</w:t>
      </w:r>
    </w:p>
    <w:p>
      <w:pPr>
        <w:pStyle w:val="ArticleBody"/>
        <w:jc w:val="left"/>
      </w:pPr>
      <w:r>
        <w:rPr>
          <w:rFonts w:ascii="Times New Roman" w:hAnsi="Times New Roman" w:eastAsia="Times New Roman" w:cs="Times New Roman"/>
        </w:rPr>
        <w:t>Xareb Civili bi nekk ci jamonoy Lincoln dafa doon lu dëgg te mu jëm ci jaamkat gu dëgg. Globalist yi aj ndigalu njaay mi ngi sàkk ci mujjug fan yi ab Xareb Civili buy tënk seen coono ngir far klas bu digg ba des rek elit yu bare alal lool ak jaam yu ñàkk lool. Klas bu digg moo di li di wattu sañ-sañu askan wi, ekonomig ak diine, te bu ñu ko dindi amatul benn xarala buy tere sampug sistemu féodal. Jëf ju gën a mag ju Révolution française defoon mooy ne mu jeexal sistemu féodal, mi globalist yi léegi di wut a dellooat, jaarale ko ci dindi klas bu digg bi. Përu globalist yi dafay sukkandiku lool ci feesal klas bu digg bi ak ay émigré yu dul yoon, loolu di wàññi meññeefu ekonomig, suufeel pey yi te yaatal sistemu njariñu ndimbalum réew mi.</w:t>
      </w:r>
    </w:p>
    <w:p>
      <w:pPr>
        <w:pStyle w:val="ArticleBody"/>
        <w:jc w:val="left"/>
      </w:pPr>
      <w:r>
        <w:rPr>
          <w:rFonts w:ascii="Times New Roman" w:hAnsi="Times New Roman" w:eastAsia="Times New Roman" w:cs="Times New Roman"/>
        </w:rPr>
        <w:t>Bala muy jiitu Aduna gu Ñaareel, ci jamono yu ñaw yu réy yi, Baay Charles Coughlin, ab saraxalekat Room-Katolik, am na turu ndax ndaje yi mu daan jottali ci rediyo, te yooyu daan yegg ci ay milyoniy déglu-kat ci réew mi bépp. Jottali rediyo yi mu daan def, ci seen doole ak seen njariñ, daan ànd ak li Rush Limbaugh amoon ci jamono yi weesu. Coughlin jëfandikoo na sa bërabam ci rediyo ngir wax ci lu bare, boole ci politig, ekonomi, ak mbirum askan wi. Ca njàlbéen ga mu doon taage Prezidaa Franklin D. Roosevelt ak porogaraamam bu ñuy wax New Deal. Jottali rediyo yi Coughlin daan def, yi mën a bari ci safara ak ci werante, tax nañu mu nekk nit ku feeñ ci politigu Amerik. Doonte amoon na ay ñu bare te takku bu baax ci moom, waaye daan na jànkoonte itam ak xaste ak yedd ci ay bérab yu bare ndax gis-gisam yu ëppu.</w:t>
      </w:r>
    </w:p>
    <w:p>
      <w:pPr>
        <w:pStyle w:val="ArticleBody"/>
        <w:jc w:val="left"/>
      </w:pPr>
      <w:r>
        <w:rPr>
          <w:rFonts w:ascii="Times New Roman" w:hAnsi="Times New Roman" w:eastAsia="Times New Roman" w:cs="Times New Roman"/>
        </w:rPr>
        <w:t>Xalaat yu njëkk ci politig, ci koom-koom ak ci mbirum askan wi Coughlin moo Franklin Roosevelt nangu, te nekk nañu doon paccam ngir ay politigam yu New Deal, yi jël ci biir seen diggante njàqare gu yokku-yokku gu sistemu Social Security ak sistemu welfare bi ca United States. Ay politigam yu New Deal doon nañu màndargay cërëmam, te doon benn cër ci xel mi yonnee ci misaal bu yonent bi, bi yóbbu woon ci, te topp ci ginnaaw, Xareb Àddina Ñaareel bi. “Ci seen njuróom lañu leen di xàmmee.” Ndax ndigalug politig yu New Deal yu Roosevelt, jafe-jafe ju réy ji (great depression) yàgg na fu gëna yaatu ci United States gën a benn yeneen réew ci àddina si.</w:t>
      </w:r>
    </w:p>
    <w:p>
      <w:pPr>
        <w:pStyle w:val="ArticleBody"/>
        <w:jc w:val="left"/>
      </w:pPr>
      <w:r>
        <w:rPr>
          <w:rFonts w:ascii="Times New Roman" w:hAnsi="Times New Roman" w:eastAsia="Times New Roman" w:cs="Times New Roman"/>
        </w:rPr>
        <w:t>Roosevelt nekkoon na ci Democratic Party, te moo tax mu doon ab globalist buy topp xelmu njiitub ngor. Politigi New Deal yi mu tàmbalee bokkoon nañu ci pexe bu yàgg ngir sos ay waay yu bare alal lool ak ay waay yu bare ñàkk alal lool. Jaamug dëgg gi nekkoon ci Jamonoy Xareb Réew yi di misaalu jaamug ruu ak jaamug ekonomig yi tey di gaaw a yokku lool, ndax yeneen doolekat yu bare alal, di jaaykat yu Babilon bu bees bi, ñoo ngi finansé doxantu duggu-yoon wu yàgg wiir yoon wi ñu defar ngir yóbbu New Deal bu Roosevelt ci seen xam-xam ci matug yaram. Njiitukaay bu mujj bi, ki dina jànkoonte ak Xareb Àdduna bi Ñetteel, dina it jànkoonte ak jafe-jafe gu njëriñu program bu wéeruw askan wi ci ndimbalug réew, bi njiitukaay ba ci Jamonoy Xareb Àdduna bi Ñaareel sampoon. Yëgleb wax ju sell jàppale na dëgg gii, te moom it moo xamale ne njiit yi ci jamono yu mujj yi duñu xam nu ñuy saafaraale jafe-jafe boobu.</w:t>
      </w:r>
    </w:p>
    <w:p>
      <w:pPr>
        <w:pStyle w:val="ArticleScripture"/>
        <w:jc w:val="left"/>
      </w:pPr>
      <w:r>
        <w:rPr>
          <w:rFonts w:ascii="Times New Roman" w:hAnsi="Times New Roman" w:eastAsia="Times New Roman" w:cs="Times New Roman"/>
        </w:rPr>
        <w:t>“Ñu barewul, sax ci biir jàngalekat yi ak nit ñi di yor réew, ñoo xam sabab yi nekk ci suuf xaalis tolluwaayu jamiiw jamono jii. Ñi yor ngànnaayu nguuru gi manul a saafara jafe-jafebu yàqute jikko, ñàkk alal, ñàkk doole, ak yooni tooñ yu di yokku. Ñu ngi jéem rekk ci neen ñàkk njariñ ngir teg doxalin liggéey yi ci dal bu gën a wóor. Bu nit ñi dégluwoon gën njàngale Kàddu Yàlla, dinañu gis saafara jafe-jafe yi leen di jaaxle.”</w:t>
      </w:r>
    </w:p>
    <w:p>
      <w:pPr>
        <w:pStyle w:val="ArticleScripture"/>
        <w:jc w:val="left"/>
      </w:pPr>
      <w:r>
        <w:rPr>
          <w:rFonts w:ascii="Times New Roman" w:hAnsi="Times New Roman" w:eastAsia="Times New Roman" w:cs="Times New Roman"/>
        </w:rPr>
        <w:t>“Bind yi mel ni Mbind mi diis na xaalis aduna bi ci kanam ñëwkat gu ñaareelu Almasi bi. Ci mbirum nit ñi di dajale alal yu réy jaarale ko ci sàcc ak njubadi, ñu bind na ci ñoom ne: ‘Dangeen dajale alal ngir fan yu mujj yi. Xoolleen, peyu liggéeykat yi góob seen tool yi, bi ngeen leen téyeeku ci naxari, di yuuxu; te yuuxu góobkat yi jàpp na ba ca noppu Boroom Sabaot. Dangeen dund ci bànneex ci suuf si, te di bàyyi seen bopp; dangeen yar seen xol ni ci bésu rendi. Dangeen daan ak rey ku jub ki; te du leen tegtoo.’ James 5:3–6.” Testimonies, volim 9, 13.</w:t>
      </w:r>
    </w:p>
    <w:p>
      <w:pPr>
        <w:pStyle w:val="ArticleBody"/>
        <w:jc w:val="left"/>
      </w:pPr>
      <w:r>
        <w:rPr>
          <w:rFonts w:ascii="Times New Roman" w:hAnsi="Times New Roman" w:eastAsia="Times New Roman" w:cs="Times New Roman"/>
        </w:rPr>
        <w:t>Prezidaŋ bu mujj mi dina “yor xar yi nguur gi,” waaye du man “saafara jafe-jafe musiba ak yàqute jikko yi, néew-doole, xaalisadi, ak yàqu-yàqu yi di yokku.” Te itam du man “sampu liggéeyu njaay ci tëranga gu gën a wóor.” Lépp lu mel nii, dafa jëm ci bankier yi ak jaaykatu alal yu bare yi ci fan yu mujj yi. Baat bi “xaalisadi,” ñu ngi koy jëfandikoo ngir melal xaalis ak dund gu ñaaw gu ñiy sukkandiku ci ndimbal bu ñaaw walla welfare bu nguur yi ci gox yi mbaa kuréel yu di joxe ndimbal di may. Ci ñu barey askan, xaalisadi dafa nekkoon lu ànd ak toroxalug mbooloo, te lu bari dafa waral ñi nekk ci néew-doole ñu génn ci diggante mbooloo te ñu daan leen di xeeb ak di leen tànn. Porogaraam bi ci jaar-jaaru Amerig, bi jur “xaalisadi,” mooy porogaraam bi ñuy wax ne dañu ko sos ngir dimbali ñi tàbbi ci néew-doole ngir ñu man a yékkati seen bopp. Waaye bu dee dëgg, moo jur ab sistemu welfare bu nguur ngir tëj ñaari ñooñu ci jaamu ekonomig.</w:t>
      </w:r>
    </w:p>
    <w:p>
      <w:pPr>
        <w:pStyle w:val="ArticleBody"/>
        <w:jc w:val="left"/>
      </w:pPr>
      <w:r>
        <w:rPr>
          <w:rFonts w:ascii="Times New Roman" w:hAnsi="Times New Roman" w:eastAsia="Times New Roman" w:cs="Times New Roman"/>
        </w:rPr>
        <w:t>Naka laata ci gannaaw Xareb Adduña Ñaareel bi, Mbooloom Xeet yi benn ci benn dafa tàmbalee liggéeyam. Loolu joxe na ab ñaareelu seede ci jëfandikoo ñaari xareb adduña yu njëkk yi ne nguur gu juróom-ñaareel gi (Mbooloom Xeet yi) dees na ko teg ci gànguna suuf si. Xareb adduña bu njëkk ba moo xamle wàll wi sistemu bank yu àddina si doon def ci jaar-jaaru xareb adduña bu njëkk ba, ak mébét yu bankeeru àddina yooyu ak jaaykat yi ngir dellusi ci sistemu feodal bi, ni ko xareb adduña ñaareel bi teewal. Lépp loolu la, këf yi: nguur gu benn ci adduña si, sistemu koom-koom bu boroom alal yu ëpp raw ñi gëna ñàkk alal, ak sistemu xaalis bu benn ci adduña si buy maye rekk ku mu gise ne yelloow na ci bokk, jóge na ci njàng mi, moom miy xare ak njiitu réew mi juróom-ñetteel, mi bokk ci juróom-ñaareel yi.</w:t>
      </w:r>
    </w:p>
    <w:p>
      <w:pPr>
        <w:pStyle w:val="ArticleBody"/>
        <w:jc w:val="left"/>
      </w:pPr>
      <w:r>
        <w:rPr>
          <w:rFonts w:ascii="Times New Roman" w:hAnsi="Times New Roman" w:eastAsia="Times New Roman" w:cs="Times New Roman"/>
        </w:rPr>
        <w:t>Mbind mi ñuy tekki ci yii fësal na bu baax ne am na ab prezident bu dina gis ne du am genn pexe ngir saafara jafe-jafe yi lu dul mu jëfandikoo doole ju mel ni nguur gu jubadi. Li nuy def rekk mooy jàngat baax ci mbirum yonent yi Kàddu Yàlla waxoon ne dina am ci jamonoy presidente bu mujj bi ci rab wu suuf si. Ci mbind mi weesu, nu waxoon ci benn xët bu nekk ci The Great Controversy, fa mu waxe ne “temporal prosperity” dinañu ko dindi bala yoonu Dibeer gi. Xët wi dafay fësal yeneen melokaan yu bare yu yonent ci jamono yu mujj yi, te pexe yi mu fa jël ñu ngi mat seen matuwaay ci waxtu nattu “image of the beast” ci États-Unis, te gannaaw loolu ci àddina si. Mu jàngale ñaari mbir yi Seytaane di jëfandikoo ngir jàpp àddina si: spiritualism ak sellal Dibeer. Bi mu di ñaawlu kaaram yu wéral yu Seytaane di jëfandikoo, mu waxaat itam ci beneen mbir mu yonent ci sunuy jamono.</w:t>
      </w:r>
    </w:p>
    <w:p>
      <w:pPr>
        <w:pStyle w:val="ArticleScripture"/>
        <w:jc w:val="left"/>
      </w:pPr>
      <w:r>
        <w:rPr>
          <w:rFonts w:ascii="Times New Roman" w:hAnsi="Times New Roman" w:eastAsia="Times New Roman" w:cs="Times New Roman"/>
        </w:rPr>
        <w:t>“Jàll ci ñaari réy ngëmadi yu mag yi, mooy saxug ruu ak sellaayu Dibéer, Seytaane dina dugal nit ñi ci ay naxam. Bi jëkk, mooy teg ndombootalu espiritism; bi ñaareel, mooy sos jàppante ak Room. Protestaŋ yi nekk Ameerik buy Bennoog Réew yi dinañu jiitu ci yiir seen loxo jàll baaxa ba ngir jàpp loxob espiritism; dinañu jàll xuru gi ngir lëkkal loxo ak kàttanu Room; te ci suufu dooley boole boobu bu ñetti wàll, réew mii dina topp tànki Room ci dëppoo sañ-sañi xel mu sell.”</w:t>
      </w:r>
    </w:p>
    <w:p>
      <w:pPr>
        <w:pStyle w:val="ArticleScripture"/>
        <w:jc w:val="left"/>
      </w:pPr>
      <w:r>
        <w:rPr>
          <w:rFonts w:ascii="Times New Roman" w:hAnsi="Times New Roman" w:eastAsia="Times New Roman" w:cs="Times New Roman"/>
        </w:rPr>
        <w:t>“Bi njub gi gëm-gëm gu ruu jigéenu ngëm gu turu Kiristaanug jamono jii, moo gën a am kàttan ngir nax ak jàppale nit ñi ci fiir. Seytaane boppam dina fees ni ku soppeeku, topp nax yoon wi jamono jii di jëfandikoo. Dina feeñ ci melokaanu malaaka leer. Jaarale ko ci liggéeyu njub gi, kéemaan yi dinañu am; ñi wopp dinañu wér; te dinañu def lu bare lu yéeme te kenn mënu ko weddi. Te ndax ruu yi dinañu wax ne gëm nañu Biibël bi, te won worma ci yëngu-yëngu njëg yi ci kërg yàlla gi, seen liggéey dinañu ko nangu ni muy feeñalug kàttanu Yàlla.”</w:t>
      </w:r>
    </w:p>
    <w:p>
      <w:pPr>
        <w:pStyle w:val="ArticleScripture"/>
        <w:jc w:val="left"/>
      </w:pPr>
      <w:r>
        <w:rPr>
          <w:rFonts w:ascii="Times New Roman" w:hAnsi="Times New Roman" w:eastAsia="Times New Roman" w:cs="Times New Roman"/>
        </w:rPr>
        <w:t>“Rëddoo xàj bi nekk ci diggante ñi di wax ne ay Kiristaan lañu ak ñi bon, léegi dafa nekk lu jafe a ràññee. Ñi bokk ci mbooloom kërce gi bëgg li àddina bëgg, te ñu ngi sax ci xel ngir ànd ak ñoom; te Seytaane dogal na bool leen ci benn yaram, ba noonu dooleel ay mbirum moom, ci dajale ñépp ci xeetu espiritism. Pap yi, ñiy damu ci kéemaan yu ñuy wax ne mooy firnde gu wóor ne kërce gu dëgg gi la, dinañu gaaw a nax ndax dooley def-kéemaan boobu; te Protestaŋ yi, gannaaw ba ñu sànni pakku dëgg gi, ñoom it dinañu reer. Pap yi, Protestaŋ yi, ak ñi àddina, ñépp a di nangu melokaanug ragal Yàlla te amul dooleem, te dinañu gis ci booloo boobu yëngu-yëng gu mag ngir soppi àddina si, ak ngir ubbi jamono ji ñuy xaar lu yàgg, maanaam millennium bi.”</w:t>
      </w:r>
    </w:p>
    <w:p>
      <w:pPr>
        <w:pStyle w:val="ArticleScripture"/>
        <w:jc w:val="left"/>
      </w:pPr>
      <w:r>
        <w:rPr>
          <w:rFonts w:ascii="Times New Roman" w:hAnsi="Times New Roman" w:eastAsia="Times New Roman" w:cs="Times New Roman"/>
        </w:rPr>
        <w:t>“Ci espiritism, Seytaane mel ni muy jariñoo nit ñi, muy faj feebari askan wi, te muy wax ne dafay indil ab sistem bu bees te gëna kawe ngir ngëm gu dëggu; waaye ci benn yoon boobu sax, muy liggéey ni alagkat. Ay nattuam di yor mbooloo yu bari jëm ci alkande. Ñàkk maandute dañuy sànni xel, te topp na ko xeeblu yaram, xuloo ak tuur deret. Seytaane bég na ci xare, ndaxte mooy yëngu yeneen bëgg-bëgg yu gëna bon yi ci ruu, te gannaaw loolu mu jële dem ba ca ba fa dul jeex ñi nekk ay saraxam, ñu soqikoo ci ñaawtéef ak deret. Li mu bëgg mooy yëkkati xeeti àddina yi ngir ñu xare ak seen bopp, ndaxte noonu mën na wetti xel yi nit ñi ci liggéeyu waajal ngir man a taxaw bésu Yàlla.” The Great Controversy, 588, 589.</w:t>
      </w:r>
    </w:p>
    <w:p>
      <w:pPr>
        <w:pStyle w:val="ArticleBody"/>
        <w:jc w:val="left"/>
      </w:pPr>
      <w:r>
        <w:rPr>
          <w:rFonts w:ascii="Times New Roman" w:hAnsi="Times New Roman" w:eastAsia="Times New Roman" w:cs="Times New Roman"/>
        </w:rPr>
        <w:t>Seytaane mel ni mujj jëf ja gën a magam ci waxtu bi ñu dogale yoonu Dibéer, waaye du ko def lu jiitu boobu. Gannaaw bi Etazini waxee ni dragóon ci aaya 11 ci saar 13 bu Peeñug Yóbbante, la ci aaya 13 Seytaane mel ni mu woo safara mu wàccé asamaan. Loolu itam la Sœur White tëdde.</w:t>
      </w:r>
    </w:p>
    <w:p>
      <w:pPr>
        <w:pStyle w:val="ArticleScripture"/>
        <w:jc w:val="left"/>
      </w:pPr>
      <w:r>
        <w:rPr>
          <w:rFonts w:ascii="Times New Roman" w:hAnsi="Times New Roman" w:eastAsia="Times New Roman" w:cs="Times New Roman"/>
        </w:rPr>
        <w:t>“Ci dogal bi diisoo buy jëfandikookat bi di fexe saxal mbooloom Papas bi te muy xëcc yoonu Yàlla, sunu réew dina dagg boppam bu baax ak njub. Bu Protestantisma joxee loxoom jàll baaxu xotti ngir jàpp loxo kàttanu Room, bu mu rombée xuru gi ngir lëkkal loxo ak Espiritisma, bu ko defee, ci yëngu-yëngu boobu ñetti-benn boobu, sunu réew weddee bépp njàngatam yu nekk ci Sàrtu-réewam niki nguurug Protestan ak Réew miif, te mu defar yoon ngir yaatal fenkat ak naxar yu papas yi, kon man nanu xam ne waxtu jëf ju yéemeju Seytaane jote na te muj gi jege na.” Testimonies, volume 5, 451.</w:t>
      </w:r>
    </w:p>
    <w:p>
      <w:pPr>
        <w:pStyle w:val="ArticleBody"/>
        <w:jc w:val="left"/>
      </w:pPr>
      <w:r>
        <w:rPr>
          <w:rFonts w:ascii="Times New Roman" w:hAnsi="Times New Roman" w:eastAsia="Times New Roman" w:cs="Times New Roman"/>
        </w:rPr>
        <w:t>Balaa yoonu dibiir ga ëmb, ci jamonoy nattu bu melokaanu rab bi, te mooy itam jamonoy rëddug téeméeri ñent fukki junni ak ñent fukki ñaar, te mooy itam fu jokkoo bu bépp visión di am ay jéego, dina feeñ ab fenomen bu kàttanu njaay mi, mi tegu ci kéemaanu weral gu dul dëgg. Ci téereb Peeñ mi, jigéen ju ñaaw ju Babilon ñi ngi ko xamle ne moom moo nax xeet yépp.</w:t>
      </w:r>
    </w:p>
    <w:p>
      <w:pPr>
        <w:pStyle w:val="ArticleScripture"/>
        <w:jc w:val="left"/>
      </w:pPr>
      <w:r>
        <w:rPr>
          <w:rFonts w:ascii="Times New Roman" w:hAnsi="Times New Roman" w:eastAsia="Times New Roman" w:cs="Times New Roman"/>
        </w:rPr>
        <w:t>Te leeru ab chandël du weeratulatiisi ci yaw dara; baatub góor guy takk ak bu jigéen gi itam du déggatiisi ci yaw dara: ndax saay jaaykat ya nekkoon nañu mag ñi ci suuf si; te ci say njibar la xeet yépp réer. Peeñu yi 18:23.</w:t>
      </w:r>
    </w:p>
    <w:p>
      <w:pPr>
        <w:pStyle w:val="ArticleBody"/>
        <w:jc w:val="left"/>
      </w:pPr>
      <w:r>
        <w:rPr>
          <w:rFonts w:ascii="Times New Roman" w:hAnsi="Times New Roman" w:eastAsia="Times New Roman" w:cs="Times New Roman"/>
        </w:rPr>
        <w:t>Baati “sorceries” mooy baatu gereg “pharmakeia,” te muy tekki garab walla farmasi. Baat bi jóg na ci baatu gereg G5332, bi di tekki (ab garab, maanaam naan wu joxe njibar); ku liggéey ci garab, walla farmaasien, walla kuy rey ak daxin. Ci fan yu mujj yi, yiy jiite ba ag àtteb Dibeer, benn mbir bu yokk ci nekkin wu taxawale bi njiitu juróom-ñett ba ak bu mujj bi di dëggal, mooy liggéeyu industrib farmasi bi, ni ko Anthony Fauci teewal, ak wiris bu Çiin.</w:t>
      </w:r>
    </w:p>
    <w:p>
      <w:pPr>
        <w:pStyle w:val="ArticleBody"/>
        <w:jc w:val="left"/>
      </w:pPr>
      <w:r>
        <w:rPr>
          <w:rFonts w:ascii="Times New Roman" w:hAnsi="Times New Roman" w:eastAsia="Times New Roman" w:cs="Times New Roman"/>
        </w:rPr>
        <w:t>Fauci ak Ciin ñoom ñaar ñooy ay wuutu kàttanu nago wi, te baaraam-yaramu Fauci manees na koo toppaat ba ci sosinu biris HIV. Saytu njuumte, ni ko góor ñu mel ni milyardeer bi Bill Gates di feeñale, mooy benn jikko ju feeñoon ci wax ju Firawna jéemoon a rey xale yi ci jamonoy Musaa, ak ci coono yi Erodda doon jéem a def noonu itam ci jamonoy Kirist. Genn waxtu ci ñaari xaaj yu nit ñi dañoo naxarikuwoon ndax biris bu Ciin bi, te ba tey nga mën a gis nit ñu sol mask yi, te yooyu terewuñu benn biris.</w:t>
      </w:r>
    </w:p>
    <w:p>
      <w:pPr>
        <w:pStyle w:val="ArticleBody"/>
        <w:jc w:val="left"/>
      </w:pPr>
      <w:r>
        <w:rPr>
          <w:rFonts w:ascii="Times New Roman" w:hAnsi="Times New Roman" w:eastAsia="Times New Roman" w:cs="Times New Roman"/>
        </w:rPr>
        <w:t>Dina yokk nañu ci lii ci ëllëg bu des ci bind bi ci topp.</w:t>
      </w:r>
    </w:p>
    <w:p>
      <w:pPr>
        <w:pStyle w:val="ArticleScripture"/>
        <w:jc w:val="left"/>
      </w:pPr>
      <w:r>
        <w:rPr>
          <w:rFonts w:ascii="Times New Roman" w:hAnsi="Times New Roman" w:eastAsia="Times New Roman" w:cs="Times New Roman"/>
        </w:rPr>
        <w:t>«Seytaane itam yi sax liggéey ngir dajaleem mbëy mu bokk ci ñi xamalu woon te waajaluwu. Mu jàng na kumpayi laboratuwaar yi ci boppu nature, te mu jëfandikoo lépp ay dooleem ngir yore itam yi ba fa Yàlla mayee. Bi ko mayee mu sonal Ayuub, gaaw na ba jur gu bare ak baadoolo yi, surga yi, kër yi, doom yi, ñu faagaagaléen; diisoo benn metit ak beneen, mel ni ci benn saa. Yàlla mooy aar ay mbindéefam te wërsëg leen ngir muur leen ci kàttanu Alagaji bi. Waaye àddina Kiristaan bi wone na xeeb ci yoonu Yexowa; te Boroom bi dina def ngir dëgg li Mu waxoon ne dina ko def—dina dindi barkeem ci suuf, te dindi ay aarakam ci ñi di fippu ci yoonam te di jàngaleem, di doxal itam ñeneen ngir ñu def noonu itam. Seytaane yor na sañ-sañ ci ñépp ñi Yàlla sàmmul bu xóot. Dina yërëm te yokk yeneen ngir yokk ay pexeem, te dina indi metit ci yeneen te yóbbu nit ñi ba ñu gëm ne Yàlla mooy ki leen di sonal.»</w:t>
      </w:r>
    </w:p>
    <w:p>
      <w:pPr>
        <w:pStyle w:val="ArticleScripture"/>
        <w:jc w:val="left"/>
      </w:pPr>
      <w:r>
        <w:rPr>
          <w:rFonts w:ascii="Times New Roman" w:hAnsi="Times New Roman" w:eastAsia="Times New Roman" w:cs="Times New Roman"/>
        </w:rPr>
        <w:t>“Bi mu feeñee ci kanamu doomu nit ñi ni ab doktoor bu mag bu man a faj jëfandikoo seeni wéradi yépp, dina indi tawat ak musiba, ba kër gu bare nit ñi nekk di doon yàquute ak mébét. Léegi sax mu ngi liggéey. Ci aksidaan ak musiba yi ci géej ak ci suuf, ci safara yu réy, ci ngelaw yu tar lool ak taw-doj yu ragal, ci ngelaw-liis, ndox-màndarga, ngelaw-dëpp, yowu-géej yu rey, ak yëngu-yëngu suuf, ci bépp bérab ak ci junni melokaan, Seytaane mi ngi jëfandikoo kàttanam. Mu daanale mbey mi ngi jegesi ñor, te xiif ak tiis topp ci. Mu di dugal ci ngelaw sedd gu rey, te junniy nit dee ndax mbas mi. Njàqare yooyu dinañu gën a bari tey gën a bon. Yàqute dina dal nit ak rab itam. ‘Suuf si dafa jooy te wow;’ ‘nit ñu réyréylu … ñu ngiy néew doole. Suuf si itam dafa sobewu ci suufu ñi koy dëkk; ndaxte ñoom da ñu moy yoon yi, soppi ndigal li, jàqale kóllëre gu fàww gi.’ Isaaya 24:4, 5.”</w:t>
      </w:r>
    </w:p>
    <w:p>
      <w:pPr>
        <w:pStyle w:val="ArticleScripture"/>
        <w:jc w:val="left"/>
      </w:pPr>
      <w:r>
        <w:rPr>
          <w:rFonts w:ascii="Times New Roman" w:hAnsi="Times New Roman" w:eastAsia="Times New Roman" w:cs="Times New Roman"/>
        </w:rPr>
        <w:t>«Te noonu nag, nax na réy na bu mag di nañu nit, dina gëm nit ñi ne ñi jaamu Yàlla ñoo waral ay musiba yooyu. Kuréel gi merloo Asamaan, dinañu sànni seen bépp mettit ci kaw ñi déggal ndigali Yàlla, te seen déggal gu sax mooy yedd nit ñi di bàkkaar. Dinañu wax ne nit ñi dañuy tooñ Yàlla ci soppiku bésub Dibéer bi ñuy wax sabatu; ne bàkkaar boobu moo indi ay musiba yu dul taxaw ba kerceen sàmmu Dibéer bi bu baaxeeñ lañu koy sàkku ak doole; te ñi yégle li ndigalel ñenteel bi di laaj, ba noonu di yàq ragal gi ñu war a am ci Dibéer, ñooy jàqale mbooloo mi, tey tere delloo leen ci ngëneelu Yàlla ak ci barke yu àddina. Noonu, jiiñ gi ñu mas a tegoon ci jaamub Yàlla ba noppi, dees na ko delloo, te ci sabab yu niroo noonu lañu koy defe: “Te amoon na bi Akab gisee Eliya, Akab ne ko: Yaay ki di jàqale Israayil? Mu tontu ne: Man jàqaluma Israayil; waaye yaw ak kër sa baay, ndaxte bàyyi ngeen ndigali Aji Sax ji, te topp nga Baalim.” 1 Kings 18:17, 18. Bu merug mbooloo mi demee yëngu ndax ay jiiñ yu dul dëgg, dinañu jëfandikoo yoonu jëf ci diggante seen ak ndaw yi Yàlla yónni, lu ni mel ni li Israayil bu wone ginnaaw dafa bàyyi dëgg jëfoon ci Eliya.»</w:t>
      </w:r>
    </w:p>
    <w:p>
      <w:pPr>
        <w:pStyle w:val="ArticleScripture"/>
        <w:jc w:val="left"/>
      </w:pPr>
      <w:r>
        <w:rPr>
          <w:rFonts w:ascii="Times New Roman" w:hAnsi="Times New Roman" w:eastAsia="Times New Roman" w:cs="Times New Roman"/>
        </w:rPr>
        <w:t>“Katanu kéem-kàttan gi feeñ ci xelooji xiritis mooy jëfandikoo sa doole ngir diñgale ñi tànn sam Yàlla gën a sam nit. Waxtaan yi jóge ci xel yi dinañu wax ne Yàlla moo leen yónni ngir wóoral ñi bañ bésu Dibeer ne dañu juum, te di dëggal ne war nañu sam yoonu réew mi ni yoonu Yàlla. Dinañu jooytu ngir bon bu réy bi nekk ci àddina, te dinañu ànd ak seede bi jàngalekat yu diine yi joxe ne suufeelug jikko yi jóge na ci xasaw bésu Dibeer. Mer mu réy dina jóg ci kaw ñépp ñi gànt a nangu seede bi ñuy wax.”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Tëeméeri benn téeméer ak ñeent-fukk ak juróom-benni bennoon</dc:title>
  <dc:subject>Ubbi way-gu xàllu ci waxi yonent yi: Prezident bu mujj bi, nguur gu noor, ak yoonu Dibéer buy ñëw léegi-ci-gannaaw</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