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Téeméer ak ñent fukki juróom-ñaar ak juróom-ñaareel</w:t>
      </w:r>
    </w:p>
    <w:p>
      <w:pPr>
        <w:pStyle w:val="ArticleSubtitle"/>
        <w:jc w:val="left"/>
      </w:pPr>
      <w:r>
        <w:rPr>
          <w:rFonts w:ascii="Arial" w:hAnsi="Arial" w:eastAsia="Arial" w:cs="Arial"/>
        </w:rPr>
        <w:t>Wàllu yëngu-diin yi ci samp politig Amerig: dalee ci Pat Robertson ba ci Christian Coalition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Nun waññi mbind mi mujj ak xët wi di topp:</w:t>
      </w:r>
    </w:p>
    <w:p>
      <w:pPr>
        <w:pStyle w:val="ArticleScripture"/>
        <w:jc w:val="left"/>
      </w:pPr>
      <w:r>
        <w:rPr>
          <w:rFonts w:ascii="Times New Roman" w:hAnsi="Times New Roman" w:eastAsia="Times New Roman" w:cs="Times New Roman"/>
        </w:rPr>
        <w:t>“Doole ju am kéemaan, jiñ ko feeñale jaarale ko ci espiritualism, dina amal ay dooleyam ci kaw ñi tànn a déggal Yàlla gën a déggal nit. Waxtaani yu jóge ca xel yi dinañu wax ne Yàlla moo leen yónni ngir tax ñi bañ bésu dimaas ñu nangu ne ñoo juum, te di dëggal ne war nañu déggal yooni réew mi ni ñuy déggale yoonu Yàlla. Dinañu jooy ci kaw ñaawte gu mag gi nekk ci àddina si, te dinañu ànd ak seede bu jàngalekatu diine yi, ne yàqute gu tar gi ci jikko yi jóge na ci sosalul, walla ci yàq bésu dimaas. Mer mu réy dina jóg ci kaw ñépp ñi bañ a nangu seede bi ñuy wax.” The Great Controversy, 589, 590.</w:t>
      </w:r>
    </w:p>
    <w:p>
      <w:pPr>
        <w:pStyle w:val="ArticleBody"/>
        <w:jc w:val="left"/>
      </w:pPr>
      <w:r>
        <w:rPr>
          <w:rFonts w:ascii="Times New Roman" w:hAnsi="Times New Roman" w:eastAsia="Times New Roman" w:cs="Times New Roman"/>
        </w:rPr>
        <w:t>“seede njàngale diiné yu wax ne yàqute àddina ci mbirum jikko yi jóge na ci yàq ga ñuy def ci bésub dundee,” mooy benn màndarga ci taarix bi jëm ci ñu di doon gaawal jamono ja ngir jébbalu jant bi ca États-Unis. Pat Robertson, waarekat wa cosaanam Amerik buy waare ci télé, te di soskat Christian Broadcasting Network (CBN) ak Christian Coalition, daw na ngir nekk Présidentu États-Unis ci Republican primaries yi ci atum 1988. Kampaañu Robertson bi dafa jaar ci dajale votekat yu diiwaanu Kiristaan yu sax ci seen taxawaay, ak di faral di yëgle mbir yu jëm ci askan wi ak jikko yi, yu méngoo ak ngëmam bu evangelical. Ca waxtu muj ga ci atum 1989, ci taarixu ki njëkk ci juróom-ñaar ñaari président yu mujj yi, kilifaa ak soskat Christian Coalition daw na ngir nekk président. Taarixu présidentielle Reagan mooy misaal ci taarixu mujj président Républicain.</w:t>
      </w:r>
    </w:p>
    <w:p>
      <w:pPr>
        <w:pStyle w:val="ArticleBody"/>
        <w:jc w:val="left"/>
      </w:pPr>
      <w:r>
        <w:rPr>
          <w:rFonts w:ascii="Times New Roman" w:hAnsi="Times New Roman" w:eastAsia="Times New Roman" w:cs="Times New Roman"/>
        </w:rPr>
        <w:t>Atey Yàlla yi nekku nañu ci yoon wu ci génne wàll wi di matale kàddu gu jiitu gi nekk ci The Great Controversy, te muy méngoo ak liggéeyu Christian Coalition. Christian Coalition sosoo na ngir jëfandikoo ci jafe-jafe yi aju ci yëfi ak ci mbiru askan wi, yi Sister White wax ne ñiy yor yeñu nguur gi mënuñu leen a saafara. Christian Coalition ci jaar-jaaru Reagan moom dafa teewal yeneen yëngu-yëngu yu ni mel ci jamono ju gën a jege. Ci wàllu yonent, Christian Coalition dafa amoon misaal ci National Reform Movement bi ca jamono ju crisis bu yoonu Dibéer bi, bi booleekoon ak Blair Bills yi ca at yu 1880 ak 1890. National Reform Movement bi sosoo na ca 1888, te Sister White wax na ci boppam bu leer ci yëngu-yëngu boobu ci ay mbindam.</w:t>
      </w:r>
    </w:p>
    <w:p>
      <w:pPr>
        <w:pStyle w:val="ArticleScripture"/>
        <w:jc w:val="left"/>
      </w:pPr>
      <w:r>
        <w:rPr>
          <w:rFonts w:ascii="Times New Roman" w:hAnsi="Times New Roman" w:eastAsia="Times New Roman" w:cs="Times New Roman"/>
        </w:rPr>
        <w:t>“Ab jafe-jafe bu mag ngi xaar. Jafe-jafe bu mag ngi xaar àddina. Njàngat bu gëna am solo ci jamono yépp mi ngi ci sunu kanam. Xew-xew yi nu, ci lu ëpp ñeent-fukk at, jaarale ko ci ndigalug kàddug yonent bi, waxoon ne dinañu ñëw, léegi dañuy am ci sunuy bët. Ba léegi sax, laaj bu jëm ci soppi Ndeyu Sàrt bi ngir dogal seen yéene ci sañ-sañu xel ak yéene, dees na ko jox ndombo yi ci réew mi. Laaj bi jëm ci forced sàmm Dibéer nag, mujj na nekk lu réew mi mépp di séentu te am solo. Xam nanu bu baax lan mooy nekk njéexitalug yëngu-yëngoo bii. Waaye ndax ñu ngi waajaloo ngir li muy jur? Ndax jëfandikoo nanu ak kóllëre warugar bi Yàlla dénk ci nun, ngir artu nit ñi ci musiba mi nekk ci seen kanam?”</w:t>
      </w:r>
    </w:p>
    <w:p>
      <w:pPr>
        <w:pStyle w:val="ArticleScripture"/>
        <w:jc w:val="left"/>
      </w:pPr>
      <w:r>
        <w:rPr>
          <w:rFonts w:ascii="Times New Roman" w:hAnsi="Times New Roman" w:eastAsia="Times New Roman" w:cs="Times New Roman"/>
        </w:rPr>
        <w:t>«Am na ñu bare, sax ci ñi bokk ci yëngu-yëng bii ngir dëggal Dibeer, yu gumbaloo ci njariñ ak njàqare yi jëf jooju di jur. Duñu gis ne dañuy dóor bu jub ci sañ-sañu diine. Am na ñu bare itam yu masul a xam lu Baatu Biibël bi wax ci Noflay Bu Tedd bi, ak dal bu dul dëgg bi tax àtteb Dibeer bi taxaw. Bépp yëngu-yëng buy faral diine ci yoon, ci dëgg-dëgg mooy jébbale bañeefi Papas bi, mi ci ay jamono yu bare nekk ak ngërëm di xeex ak sañ-sañu xel mu sell. Sàmm Dibeer am na li tax mu am nekkinam ni benn kurum bu ñuy wax ne bu Kiristaan la, ci «kumpay tooñ gi»; te dëggal ko dina doon nangu gu mat sëkk dogali yu nekk batu-kër gu gën a am solo ci Roomaanis. Bu sunu réew ba nii wor ay doxalini nguuram ba sàkku yoonu Dibeer, Protestantis dina ci jëf jooju loxo boole ak poperi; du dara ludul dundloo ñaawteef ga yàgg a doon xool ci bëgg-bëgg ngir jot waxtu wi muy dellu nekkaat ci kilifteef gu tar.»</w:t>
      </w:r>
    </w:p>
    <w:p>
      <w:pPr>
        <w:pStyle w:val="ArticleScripture"/>
        <w:jc w:val="left"/>
      </w:pPr>
      <w:r>
        <w:rPr>
          <w:rFonts w:ascii="Times New Roman" w:hAnsi="Times New Roman" w:eastAsia="Times New Roman" w:cs="Times New Roman"/>
        </w:rPr>
        <w:t>«Yëngu Réforme Nationale bi, buy jëfandikoo kàttanu yoonu diine, bu matalee ba mu yépp, dina feeñal benn bañ-bañ ak notte gu njëkk a amoon ci jamono yu weesu yi. Kureel yu nit ñi ci waxtu woowu daan nañu yékkati seen bopp ci sañ-sañu Yàlla, te daan nañu rusaxee sañ-sañu xel mu teey ci suufu seen boroom-doole gu yagg; te kaso, géej, ak dee topp nañu ñi daan weddi seen ndigal. Su fekkee ne poperi walla ay doxalinyam dellu nañu koy duggal ci kàttan yoon, safara yiir di fitna dinañu dellusi jàl ci kaw ñi dul sarax seen xel mu teey ak dëgg ngir sàmm njubtey nit ñépp. Bon boobu mu ngi ci bëgg a am.»</w:t>
      </w:r>
    </w:p>
    <w:p>
      <w:pPr>
        <w:pStyle w:val="ArticleScripture"/>
        <w:jc w:val="left"/>
      </w:pPr>
      <w:r>
        <w:rPr>
          <w:rFonts w:ascii="Times New Roman" w:hAnsi="Times New Roman" w:eastAsia="Times New Roman" w:cs="Times New Roman"/>
        </w:rPr>
        <w:t>«Bu Yàlla nu joxee leer gu nuy won nguyis yi nekk ci sunu kanam, naka lañu man a taxaw set ci kanamam su nu bañee jëfandikoo bépp doole ju nekk ci sunu kàttan ngir yégle ko nit ñi? Ndax man nañu bànneex ci bàyyi leen, te ñu daje ak bii mbir bu réy mel ni bii, fekk ñu déggul benn artu?»</w:t>
      </w:r>
    </w:p>
    <w:p>
      <w:pPr>
        <w:pStyle w:val="ArticleScripture"/>
        <w:jc w:val="left"/>
      </w:pPr>
      <w:r>
        <w:rPr>
          <w:rFonts w:ascii="Times New Roman" w:hAnsi="Times New Roman" w:eastAsia="Times New Roman" w:cs="Times New Roman"/>
        </w:rPr>
        <w:t>“Am na kanam moom benn jàppale gu sax ci sunu kanam, ak risku ñu tëj nu kaso, ñu nangu sunuy alal, te sax ba ñu rey nu, ngir aar yoonu Yàlla, yi yoonu nit ñi def neexadiwul. Ci xaalis boobu, xel mu àddina di ñaax nit ñi ñu topp ci biti rekk yoonu réew mi, ngir jàmm ak booloo. Te am na it ay nit ñuy sax ñaax noonu ci Mbind mi: “Na baken bu nekk topp boroom kàttan yi ko gën…. Ndaxte kàttan yi am, Yàlla moo leen samp.”</w:t>
      </w:r>
    </w:p>
    <w:p>
      <w:pPr>
        <w:pStyle w:val="ArticleScripture"/>
        <w:jc w:val="left"/>
      </w:pPr>
      <w:r>
        <w:rPr>
          <w:rFonts w:ascii="Times New Roman" w:hAnsi="Times New Roman" w:eastAsia="Times New Roman" w:cs="Times New Roman"/>
        </w:rPr>
        <w:t>“Waaye lan mooyoon yoonu surga yi Yàlla ci jamono yu weesu yi? Ba taalibe yi waaree Kirist ak moom miñu daaj ci bant bi, gannaaw ndekkiteem, boroom kilifte yi santa leen ne buñu waxati dara te buñu jàngalati ci turu Yeesu. ‘Waaye Piyeer ak Yowaan tontu leen ne: Ndax moo jub ci kanam Yàlla nu déglu yéen gën a déglu Yàlla? Yeen a koy àtte. Ndaxte manunu noppi ci wax li nu gis te dégg.’ Ñu sax ci waare xibaaru bu baax bi jëm ci mucc gi jaarale ko ci Kirist, te kàttanu Yàlla seede ci yëgle bi.” Testimonies, volume 5, 711–713.</w:t>
      </w:r>
    </w:p>
    <w:p>
      <w:pPr>
        <w:pStyle w:val="ArticleBody"/>
        <w:jc w:val="left"/>
      </w:pPr>
      <w:r>
        <w:rPr>
          <w:rFonts w:ascii="Times New Roman" w:hAnsi="Times New Roman" w:eastAsia="Times New Roman" w:cs="Times New Roman"/>
        </w:rPr>
        <w:t>Mbugali Yàlla yi ngi ci bëgg a jur xaalis ak dalub mbir ci wàllu askan wi, koom-koom wi ak diine wi ci Biir Réewum Etats-Unis, ngir loolu jur xel mu tax njiit yi ci diine tàmbalee woo ngir yeesal yëfi àddina yu askan wi, ni ko misaaloon ci at yi 1880 ak 1890, te gannaaw loolu itam ci jaar-jaaru taarixu president bi màndargaale woon waxtu mujj gi ci 1989. “Jafe-jafe ju mag ngi xaar askanu Yàlla. Jafe-jafe ju mag ngi xaar àddina si.” Sœur White laaj na ñaari laaj yii: “Bi Yàlla joxee nu leer gu won nare yi nekk ci sunu kanam, nan la nu man a nekk set ci ay bëtam su nu bañee jëfandikoo bépp doole bu nekk ci sunu kàttan ngir yégle ko nit ñi? Ndax nu man a fees ak bàyyi leen, fekk dañuy daje ak mbir mii réy te kenn artu leen ko?”</w:t>
      </w:r>
    </w:p>
    <w:p>
      <w:pPr>
        <w:pStyle w:val="ArticleBody"/>
        <w:jc w:val="left"/>
      </w:pPr>
      <w:r>
        <w:rPr>
          <w:rFonts w:ascii="Times New Roman" w:hAnsi="Times New Roman" w:eastAsia="Times New Roman" w:cs="Times New Roman"/>
        </w:rPr>
        <w:t>Ban leer la woon ngir won njàqare yi nekk ci sunu kanam, te bu fekkee ne amul woon benn leer, naka la Yàlla buy bëgg ay nitam man a teg seen yoon ci kaw ci ñu joxeul ab yégleb waare, su fekkee ne dégguñu woon mukk boobu yégleb waare? Jàngkat bu tedd bi, dees na la teg sa yoon ci kaw ndax leer gi ñuy tegtal ci artikl yii.</w:t>
      </w:r>
    </w:p>
    <w:p>
      <w:pPr>
        <w:pStyle w:val="ArticleBody"/>
        <w:jc w:val="left"/>
      </w:pPr>
      <w:r>
        <w:rPr>
          <w:rFonts w:ascii="Times New Roman" w:hAnsi="Times New Roman" w:eastAsia="Times New Roman" w:cs="Times New Roman"/>
        </w:rPr>
        <w:t>Nettali yu leer yu melokaani dragonu demokrat bi, doole nabi dëggul bu republikaan bi, doole pap bi, Islaam ak mbooloom Adwantist bu Laodise bi, te itam Israayil bu dëgg bi ci artikile yii, ñi yor kàttan dinañu ko jàpp ni waxu bañante la; waaye loolu mooy ndawtal bu jógé ci Kàddu Yàlla, bi ñu sampale ci yoonu rëdd ci kaw rëdd, te rëdd yooyu dañuy yuuxu ne àttey Yàlla dinañu gën a yokku te gën a bari ci séen bëri yoon.</w:t>
      </w:r>
    </w:p>
    <w:p>
      <w:pPr>
        <w:pStyle w:val="ArticleBody"/>
        <w:jc w:val="left"/>
      </w:pPr>
      <w:r>
        <w:rPr>
          <w:rFonts w:ascii="Times New Roman" w:hAnsi="Times New Roman" w:eastAsia="Times New Roman" w:cs="Times New Roman"/>
        </w:rPr>
        <w:t>Ci yoon ci waxu yonent, mbootaayu Kiristaan yi dajaloo ci jaar-jaaru jamono ji njëkk jege jàmmu mujj gi ci atum 1989, am na jëf ju gën a am solo du rekk ni muy jëme ci melo ak at yi 1880 ak 1890. Ci pàcc bi nu bëgg a wax fi te nu fàttali ko ci Sister White, moom day xamle ne espiritism mooy benn ci ñaari yoon yi Seytaane di jàppale àddina, te gannaaw loolu mu wax ay baat yu jëm ci kéemaan yi muy def.</w:t>
      </w:r>
    </w:p>
    <w:p>
      <w:pPr>
        <w:pStyle w:val="ArticleBody"/>
        <w:jc w:val="left"/>
      </w:pPr>
      <w:r>
        <w:rPr>
          <w:rFonts w:ascii="Times New Roman" w:hAnsi="Times New Roman" w:eastAsia="Times New Roman" w:cs="Times New Roman"/>
        </w:rPr>
        <w:t>Gannaaw wàllug 1988 bi, maanaam gannaaw agsi gi Ndalub Kiristaan yi, am na woon feeñ gu réy gu kéemaan yu Seytaane ci nguurug njaaxum ji, ci nguurug rab wi, ak ci nguurug yonent bu dëggul bi. Lu am solo laa ci teg xew-xew yii ci séen tërëlug dëgg, ndaxte ñuy melal agsi gi Seytaane di wut a mel ni Kirist gannaaw yoonu Dibër bu agsi lu gaaw ci États-Unis.</w:t>
      </w:r>
    </w:p>
    <w:p>
      <w:pPr>
        <w:pStyle w:val="ArticleBody"/>
        <w:jc w:val="left"/>
      </w:pPr>
      <w:r>
        <w:rPr>
          <w:rFonts w:ascii="Times New Roman" w:hAnsi="Times New Roman" w:eastAsia="Times New Roman" w:cs="Times New Roman"/>
        </w:rPr>
        <w:t>Ci biir Katolik, ci atum 1990 yi, àddina gis na ni feeñug li ñuy wax ni mooy ndawsi Maryama, ak kéemaan yi ci toppam, di deret buy wal ci nataali xeer yu gaaw yu saints yi, kéemaan yu feeñ ci asamaan, tawub xob yu tóor-tóor jóge ci asamaan su amul niir, ak yeneen kéemaan yu Seytaane yu yéeme. Seetlu yu junni nit ñu bare, jóge ci bépp xët ci àddina, am nañu ko ci loolu ci jamono yooyu, ba mbooloo mi nekk jébblu ci réer gi xew-xew yooyu jëfandikoo. Téere yi bindees na leen ci seen mbir, surnalist yi seet nañu ko, te jurnaal yu mel ni Time ak Newsweek def nañu xibaar yooyu ci kanam yu njëkk seen kër yi.</w:t>
      </w:r>
    </w:p>
    <w:p>
      <w:pPr>
        <w:pStyle w:val="ArticleBody"/>
        <w:jc w:val="left"/>
      </w:pPr>
      <w:r>
        <w:rPr>
          <w:rFonts w:ascii="Times New Roman" w:hAnsi="Times New Roman" w:eastAsia="Times New Roman" w:cs="Times New Roman"/>
        </w:rPr>
        <w:t>Ci nguuru jinné ji, nataali yu Hindu yi nekk India wone nañu kéemaan yu Seytaane bi ci anam yi nataali yi naan ay kuyer wala ay kaasu yu naan, yuñu teg ci gémmiñi nataali yi ngir saraxu naan. Li xewoon, te tambalee ci benn dëkk bu ndaw ci India, siiw na, ni xonsu Misra yi, ci réew mi bépp. Xibaaru tele BBC def na benn waxantu ci mbir moomu, te ci mujj, ni ku ko teg ci ginnaaw xelam, xibaarkatub BBC bi ci tele dafa yokk loolu ak laaj bi: “Damay xalaat lu xewoon bu nu dem-ee ëllëg ca London Museum ba jox benn ci nataali yu Hindu yi benn kaasu meew?” Ca xibaaru ngoon ga ci bés ba topp, benn xibaarkat boobu sax feeñaat na ca London Museum, te bi kamera yi di wër, mu jox nataal Hindu bu mag ba benn kaasu meew. Bi kaasu ga laalee bëñi nataal ba, meew mi daldi dugg ci nataal ba ci saa si.</w:t>
      </w:r>
    </w:p>
    <w:p>
      <w:pPr>
        <w:pStyle w:val="ArticleBody"/>
        <w:jc w:val="left"/>
      </w:pPr>
      <w:r>
        <w:rPr>
          <w:rFonts w:ascii="Times New Roman" w:hAnsi="Times New Roman" w:eastAsia="Times New Roman" w:cs="Times New Roman"/>
        </w:rPr>
        <w:t>Ci biir xel yi ci xalaatug ruuf bu Amerig gu ndaw yi, buur gu weex gi ñu tudde “Miracle” juddu na ci 20 Aawut 1994, ci kërug baykatug Dave ak Valerie Heider, jege Janesville, Wisconsin. Miracle juddu na ak kawar gu weex, te ay nit ñenn da ñu jàpp ne juddoom mooy matal benn waxu Yàlla bu Native American yi. Ci ay cosaan yu bari yu Native American yi, juddug benn buur gu weex dañu koy gis ni mbir mu sell te am solo lool, buy misaal booloo, jàmm, ak yeesalug ruuf. Miracle am na xam-xam bu yaatu, te mu nekk ndimbalug yaakaar ak solo gu ruuf ci nit ñu bare. Waxu Yàlla wu buur gu weex wi dañu ko delloo ginnaaw, te mu yokkutee bu jub ak alal ju gën a sell ci diine ju xalaatug ruuf gu Native American yi, ndaxte ci nettali gi njëkk gu buur gu weex lañu dugal “piece pipe” bi ci cosaan ga.</w:t>
      </w:r>
    </w:p>
    <w:p>
      <w:pPr>
        <w:pStyle w:val="ArticleBody"/>
        <w:jc w:val="left"/>
      </w:pPr>
      <w:r>
        <w:rPr>
          <w:rFonts w:ascii="Times New Roman" w:hAnsi="Times New Roman" w:eastAsia="Times New Roman" w:cs="Times New Roman"/>
        </w:rPr>
        <w:t>Ci atum 1994, ci biiru yonent bu fenkat bi tegu Yàllaul Protestan yu dëgëral seen gëm-gëm, yëngu-yëngu bii ñuy wax Holy Laughter, te itam ñu xam ko ci turu Toronto Blessing, tambalee na ci weeru sulet 1994 ca Toronto Airport Vineyard Church (léegi ñuy ko wax Catch The Fire Toronto) ci Toronto, Ontario, Canada. Ci ab taxawaayu ndaje yu ñuy wax yu yeesal gëm-gëm, yi pastëer John ak Carol Arnott jiite, la mbirum ree gu dul maneesa téy, ak yeneen feeñu-feeñ yi mel ni yëngu-yëngu, jooy, ak daanu ci suuf, walla roy ni rab te def baatub rab, ta ñu bari di ko tudde ne nit ki “dee na ci Xel mi” walla “mëndi na ci Boroom bi,” tàmbalee feeñ ci biir mbooloom jaamu ña.</w:t>
      </w:r>
    </w:p>
    <w:p>
      <w:pPr>
        <w:pStyle w:val="ArticleBody"/>
        <w:jc w:val="left"/>
      </w:pPr>
      <w:r>
        <w:rPr>
          <w:rFonts w:ascii="Times New Roman" w:hAnsi="Times New Roman" w:eastAsia="Times New Roman" w:cs="Times New Roman"/>
        </w:rPr>
        <w:t>Ñaan gi ak yeneen feeñu-jàll yi, bokk nañu ko ci jëfandikukat yi ni mu joge ci teew ak liggéeyu Xel mu Sell mi, ba tax baññat “Ñaan gu Sell gi” nekk baat bi ñuy jëfandikoo ngir melokaan boobu. Ndaje yu yeesal ya ca Toronto Airport Vineyard Church dañoo woo xel ak gan ñi jóge ci àddina si yépp, te loolu indi tasug yëngu-yëngu bi jëm ca yeneen kër-yàlla ak mbooloo yi. Nit ñi daan jóge ci àddina si yépp ngir xam ñaan googu, te buñu dellusee ci seen kër-yàlla yu nekk, kër-yàlla yooyu it dañoo bari yoon tambalee feeñal noonu-yu seytaane yooyu.</w:t>
      </w:r>
    </w:p>
    <w:p>
      <w:pPr>
        <w:pStyle w:val="ArticleBody"/>
        <w:jc w:val="left"/>
      </w:pPr>
      <w:r>
        <w:rPr>
          <w:rFonts w:ascii="Times New Roman" w:hAnsi="Times New Roman" w:eastAsia="Times New Roman" w:cs="Times New Roman"/>
        </w:rPr>
        <w:t>Pat Robertson moo sosréseau de diffusion chrétienne bi, di Christian Broadcasting Network (CBN), ci atum 1960. CBN bokk na ci yeneen réseaux télévisés yu jëkk yi ñu jagleel woon waxtaanu ak progràmmi yu kirisiten rekk, te mu amoon role bu mag ci yaatuwaay ak ngóorug industrie bi ñuy wax Christian broadcasting ci États-Unis. Bi at yi di weesu, CBN yaatal na ay jëfam ak dooleem jaarale ko ci télé, radio ak médias numériques, ba nekk benn ci màggat yi gën a réy ci àddina si ci mbooloom médias yu kirisiten.</w:t>
      </w:r>
    </w:p>
    <w:p>
      <w:pPr>
        <w:pStyle w:val="ArticleBody"/>
        <w:jc w:val="left"/>
      </w:pPr>
      <w:r>
        <w:rPr>
          <w:rFonts w:ascii="Times New Roman" w:hAnsi="Times New Roman" w:eastAsia="Times New Roman" w:cs="Times New Roman"/>
        </w:rPr>
        <w:t>Ci atum 1988, mo sos Christian Coalition, te daw ci nanguwayaare Réewum Mbooloom Amerik. Ay gëmam dellu ci National Reform Movement ak Lord’s Day Alliance. Ñaari kuréel yooyu ñépp tàmbalee nañu ci atum 1888, te daan nañu yégle ay coppite gu yàgg ci mbiri askan wi, yu sampu ci ay njàngale yu kiristaan, boole ci tere naan alkol, may jigéen ñu am sañ-sañu wote, ak sàmm bésub Noflaay bi (Dibeer) ni bésu noppalu ak jaamu Yàlla. Yëngu-yëngóo boobu jël na doole ci Protestantismu éwàngélik, te dafa doon wut saxal ab “réew mu kiristaan” buy dox ci njàngale yi nekk ci Biibël bi. Robertson moo doon wone benn-doole ak benn njàngale ak National Reform Movement ak Lord’s Day Alliance. Moo tax itam mu sos Regent University.</w:t>
      </w:r>
    </w:p>
    <w:p>
      <w:pPr>
        <w:pStyle w:val="ArticleBody"/>
        <w:jc w:val="left"/>
      </w:pPr>
      <w:r>
        <w:rPr>
          <w:rFonts w:ascii="Times New Roman" w:hAnsi="Times New Roman" w:eastAsia="Times New Roman" w:cs="Times New Roman"/>
        </w:rPr>
        <w:t>Pat Robertson sos na Regent University ci atum 1977, ci déggoo ak njàngalem Katolig bi William Miller jànkoonte woon ak fit. Katolisism ak Protestantisim bu tëbëku jëfandikoo ab yoonu firi Biibël bu Seytaane, te mooy jur, ci yeneen meññeefi bañ a sellal, ngëm ne dina am junni at yu jàmm bala Yeesu dellusi ci dëgg. Robertson gëm na ne jaangekat yu góor ak yu jigéen yi ñuy tàggat ci yuniversiteem, ñooy nekk ñi di doxal nguurug Kirist gu junni at gi ci Millenium bu Biibël bi wax. Baat bi “regent” tekki na nit ku di jëf ni ndaw-wallaa wuutukat bu buur wallaa nguurkat, bi mu nekk ci biti réew mi.</w:t>
      </w:r>
    </w:p>
    <w:p>
      <w:pPr>
        <w:pStyle w:val="ArticleBody"/>
        <w:jc w:val="left"/>
      </w:pPr>
      <w:r>
        <w:rPr>
          <w:rFonts w:ascii="Times New Roman" w:hAnsi="Times New Roman" w:eastAsia="Times New Roman" w:cs="Times New Roman"/>
        </w:rPr>
        <w:t>Balaata “waxtu mujju mujj” ci atum 1989, te tàmbalee xëy bu yàgg ba ci 1960, jëfandikukat yu jamono jii, di ni melokaan yu bees yiir yi doon jëfandikoo ngir jógël yoonu Dibeer ci 1888, feeñ nañu ci jaar-jaaru nettali. Gannaaw 1989, feeñu-feeñu Seytaane yu bon yëngël nañu ñetti cëram yi nekk ci suuf- kër giineg diiney njiit li, rab wi, ak yonent bu dul dëgg bi. Yeesu dafa mas a boole jeexitalu benn mbir ak tàmbali ga benn mbir, te 1989, “waxtu mujju mujj” bi nekk ci aaya ñaar-fukk, ci Danyeel fukk ak benn, dafay ubbi ab jamono yonent buy jeex ci yoonu Dibeer bi di ñëw léegi, bi nekk ci aaya ñaar-fukk ak benn. Bu yoonu Dibeer boobu agsee, Seytaane dafay feeñ mel ni Kirist, te jëfam ju gën a màgg ci naxal gi tàmbali, ak kéemaan ak wéral.</w:t>
      </w:r>
    </w:p>
    <w:p>
      <w:pPr>
        <w:pStyle w:val="ArticleBody"/>
        <w:jc w:val="left"/>
      </w:pPr>
      <w:r>
        <w:rPr>
          <w:rFonts w:ascii="Times New Roman" w:hAnsi="Times New Roman" w:eastAsia="Times New Roman" w:cs="Times New Roman"/>
        </w:rPr>
        <w:t>Jaar-jaar bu tàmbalee ca jamono jii ci waxu yonent bi mooy firndeel jëfandikoo buy wuutu ci yoon ci biir yëngu-yëngu Protestaa bu daanu, te loolu di indi yoonu Dibeer, mi 1989 doon misaalëm, maanaam tàmbaliwaayu jamono jooju. Ci 1989, “miir” mi ñuy wax “këruw tànk yi weñ” daanu na, te ci mujju jamono jii “miiru tasare Njaak ak Réew” dina daanu. Tàmbaliwaayu jamono jii mooy màndargaal ñaari president yu njëkk ci juróom-ñett ñu mujj ñi. Tàmbaliwaay bi mooy firndeel ne paapaa gi daan na noonam bi di ateyees ci biir Sowiyet Yooniyoŋ, te mujj gi mooy firndeel ne paapaa gi dina daan noonam bi di Protestaa ci Etazini. Tàmbaliwaay bi mooy firndeel ki njëkk ci juróom-ñett president yooyu (ab Répubilikeŋ), muy jàpp loxo ak antikrist bi ci waxi yonent yi ci Biibël bi, te mujj gi mooy firndeel ne ki mujj ci juróom-ñett president yooyu dina jàpp loxo ak antikrist bi ci waxi yonent yi ci Biibël bi. President boobu bu njëkk dees na ko xam ne mooy ki indiwoon ngir daanal miir ma, te ki mujj mooy kaay tabax miir ma.</w:t>
      </w:r>
    </w:p>
    <w:p>
      <w:pPr>
        <w:pStyle w:val="ArticleBody"/>
        <w:jc w:val="left"/>
      </w:pPr>
      <w:r>
        <w:rPr>
          <w:rFonts w:ascii="Times New Roman" w:hAnsi="Times New Roman" w:eastAsia="Times New Roman" w:cs="Times New Roman"/>
        </w:rPr>
        <w:t>Ci atum 1960 ba ci jamono mujj gi ci 1989, saxu National Reform Movement bu bees bi tambali na. Gannaaw palanteer bi, kéemaan yu Seytaane tàmbali nañu. Bala yoonu Dibeer bi, feeñug mujjug waxkat yu national reform dina yékkatiwaat seen boppu politig. Ca yoonu Dibeer ba, waxtu wi agsi na ngir liggéeyu Seytaane bu yéeme. Bala yoonu Dibeer bi, ndax soxlaye waxyu yonent yi, dafa wara am àttey Yàlla yu du rekk a dindi njariñu réew mi ci United States, waaye itam àtte yooyu, ndax soxlaye waxyu yonent yi, dafa wara metti lool te ragal ba tax xel mi teg fi ndëggal gi may yi ci mujjug National Reform Movement bi, mooy Christian Nationalists yi, man a wax ne sababug àtte yooyu mooy waa réew yi di xaste li ñuy tudde Bésub Boroom bi.</w:t>
      </w:r>
    </w:p>
    <w:p>
      <w:pPr>
        <w:pStyle w:val="ArticleBody"/>
        <w:jc w:val="left"/>
      </w:pPr>
      <w:r>
        <w:rPr>
          <w:rFonts w:ascii="Times New Roman" w:hAnsi="Times New Roman" w:eastAsia="Times New Roman" w:cs="Times New Roman"/>
        </w:rPr>
        <w:t>Dina gëna wéyal ci njàng mi ci xët wu ci topp.</w:t>
      </w:r>
    </w:p>
    <w:p>
      <w:pPr>
        <w:pStyle w:val="ArticleScripture"/>
        <w:jc w:val="left"/>
      </w:pPr>
      <w:r>
        <w:rPr>
          <w:rFonts w:ascii="Times New Roman" w:hAnsi="Times New Roman" w:eastAsia="Times New Roman" w:cs="Times New Roman"/>
        </w:rPr>
        <w:t>“Bu sunuy nit ci yokk seen nekkin gu feebar te ñàkk farlu, ni ñuy nekkoon ba tey, Yàlla mënul tuur ci seen kaw Xelam. Ñoom waajaluwuñu ngir bokk liggéey ak Moom. Xamuñu bu baax li xaalis bi di doon, te ràññee wuñu àqibët musiba mi leen di tëj. War nañu léegi, lu ëpp lu ñu mas a defoon, a xam seen soxla ci wottu ak jëfandoo gu ànd, gu booloo.”</w:t>
      </w:r>
    </w:p>
    <w:p>
      <w:pPr>
        <w:pStyle w:val="ArticleScripture"/>
        <w:jc w:val="left"/>
      </w:pPr>
      <w:r>
        <w:rPr>
          <w:rFonts w:ascii="Times New Roman" w:hAnsi="Times New Roman" w:eastAsia="Times New Roman" w:cs="Times New Roman"/>
        </w:rPr>
        <w:t>“Jëf ju mel ni muum ci ñetti malaaka bi, gisuwuñu ko ci soloom. Yàlla bëggoon na ne ay nitam ñi nekk fu gëna ëpp ci kanam boobu ñuy jël tey. Waaye léegi, bi waxtu ji ñëwee ngir ñoom tàmbali jëf, am nañu waajal gu ñuy war a def. Bi ñiy wax ne ñoom ay National Reformers tàmbalee di dëggal pexe yu ñuy tere sañ-sañu gor-gorlu diine, sunuy nit ñi jiitu woon nañu xam xaalis bi te liggéey ak doole ngir taxawal pexe yooyu. Du ci tëralin Yàlla ne leer gi nëbbaloo na sunu nit ñi—mooy dëgg-dëggu jamono jii te ñoom a ko soxla woon ngir waxtu wii. Du ñépp ci sunuy sarxalkat yi di yégle yëgleb ñetti malaaka bi xam dëgg-dëgg li def ne mooy yëgleb boobu. Yëngu-yëngu National Reform bi, ñenn ñi gis nañu ko ni lu amul solo lool, ba tax ñoom xalaatuñu ne soxla nañu koo jox yeneen seetlu bu bare, te sax dafa mel ne dañu xalaat ne su ñu koy def, dañuy jàppandi waxtu ci mbir yu wuute ak yëgleb ñetti malaaka bi. Na Boroom bi baal sunuy mbokk ci li ñu noonu tekki yëgleb bi nekk ngir jamono jii.”</w:t>
      </w:r>
    </w:p>
    <w:p>
      <w:pPr>
        <w:pStyle w:val="ArticleScripture"/>
        <w:jc w:val="left"/>
      </w:pPr>
      <w:r>
        <w:rPr>
          <w:rFonts w:ascii="Times New Roman" w:hAnsi="Times New Roman" w:eastAsia="Times New Roman" w:cs="Times New Roman"/>
        </w:rPr>
        <w:t>“Nit ñi soxlaas baax nañu leen yëgle ci ay musiba yi jamono jii tënk. Ñi wara wottu ñu ngi nelaw. Ñu ngi gannaaw ay at. Na ñi jiitu ci wottu xam ne am na soxla bu gaaw ci ñoom ci seen bopp, ngir bañ a ñàkk yoon yi ñu leen jox ngir gis ay musiba yi.”</w:t>
      </w:r>
    </w:p>
    <w:p>
      <w:pPr>
        <w:pStyle w:val="ArticleScripture"/>
        <w:jc w:val="left"/>
      </w:pPr>
      <w:r>
        <w:rPr>
          <w:rFonts w:ascii="Times New Roman" w:hAnsi="Times New Roman" w:eastAsia="Times New Roman" w:cs="Times New Roman"/>
        </w:rPr>
        <w:t>“Su nit ñiy jiite yi jiitu ci sunuy konferaas yéggul tey xebaar bi Yàlla yónnee ci ñoom, te ñu taxaw ci rëddoo ngir jëf, kërce yi dinañu dund yàqu gu réy. Bu sàmm bi, bi mu gisee saamar bi di ñëw, wollee bu baax, nit ñi nekk ci wàll wi dinañu jottali artu ga, te ñépp dinañu am waxtu ngir waajal seen bopp ci xeex ba. Waaye lu bari, ki jiite bi taxaw na ci sàkkute ak teey, mel ni muy wax ne: “Bu nu gaawul lool. Amaana am na njuumte. War na nu moytu ngir bañ a yégle artu wu dul dëgg.” Sax hesitasyonam ak amul lu wóor ci moom di yuuxu ne: “‘Jàmm ak kaaraange.” Buleen tiit. Buleen jaaxle. Lu bari lañu yokk ci mbirum coppiteb diine bii lu ëpp lañu soxla. Yëngu-yëngu bii yépp dina sedd.” Noonu mu ngi ci dëgg dëgg weddi xebaar bi Yàlla yónnee, te artu ga ñu jagleeloon ngir yëngal kërce yi du matal liggéeyam. Trompetu sàmm bi joxeetu benn riir wu wóor, te nit ñi waajul ngir xare ba. Na sàmm bi moytu, ngir bañ a bàyyi bakkan yi sànku ndax ay sàkkutem ak yéexam, ba seen deret lañu ko laaj ci ay loxoom.</w:t>
      </w:r>
    </w:p>
    <w:p>
      <w:pPr>
        <w:pStyle w:val="ArticleScripture"/>
        <w:jc w:val="left"/>
      </w:pPr>
      <w:r>
        <w:rPr>
          <w:rFonts w:ascii="Times New Roman" w:hAnsi="Times New Roman" w:eastAsia="Times New Roman" w:cs="Times New Roman"/>
        </w:rPr>
        <w:t>«Nuy seetaan nañu at yu bare ndax benn yoonu Dibeer ñu tabb ko ci sunu réew; te léegi, ginnaaw yëngu-yëngóo googu agsi na ba ci sunu bët, dañuy laaj: ndax sunu nit ñi dinañu def seen warugal ci mbir mi? Ndax mënunu jàppale ci yékkati sàrt bi ak ci woo ci kanam ñi am yéene ci seen sañ-sañu diine ak seen njariñ? Waxtu wi ngiy ñëw gaaw, bi ñiy tann déggal Yàlla gën a déggal nit dinañu tàmbali a yég loxolu fitna. Ndax kon dunu toroxal Yàlla ci nekk nooglu, fekk ay ndigalam yu sell yi ñuy doxal ci suufu tànk?»</w:t>
      </w:r>
    </w:p>
    <w:p>
      <w:pPr>
        <w:pStyle w:val="ArticleScripture"/>
        <w:jc w:val="left"/>
      </w:pPr>
      <w:r>
        <w:rPr>
          <w:rFonts w:ascii="Times New Roman" w:hAnsi="Times New Roman" w:eastAsia="Times New Roman" w:cs="Times New Roman"/>
        </w:rPr>
        <w:t>«Bi addina Protestaaŋ bi, ci seetam, di may jébbale yu bari Room, na nu yëngu ngir xam dëgg-dëgg xaalis wi te gis xeex bi nu nekk ci sunu kanam ci ni mu war a gise. Na ñi doon wottukat yi yékkati seen baat tey joxe yégle bi di dëggu jamono jii. Na nu won nit ñi fu nu tollu ci jaar-jaaru waxi yonent yi, te nu seet a yëngu xel mu dëggu Protestaaŋ, di yee àddina bi ngir mu xam solo njariñi moomel yiy jëm ci sañ-sañu diine yi ñu gudd a am.»</w:t>
      </w:r>
    </w:p>
    <w:p>
      <w:pPr>
        <w:pStyle w:val="ArticleScripture"/>
        <w:jc w:val="left"/>
      </w:pPr>
      <w:r>
        <w:rPr>
          <w:rFonts w:ascii="Times New Roman" w:hAnsi="Times New Roman" w:eastAsia="Times New Roman" w:cs="Times New Roman"/>
        </w:rPr>
        <w:t>“Yàlla di nu woo ngir nu yewwu, ndaxte mujj gi jege na. Bépp waxtu buy weesu ci fan yi, waxtu la bu fees ak liggéey ci àttekaay asamaan yi ngir waajal nit ñi ci suuf ngir ñu jëfandikoo wàllam ci xew-xew yu mag yi di ñëw léegi ci sunu kaw. Waxtu yii di weesu, yi mel ni amuñu solo dara ci sunu gis-gis, dañuy yëngu ak njariñ yu di sax ba fàww. Ñoom lañuy bind yoonu bakkan yi ngir dund gu dul jeex walla dee gu dul jeex. Kàddu yi nu wax tey ci noppi nit ñi, jëf yi nuy def, xelum bataaxal bi nuy yégle, dinañu doon xet wu dund buy jur dund walla xet wu dee buy jur dee.</w:t>
      </w:r>
    </w:p>
    <w:p>
      <w:pPr>
        <w:pStyle w:val="ArticleScripture"/>
        <w:jc w:val="left"/>
      </w:pPr>
      <w:r>
        <w:rPr>
          <w:rFonts w:ascii="Times New Roman" w:hAnsi="Times New Roman" w:eastAsia="Times New Roman" w:cs="Times New Roman"/>
        </w:rPr>
        <w:t>“Sama bokk yi, ndax xam ngeen ne seen bopp mucc ak it moom àtteb yeneen ruuy, dafa sukkandiku ci waajal gi ngeen di def léegi ngir nattu gi nekk ci sunu kanam? Ndax am ngeen kóllëre gu tar googu, diine ak jébbalu gi, yu leen di maye ngeen man a taxaw bu ñu leen indilee bëgg-bëggu xeex? Bu Yàlla waxoon na jaare ci man, waxtu wi dina ñëw, bi ñu leen di yóbbu fa kanam kureel yi, te bépp taxawaaybu dëgg gi ngeen téye, dinañu ko xool bu metti ba xëcc. Waxtu wi ñu bare di bàyyi muy yàqu léegi, waroon nañu koo jëfandikoo ci sas bi Yàlla jox na nu, mooy waajal ngir jafe-jafe ju mag ji di ñëw.” Testimonies, voliyum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Téeméer ak ñent fukki juróom-ñaar ak juróom-ñaareel</dc:title>
  <dc:subject>Wàllu yëngu-diin yi ci samp politig Amerig: dalee ci Pat Robertson ba ci Christian Coalition</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