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Téeméeri 149</w:t>
      </w:r>
    </w:p>
    <w:p>
      <w:pPr>
        <w:pStyle w:val="ArticleSubtitle"/>
        <w:jc w:val="left"/>
      </w:pPr>
      <w:r>
        <w:rPr>
          <w:rFonts w:ascii="Arial" w:hAnsi="Arial" w:eastAsia="Arial" w:cs="Arial"/>
        </w:rPr>
        <w:t>Kumpu Yàlla bi ñu feeñal: Bennalug Yàlla ak nitité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Nun nuy xalaat ci jaar-jaaru wax ji ñu teewal ci aaya ñeent-fukk ba ci Daniel saraxeer fukk ak benn. Léegi, nuy jëfandikoo sàrtu jaar-jaar bu biir aaya bi, miy teewal jaar-jaaru geesub Protestãa bu rab wu suuf bi. Nuy jëfandikoo boolooñaari bant yi Ezekiel wax ci saraxeer ñett-fukk ak juróom-ñaari benn ni pexe bu ñuy ci tënk ngir xam kumpab Yàlla, gi Kirist jaarale ci boole Yàllaayam ak nitayam bi malaaka bu ñetteel bi agsee. Rëdd ci kaw rëdd, yégleb kumpab Yàlla, gi Yowaana wax ne dafa mat ci jamono ji trompet bu juróomeel bi di riir, yonnee nañu ko bu leer ci Laodisee jaarale ko ci ndaw Yàlla Pool. Seede Ezekiel, Yowaana ak Pool bokk nañu ci benn kumpab Yàlla bi ñu teewaloon ci yégleb Jones ak Waggoner ci atum 1888, te moo doon yégleb Laodisee.</w:t>
      </w:r>
    </w:p>
    <w:p>
      <w:pPr>
        <w:pStyle w:val="ArticleScripture"/>
        <w:jc w:val="left"/>
      </w:pPr>
      <w:r>
        <w:rPr>
          <w:rFonts w:ascii="Times New Roman" w:hAnsi="Times New Roman" w:eastAsia="Times New Roman" w:cs="Times New Roman"/>
        </w:rPr>
        <w:t>Ndax bëgg naa ngeen xam ni li ma diir ngir yéen, ak ngir ñi nekk Lawodise, ak ngir ñépp ñi gisagul sama kanam ci yaram, dafay réy; ngir seen xol dëgër, te ñu boole leen ci mbëggeel, ba jot ci mboolem alal yu bare yu dëggal xam-xam bu mat sëkk, ngir nangu kumpay Yàlla, ak Baay bi, ak Kirist; moom mi ñu nëbbéle mboolem alali xel ak xam-xam. Kolos 2:1–3.</w:t>
      </w:r>
    </w:p>
    <w:p>
      <w:pPr>
        <w:pStyle w:val="ArticleBody"/>
        <w:jc w:val="left"/>
      </w:pPr>
      <w:r>
        <w:rPr>
          <w:rFonts w:ascii="Times New Roman" w:hAnsi="Times New Roman" w:eastAsia="Times New Roman" w:cs="Times New Roman"/>
        </w:rPr>
        <w:t>Jëfub njot ju araam ak aar nit ki tàmbalee na ba malaaka bu ñetteel bi agsi, waaye Pool mi ngi wax ci matug bu mujj te mat sëkku njot ju araam ak aar nit, mooy kumpag Yàlla. Moo tax mu xamle ne yégle bi mooy yégleb Laodicea bi njëkk a agsi ci 1856, te dellusiwaat ci 1888, ba noppi fekk matugam gu mat sëkk ci 11i Sàttumbar 2001. Pool day xamle kër Yàlla gi ci ñaari wàll, bi mu joxe woon kumpag Yàlla, mi war a jeex ci liirug trompet bu juróom-ñaareel bi. Mu xaajale kumpag googu ci bopp ak yaram.</w:t>
      </w:r>
    </w:p>
    <w:p>
      <w:pPr>
        <w:pStyle w:val="ArticleScripture"/>
        <w:jc w:val="left"/>
      </w:pPr>
      <w:r>
        <w:rPr>
          <w:rFonts w:ascii="Times New Roman" w:hAnsi="Times New Roman" w:eastAsia="Times New Roman" w:cs="Times New Roman"/>
        </w:rPr>
        <w:t>Te mooy boppu yaram wi, maanaam mbooloom gëmkat yi; mooy Ki njëkk, di taaw bi jëkk a dekki ci ñi dee, ngir ci lépp mu am ndam li gën a kawe. Ndaxte Baay bi bëgg na ne ci moom la bépp matug yaram dëkk; te gannaaw bi mu juré jàmm ci deretu bantam, ci moom la yéené jubbanti lépp ci moomam; waaw, ci moom, muy yi ci suuf mbaa yi ci asamaan. Yeen itam, yeen ñi woon lu weesu tëdd ci bitim-rew te di noon ci seen xel ndax jëf yu bon, waaye léegi da leen jubbanti ci yaramam bu soxla through dee, ngir taxawal leen ci kanamam ngeen sell, te amul benn tooñ, amul benn lu ñu leen man a yeddel; bu fekkee sax ngeen dëgër ci ngëm, te sampu te taxaw baax, te buleen bàyyi yaakaaru xebaar bu baax bi ngeen dégg, bi ñu waare woon ci bépp mbind mi nekk ci suufu asamaan; te man Pool, ñu ma def xaritkatam. Léegi maa ngi bég ci sama coono yi ndax yéen, te maa ngi mottali ci sama yaram li des ci metit yu Kirist ngir yaramam, maanaam mbooloom gëmkat yi. Mbooloo moomu la ñu ma def jawriñ, ni toppandoo ak tëralinu Yàlla bi ñu ma jox ndax yéen, ngir may matal kàddug Yàlla. Kolos 1:18–25.</w:t>
      </w:r>
    </w:p>
    <w:p>
      <w:pPr>
        <w:pStyle w:val="ArticleBody"/>
        <w:jc w:val="left"/>
      </w:pPr>
      <w:r>
        <w:rPr>
          <w:rFonts w:ascii="Times New Roman" w:hAnsi="Times New Roman" w:eastAsia="Times New Roman" w:cs="Times New Roman"/>
        </w:rPr>
        <w:t>Kirist mooy bopp bi, te war na am jiital ci lépp, te mbooloom mooy yaram bi. Bokkandoo bopp bi ak yaram bi dafay tegtal booloo yàllaay ak nit-aadamaay, te am na itam beneen dëgg bu am solo bu ñu fésal. Diggante bopp bi ak yaram bi mooy ne bopp bi war na am jiital ci kaw yaram bi. Ci nit ñi, ñi ñu bind ci melo Yàlla, kàttan yu gën a kawe yi (bopp bi) war nañoo nguuru ci kaw kàttan yu gën a suufe yi (yaram bi). Bokkandoo, ñoom ñépp dafay tax ñu doon benn mbind, walla ci baatub kër Yàlla bi ñu sant Yowaana mu natt, ñu tegtal Berab bu Sell bi (nit-aadamaay, yaram bi), ak Berab bu Gën a Sell bi (yàllaay, bopp bi). Naka la ñaari yii boolee ci “benn bant”, walla benn yaram, mooy liggéeyu “at-One-ment.” Pool dafa yokk ne:</w:t>
      </w:r>
    </w:p>
    <w:p>
      <w:pPr>
        <w:pStyle w:val="ArticleScripture"/>
        <w:jc w:val="left"/>
      </w:pPr>
      <w:r>
        <w:rPr>
          <w:rFonts w:ascii="Times New Roman" w:hAnsi="Times New Roman" w:eastAsia="Times New Roman" w:cs="Times New Roman"/>
        </w:rPr>
        <w:t>Ndax maa doon jawriñ ci li, mengook dogalu Yàlla, bi ma jox ngir yéen, ngir matal kàddug Yàlla; maanaam kumpa gi ñu fàddu woon dale ca jamono yu weesu ya ak maas yi, waaye léegi feeñal na ko ay gaayam. Ñoom la Yàlla bëggoon a xamal lan mooy alalu ndamalu kumpa googu ci biir xeeti ñi dul Yawut yi; mooy Kirist ci yéen, yaakaaru ndamala. Moo nu di waare, di artu bépp nit, te di jàngal bépp nit ci xel mu mat; ngir nu man a teg bépp nit ku mat ci Kirist Yeesu. Loolu laa tax it maa ngi sonn, di góor-góorlu mengook jëfam, ji di liggéey ci man ak doole. Kolos 1:25–29.</w:t>
      </w:r>
    </w:p>
    <w:p>
      <w:pPr>
        <w:pStyle w:val="ArticleBody"/>
        <w:jc w:val="left"/>
      </w:pPr>
      <w:r>
        <w:rPr>
          <w:rFonts w:ascii="Times New Roman" w:hAnsi="Times New Roman" w:eastAsia="Times New Roman" w:cs="Times New Roman"/>
        </w:rPr>
        <w:t>Matug benneel ñaari junni ak ñeent-fukk ak ñeent ci junni, bi di wone ne “ku nekk mat na ci Almasi bi,” mooy “kumpag Yàlla,” muy booleeg yàllaay ak nitay, walla ni Pool waxe ko, mooy “Almasi ci” nit ñi, “yaakaaru ndam li.” Ci fan yi bu baatu Trompet bu Juróom-ñaareel bi di yëngu, kumpag boobu mat na. Bi Esëkiel di xàmmee boobu booloo, mu jëfandikoo ñaari bant, benn ngir nguur gu bëj-gànnaaru gi ak benn ngir nguur gu bëj-saalum gi, ngir màndargaal lëkkalekaayu misaal bi, bi di tegine ji ci limu “ñeent-fukk ak juróom-benn.” Bant bu lëkkalekaayu misaal bu “ñeent-fukk ak juróom-benn,” war nañu koo boole ak lëkkalekaayu misaal bu “ñaar téeméeri ak ñaar-fukk.”</w:t>
      </w:r>
    </w:p>
    <w:p>
      <w:pPr>
        <w:pStyle w:val="ArticleBody"/>
        <w:jc w:val="left"/>
      </w:pPr>
      <w:r>
        <w:rPr>
          <w:rFonts w:ascii="Times New Roman" w:hAnsi="Times New Roman" w:eastAsia="Times New Roman" w:cs="Times New Roman"/>
        </w:rPr>
        <w:t>Ñaari téeméer ak ñaar-fukk mooy misaal bu ndawante Yàlla ak nit. Dale ci joxe Biblia bu King James bi ci atum 1611, ba ci njëkk a wone yëgle Miller ci 1831, te gannaaw loolu it joxe yëgle boobu ci 1833 ci Vermont Telegraph, moo di ñaari téeméer ak ñaar-fukk at. Yëgle Miller mooy taxawal gu ràññeehuru gu yokkute xam-xam bi, bi jóge ci Biblia bi, ba téere Daniel ubbeeku ci 1798. Ci njëlbéeg atum 1611, amoon na benn bindeef bu Yàlla joxees; te ci mujje atum 1831, amoon na benn joxeef bu nit, buy sukkandiku ci dëggu Yàlla gi ubbeeku woon ci 1798.</w:t>
      </w:r>
    </w:p>
    <w:p>
      <w:pPr>
        <w:pStyle w:val="ArticleBody"/>
        <w:jc w:val="left"/>
      </w:pPr>
      <w:r>
        <w:rPr>
          <w:rFonts w:ascii="Times New Roman" w:hAnsi="Times New Roman" w:eastAsia="Times New Roman" w:cs="Times New Roman"/>
        </w:rPr>
        <w:t>Ñetti bés yi jëfandikoo duñu tegtal rekk ñaari téeméeri ak ñaar-fukk ak ñent at, waaye itam melokaanu baat bu Ebraayik bi di “Dëgg”, mi ñuy sos ci boole araf bu jëkk, bu fukk ak ñettelu, ak bu mujj ci alifbe Ebraayik bi ngir sos baat bi di “Dëgg.” Am na bind bu Yàlla ci njàlbéen ga ak bind bu nit ci mujje ga, te 1798 dafay tegtal yokkute xam-xam bu war a feeñal benn gëstu nit ñu bon ñi bañ xam-xam boobu, ba tax ñu doon tegtal araf bu fukk ak ñettelu, mi di màndarga ngëmboor. Lëkkaloo gu ñaari téeméeri ak ñaar-fukk at yooyu taxawoon na ci yëngu-yëngu malaaka bu jëkk bi, te yëngu-yëngu malaaka bu ñetteel bi di joxe seede bu ñaareel bi.</w:t>
      </w:r>
    </w:p>
    <w:p>
      <w:pPr>
        <w:pStyle w:val="ArticleBody"/>
        <w:jc w:val="left"/>
      </w:pPr>
      <w:r>
        <w:rPr>
          <w:rFonts w:ascii="Times New Roman" w:hAnsi="Times New Roman" w:eastAsia="Times New Roman" w:cs="Times New Roman"/>
        </w:rPr>
        <w:t>Ci atum 1776, ñu siiwal kéyit bu Yàlla bi, mooy Déclaration d’Indépendance, te ñaari téeméeri at ak ñaar-fukk, ci 1996, ñu siiwal ab kéyit bu nit, mooy The Time of the End magazine. Kéyit bu nit boobu, jóg na ci yokkute xam-xam bi ñu jur ci waxtu mujj ga ci 1989, te loolu, ni ko deme woon ci 1798, jur na benn fippu ci waxu Yàlla bi ñu teg woon ci kanam ci Déclaration d’Indépendance. Yokkute xam-xam bi ci 1996, won na li ëllëg di doon ci Amerig, bi muy réer nañam ak boppam-bopp gi mu yégle woon ci 1776, ci ndigalu dibeer bu nar a ñëw. Loolu jox na seede su ñaareel ne limub ñaari téeméeri ak ñaar-fukk dafay tekki booloo gu Yàlla ak nit, te seede su ñaareel sañsees na ko ak firma “Truth,” te seede su njëkk gi moo ko taxawoo ci jaar-jaaru malaaka bu njëkk bi (bu njëkk bi), ak seede su ñaareel bi ci jaar-jaaru malaaka bu ñetteel bi (bu mujj bi).</w:t>
      </w:r>
    </w:p>
    <w:p>
      <w:pPr>
        <w:pStyle w:val="ArticleBody"/>
        <w:jc w:val="left"/>
      </w:pPr>
      <w:r>
        <w:rPr>
          <w:rFonts w:ascii="Times New Roman" w:hAnsi="Times New Roman" w:eastAsia="Times New Roman" w:cs="Times New Roman"/>
        </w:rPr>
        <w:t>1776 itam itam mooy tambali ab jamono ju jiitu woon tambali bu dëgg-bu-dëggu waajal suuf si mel ni mala bu njënteelu beneen buur bi ci waxi yonent yii ci Biibël bi. Ci jamono jooju bu waajal, màndargay dëgg gi dellu nañu ko xamaat ak 1776, te muy màndargaal tambali Réewum Ini-Wànde yi, ak 1798 di màndargaal tambali Réewum Ini-Wànde yi mel ni buur bu njënteelu beneen bi ci waxi yonent yi ci Biibël bi. Ci diggante jaar-jaaru tambali ak jeexital boobu, 1789 mooy arafu digg ba, ndaxte fukki koloni ak ñett yi dëggal nañu Ndeyjoor bi. Bés bu nekk ci ñetti at yooyu dafa tegu “wax” bu Réewum Ini-Wànde yi; ak Yégle bu Moom Sa Bopp ci 1776, Ndeyjoor bi ci 1789, ak yooni Doomi Tukkikat ak yooni Weddi Wax ji ci 1798. Jaar-jaaru mboolem nettali boobu dafa tollook ñaar-fukk ak ñaar at, te loolu mooy asara walla benn fukk ci ñaar téeméeri ak ñaar-fukk, ba tax mu mel itam ni màndargay booleete Yàlla ak nit.</w:t>
      </w:r>
    </w:p>
    <w:p>
      <w:pPr>
        <w:pStyle w:val="ArticleBody"/>
        <w:jc w:val="left"/>
      </w:pPr>
      <w:r>
        <w:rPr>
          <w:rFonts w:ascii="Times New Roman" w:hAnsi="Times New Roman" w:eastAsia="Times New Roman" w:cs="Times New Roman"/>
        </w:rPr>
        <w:t>Mbiram mi mooy nettali jaar-jaaru rab wu suuf wi, miñu wone ne mu tàmbalee ni xar (Yàllaay), te mu mujje ni njaaxum (nit ñi). Atum 1776 tàmbalee ak Déclaration d’Indépendance bi di màndarga Yàllaay, te Alien and Sedition Acts yi di màndarga nit ñi; te ci ñaari-fukk ak ñaar at yooyu jiitu woon tàmbali nguurug rab wu suuf wi mel ni juróomeel bennoo buur bu kàddug wax ju Yàlla ci Biibël, soppeku gi jóg ci xar ba àgg ci njaaxum gi dañu ko wone ni misaal.</w:t>
      </w:r>
    </w:p>
    <w:p>
      <w:pPr>
        <w:pStyle w:val="ArticleBody"/>
        <w:jc w:val="left"/>
      </w:pPr>
      <w:r>
        <w:rPr>
          <w:rFonts w:ascii="Times New Roman" w:hAnsi="Times New Roman" w:eastAsia="Times New Roman" w:cs="Times New Roman"/>
        </w:rPr>
        <w:t>Ndoorte ak juróomi-ñaar fukki at yu àtte ci kaw nguur gu bëj-saalum Yuda, moo lëkkalook ndoorte ak ñetti junni ak ñaar téeméer at yi ci Daniel saar 8, sarax 14. Jàllug way-dof bi ci kaw kër-yàlla ga ak mbooloo mi ci Yuda tàmbalee na ci 677 B.C., te yonent gu ñetti junni ak ñaar téeméer at gi tàmbalee na ñaar téeméer ak ñaar fukki at gannaaw loolu, maanaam ci 457 B.C. Yeen bu nguur gu bëj-saalum Yuda gi, ñu ko lëkkale ak misaal mi ci ñeent fukki ak juróom-benn nguur gu bëj-gànnaaru bi, te itam ñu ko lëkkale ak ñetti junni ak ñaar téeméer at yi jaarale ko ci lëkkalookaay bu ñaar téeméer ak ñaar fukki.</w:t>
      </w:r>
    </w:p>
    <w:p>
      <w:pPr>
        <w:pStyle w:val="ArticleBody"/>
        <w:jc w:val="left"/>
      </w:pPr>
      <w:r>
        <w:rPr>
          <w:rFonts w:ascii="Times New Roman" w:hAnsi="Times New Roman" w:eastAsia="Times New Roman" w:cs="Times New Roman"/>
        </w:rPr>
        <w:t>Pool moom ne mooy liggéeykat bu yoon wu Yàlla, te mu teg ci leer ne yoon woowu mu doon liggéeykatam mooy kumpab Yàlla bi, maanaam Almasi bi nekk ci yéen, yaakaaru ndam. Mu yokk itam wax ci dëgg gii bi mu di bind Timote.</w:t>
      </w:r>
    </w:p>
    <w:p>
      <w:pPr>
        <w:pStyle w:val="ArticleScripture"/>
        <w:jc w:val="left"/>
      </w:pPr>
      <w:r>
        <w:rPr>
          <w:rFonts w:ascii="Times New Roman" w:hAnsi="Times New Roman" w:eastAsia="Times New Roman" w:cs="Times New Roman"/>
        </w:rPr>
        <w:t>Te amul wax ne, réy-u baaxug ragal Yàlla réy na: Yàlla feeñ na ci yaram, ñu jubal ko ci Xel mi, malaaka yi gis nañu ko, ñu waare ko ci xeeti mbaak yi, ñu gëm ko ci àddina si, te Yàlla yéeg na ko ca ndam ga. 1 Timote 3:16.</w:t>
      </w:r>
    </w:p>
    <w:p>
      <w:pPr>
        <w:pStyle w:val="ArticleBody"/>
        <w:jc w:val="left"/>
      </w:pPr>
      <w:r>
        <w:rPr>
          <w:rFonts w:ascii="Times New Roman" w:hAnsi="Times New Roman" w:eastAsia="Times New Roman" w:cs="Times New Roman"/>
        </w:rPr>
        <w:t>Pool mi wax fii ne, kumpa sirru ragal Yàlla mooy Yàlla feeñ ci suux. Yàlla mooy Bopp bi, te suux mooy yaram wi. Sirru ragal Yàlla mooy Kirist ci gëmkat bi; mooy boole bu Yàlla ak nittee bokk. Pool itam jëfandikoo na léebub séy, ni Ose itam defee.</w:t>
      </w:r>
    </w:p>
    <w:p>
      <w:pPr>
        <w:pStyle w:val="ArticleScripture"/>
        <w:jc w:val="left"/>
      </w:pPr>
      <w:r>
        <w:rPr>
          <w:rFonts w:ascii="Times New Roman" w:hAnsi="Times New Roman" w:eastAsia="Times New Roman" w:cs="Times New Roman"/>
        </w:rPr>
        <w:t>Ndaxte nun ay cér yu bokk ci yaramam, ci yàppam ak ci yaxam. Moo tax góor dina bàyyi baayam ak ndeyam, te dina takk ak jabaram, ñoom ñaar di benn yaram. Lii mooy kumpa gu mag; waaye maa ngi wax ci mbirum Kirist ak kilifa gi. Efees 5:30–32.</w:t>
      </w:r>
    </w:p>
    <w:p>
      <w:pPr>
        <w:pStyle w:val="ArticleBody"/>
        <w:jc w:val="left"/>
      </w:pPr>
      <w:r>
        <w:rPr>
          <w:rFonts w:ascii="Times New Roman" w:hAnsi="Times New Roman" w:eastAsia="Times New Roman" w:cs="Times New Roman"/>
        </w:rPr>
        <w:t>Ci wet gu ñett-fukk ak juróom-ñaareel bi, ba Esekiel di xamale kóllëre bu fan yu mujj yi, maanaam kóllëre gu yees gi ak ñi ñuy wax ne ñooy téeméeri junni ak ñeent-fukk ak ñeent junni, mu joxe misaal bu ñuy boole ñaari bant. Ñaari bant yooyu, ci sàrt bu toppante sàrt, ëmb Ose ak pexe njëkkëri sëytey Póol. Bi ñu leen boolee benn, waruñoo nekkati ñaari xeet, waaye benn xeet rekk, ba fàww.</w:t>
      </w:r>
    </w:p>
    <w:p>
      <w:pPr>
        <w:pStyle w:val="ArticleScripture"/>
        <w:jc w:val="left"/>
      </w:pPr>
      <w:r>
        <w:rPr>
          <w:rFonts w:ascii="Times New Roman" w:hAnsi="Times New Roman" w:eastAsia="Times New Roman" w:cs="Times New Roman"/>
        </w:rPr>
        <w:t>Te dina leen benn xeet ci réew mi, ci kaw tundu Israayil; te benn buur doxal leen ñoom ñépp: duñu doot xeet ñaarati, te duñu dootu seddat ci ñaari nguur mukk. Duñu dootu sobeel seen boppati ak seen xërëm yu tuuti, mbaa ak seen lu bon yu jeggitul, mbaa ak benn ci seeni tooñ yépp; waaye dinaa leen musal ci bépp fu ñu dëkk, fa ñu bàkkee, te dinaa leen setal. Noonu dinañu nekk sama xeet, te man dinaa nekk seen Yàlla. Esekiyel 37:22, 23.</w:t>
      </w:r>
    </w:p>
    <w:p>
      <w:pPr>
        <w:pStyle w:val="ArticleBody"/>
        <w:jc w:val="left"/>
      </w:pPr>
      <w:r>
        <w:rPr>
          <w:rFonts w:ascii="Times New Roman" w:hAnsi="Times New Roman" w:eastAsia="Times New Roman" w:cs="Times New Roman"/>
        </w:rPr>
        <w:t>Booleekat bu Ésekiyel mi ngi xamle ba ñu dootul a séddoo, te dootuñu bàkkaarati dara, ba ñu laabalewu, te Yàlla moom rekk di seen Yàlla, te am nañu benn buur rekk. Ci 22 Oktoobar, Yónent bi ci Kóllëreg gi dikk na naagu ci kër Yàlla ga ngir “sellal” ay nitam. Dikk na ngir jot nguur, te nitam, ni Piyeer waxe, dañoo waroon nekk nguurug saraxalekat ak buur. Ci bés boobu itam, boroom séy bi dikk na ci céet ga, mooy kumpa gi Pool ak Ose xamle, te muy teyel booloo Yàlla ak nit. Yowaana mi ngi xamle ne kumpa gi, gi Pool tudd “Kirist ci yéen, yaakaaru ndam lu tedd,” dina mat ci fan yi malaaka bu juróom-ñaareel bi di wol.</w:t>
      </w:r>
    </w:p>
    <w:p>
      <w:pPr>
        <w:pStyle w:val="ArticleScripture"/>
        <w:jc w:val="left"/>
      </w:pPr>
      <w:r>
        <w:rPr>
          <w:rFonts w:ascii="Times New Roman" w:hAnsi="Times New Roman" w:eastAsia="Times New Roman" w:cs="Times New Roman"/>
        </w:rPr>
        <w:t>Waaye ci fan yi baatub malaaka mu juróom-ñaareel bi, bu tambalee wol, kumpay Yàlla dina mat, ni ko mu yégle woon ay jaamam yonent yi. Peeñu 10:7.</w:t>
      </w:r>
    </w:p>
    <w:p>
      <w:pPr>
        <w:pStyle w:val="ArticleBody"/>
        <w:jc w:val="left"/>
      </w:pPr>
      <w:r>
        <w:rPr>
          <w:rFonts w:ascii="Times New Roman" w:hAnsi="Times New Roman" w:eastAsia="Times New Roman" w:cs="Times New Roman"/>
        </w:rPr>
        <w:t>Malaaka juróom-ñaareel bi mooy ñetteel njàqare, te mu agsi ci 11 Suwe 2001. Malaaka juróom-ñaareel bi tàmbalee li wol baatam ba malaaka ñetteel bi agsee ci jaar-jaari atum 1844 ak li topp, waaye bàkkaaru moytu gi amoon ci 1863 tere woon liggéey bi jeexal. Malaaka ñetteel bi agsi, te tabax bu ñetteel bi tàmbaliwaat baatam ci 11 Suwe 2001, te yoon wi nag, “kumpag Yàlla” war naa “jeex.” “Kumpag” googu mooy booloo gi nekk ci diggante yàllaay ak nitay, te loolu mooy jur ñetti fukk ak ñeent junni, ñi noppi nekk màndargay Yàlla ak mbooloom xareem. Moo tax ci saar juróom-ñett fukk ak juróom-ñaari téereb Esekiyel, tàmbali na ak Esekiyel ñu yóbbu ko ca ab xuruwaay bu fees ak yax yu wow te dee. Yax yooyu dafa tegtal Adventismu Laodise ci 11 Suwe 2001, te moo tax Pool jëmale xebaaram bu baax bu kumpagu Yàlla ca Laodise.</w:t>
      </w:r>
    </w:p>
    <w:p>
      <w:pPr>
        <w:pStyle w:val="ArticleScripture"/>
        <w:jc w:val="left"/>
      </w:pPr>
      <w:r>
        <w:rPr>
          <w:rFonts w:ascii="Times New Roman" w:hAnsi="Times New Roman" w:eastAsia="Times New Roman" w:cs="Times New Roman"/>
        </w:rPr>
        <w:t>Ndax dama bëgg ngeen xam ni am naa xeex bu réy ngir yeen, ak ñi nekk Lawodise, ak mboolem ñi gisul sama kanam ci yaram; ngir seen xol yi am déggal, te ñu booleeku ci mbëggeel, ba ci mboolem alal ju bare ju bokk ci kóllëre gu mat ci xam-xam, ngir nangu kumpab Yàlla, ak Baay bi, ak Kirist; ci moom lañu nëbb lépp lu di alali xel mu xóot ak xam-xam. Kolos 2:1–3.</w:t>
      </w:r>
    </w:p>
    <w:p>
      <w:pPr>
        <w:pStyle w:val="ArticleBody"/>
        <w:jc w:val="left"/>
      </w:pPr>
      <w:r>
        <w:rPr>
          <w:rFonts w:ascii="Times New Roman" w:hAnsi="Times New Roman" w:eastAsia="Times New Roman" w:cs="Times New Roman"/>
        </w:rPr>
        <w:t>Lii mooy itam melokaan mi Rakki White jëmale ak yax yu wow te dee yi ci Ezekiel.</w:t>
      </w:r>
    </w:p>
    <w:p>
      <w:pPr>
        <w:pStyle w:val="ArticleScripture"/>
        <w:jc w:val="left"/>
      </w:pPr>
      <w:r>
        <w:rPr>
          <w:rFonts w:ascii="Times New Roman" w:hAnsi="Times New Roman" w:eastAsia="Times New Roman" w:cs="Times New Roman"/>
        </w:rPr>
        <w:t>“Waaye du ni melo bii giiru yax yu wow yooyu doxal na rekk ci àddina si, waaye itam ci ñi ñu barkeel ak leer gu réy; ndaxte ñoom itam mel nañu ni yax ya ca xur wa. Am nañu melokaanu nit, tabaxu yaram wi; waaye amuñu dund gu xel mu sell. Waaye léebu bi bàyyiwul yax yu wow ya rekk ñu lëkkal leen ba ñu mel ni nit; ndaxte doyul ne yàpp yi ak mel yi ànd akante. Nefesu dund war na dundal yaram ya, ngir ñu man a taxaw bu jub te tàmbali ci jëf. Yax yii dafa war a tekki kërug Israayil, mbooloom Yàlla, te yaakaaru mbooloo mi mooy dooley dundal buy jóge ci Xel mu Sell mi. Boroom bi war na fuu ci kaw yax yu wow yi, ngir ñu man a dund.”</w:t>
      </w:r>
    </w:p>
    <w:p>
      <w:pPr>
        <w:pStyle w:val="ArticleScripture"/>
        <w:jc w:val="left"/>
      </w:pPr>
      <w:r>
        <w:rPr>
          <w:rFonts w:ascii="Times New Roman" w:hAnsi="Times New Roman" w:eastAsia="Times New Roman" w:cs="Times New Roman"/>
        </w:rPr>
        <w:t>“Xelum Yàlla bi, ak dooleem buy dundal, war na nekk ci bépp nit kuy liggéey, ngir bépp yaram wu ruu ak bépp xobareem jëfe ci liggéey. Te su Xelum Mi Sell bi amul, su ngelaw Yàlla amul, xel mucc mi dafa tar, te dundug ruu di sànku. Ñu bare ñi amul dundug ruu, tur yi ngi bind ci téeréyu mbooloom njàng mi, waaye binduñu leen ci téeréb dund bu Xar mu. Mën nañu bokk ak mbooloom njàng mi, waaye booloowuñu ak Boroom bi. Mën nañu takk seen xel bu baax ci matal ay warugar yu ñu leen tëral, te ñu seet leen ni ñuy nit ñuy dund; waaye ñu bare bokk nañu ci ña am ‘tur ne danga dund, te yaa ngi dee.’”</w:t>
      </w:r>
    </w:p>
    <w:p>
      <w:pPr>
        <w:pStyle w:val="ArticleScripture"/>
        <w:jc w:val="left"/>
      </w:pPr>
      <w:r>
        <w:rPr>
          <w:rFonts w:ascii="Times New Roman" w:hAnsi="Times New Roman" w:eastAsia="Times New Roman" w:cs="Times New Roman"/>
        </w:rPr>
        <w:t>“Bu am na am solo ju dëgg te fecc ci Yàlla; bu am na am boppu Yàlla buy dundal ruu ba ci dund gu xel mu sell; bu ñiy wax ne ñoom dañuy topp dëgg, seedeeluñu ci mbir mu jóge asamaan, kon duñu ñu juddoo ci peppu gu yàqul, guy dund te sax ba fàww. Bu ñu wéeruwul ci njubteg Kirist moom rekk ni seen kaaraange; bu ñu royul ay jikkoom, te liggéey ci xelam, dañuy nekk neen, soluñu mbubbamug njubte. Ñi dee, lu bari, dañuy leen jàpp ni ñiy dund; ndaxte ñiy doxal li ñuy tudde mucc seen bopp ci seen xalaat yu ñoom, amuñu Yàlla miy liggéey ci ñoom ngir ñu bëgg te def li neex ci ay bëgg-bëggam yu baax.”</w:t>
      </w:r>
    </w:p>
    <w:p>
      <w:pPr>
        <w:pStyle w:val="ArticleScripture"/>
        <w:jc w:val="left"/>
      </w:pPr>
      <w:r>
        <w:rPr>
          <w:rFonts w:ascii="Times New Roman" w:hAnsi="Times New Roman" w:eastAsia="Times New Roman" w:cs="Times New Roman"/>
        </w:rPr>
        <w:t>“Nit ki dees nañu ko bu baax ci xuru yaram yu wow yi Esekiel gisoon ci peeñ mi.” Review and Herald, 17 Samwiyee 1893.</w:t>
      </w:r>
    </w:p>
    <w:p>
      <w:pPr>
        <w:pStyle w:val="ArticleBody"/>
        <w:jc w:val="left"/>
      </w:pPr>
      <w:r>
        <w:rPr>
          <w:rFonts w:ascii="Times New Roman" w:hAnsi="Times New Roman" w:eastAsia="Times New Roman" w:cs="Times New Roman"/>
        </w:rPr>
        <w:t>Bataaxalu Laodise bi ñëw jëkk ci Adventism ci atum 1856, mooy at mi Boroom bi ubbi leer gu yokkug “juróom-ñaari yoon” yi nekk ci Levitikus saar fukk ak juróom-benn. Bataaxal bu atum 1856 bi, bi doon benn bataaxal bu biir di woo ci tuub, ak benn bataaxal bu biti ci waxi yonent, ñu bañ ko ci 1863. Bataaxalu Laodise ci kumpag “Kirist ci yéen, yaakaaru ndam”, ñu dellu koo waxaat ci 1888 jaarale ko ci Mag ñi Jones ak Waggoner, te Rakku jigéen White waxoon na it ne bataaxal boobu mooy bataaxal bi ñeel Laodise.</w:t>
      </w:r>
    </w:p>
    <w:p>
      <w:pPr>
        <w:pStyle w:val="ArticleBody"/>
        <w:jc w:val="left"/>
      </w:pPr>
      <w:r>
        <w:rPr>
          <w:rFonts w:ascii="Times New Roman" w:hAnsi="Times New Roman" w:eastAsia="Times New Roman" w:cs="Times New Roman"/>
        </w:rPr>
        <w:t>Tàllal ci rëcc, Ezekiel saar fanweeri ak juróom-ñaari tàmbali na ak ne Ezekiel, ci anam wu xel, ñu yóbbu ko ba ci 11 septembre 2001, fa ñu ko jox gis-gis bu jëm ci Adventisme bu Laodice, ñi dee ci bàkkaar ak tooñ. Ñu wax ko mu joxe ñaari yégle yu wérante yu ci wax ju yàggal. Bi jëkk jur booleb ak bokkandoo, waaye yaram ya sax dee nañu. Ñaareelu wax ju yàggal woote na ngir nekk mbind mi ci “ñeenti ngélaw” di noflaayu dund dugal ci yax ya. Baatu ñeenti ngélaw mooy bataaxalug tëj mi ci téeméeri ak ñent-fukk ak ñeenti junni nit ñi, mi fésal ne am na ñeenti malaaka yu téye ñeenti ngélaw yi. Sœur White wax na ne ñeenti ngélaw yooyu ay “fas yu mer” lañu, yu bëgg a rëcc, ndaxte dafañu koy tere. Fas wu mer wu Islam mi bëgg na a rëcc te indi dee ak yàqute ci yoonam, ni mu ko defee 11 septembre 2001, te dinañu ko bàyyiatiwaat it ci yoonu Dibér bu dënn bi di ñëw léegi.</w:t>
      </w:r>
    </w:p>
    <w:p>
      <w:pPr>
        <w:pStyle w:val="ArticleBody"/>
        <w:jc w:val="left"/>
      </w:pPr>
      <w:r>
        <w:rPr>
          <w:rFonts w:ascii="Times New Roman" w:hAnsi="Times New Roman" w:eastAsia="Times New Roman" w:cs="Times New Roman"/>
        </w:rPr>
        <w:t>Bataaxal boobu dafa indi yaram yu dee ya ñëw bokk nekk benn mbooloom xare buy taxaw ci seeni tànk. Mbooloom xare boobu bu benn bi dees na ko taxaw ci ay tànkam ci wàllug tontu ci bataaxalu malaaka juróom-ñaareel bi, ndaxte ci fan yi malaaka juróom-ñaareel biy wol, kumpay séytéef bi ak Almasiir bu ñetti fukk ak ñeent-fukk ak ñeent-junney nit ñi dina mat.</w:t>
      </w:r>
    </w:p>
    <w:p>
      <w:pPr>
        <w:pStyle w:val="ArticleBody"/>
        <w:jc w:val="left"/>
      </w:pPr>
      <w:r>
        <w:rPr>
          <w:rFonts w:ascii="Times New Roman" w:hAnsi="Times New Roman" w:eastAsia="Times New Roman" w:cs="Times New Roman"/>
        </w:rPr>
        <w:t>Noonu gis nañu Esekiel booleb ñaari bant yi, te ñuy nekk benn xeet. Ñaari bant yooyu mooy nguuru Israyil gu bëj-gànnaaw ak nguuru Yuda gu bëj-saalum, yi ñu boolee nekk benn xeet ci jeexital jamonoy seen tasaaroo bu bokk, di ñaari junni juróom-ñaar téeméeri ak ñaar-fukk at. Seen bokk-jeexital mooy jur kër Yàlla gu xelal, gi ñu tegtale ci ñeent-fukk ak juróom-benn at yi ca njàlbéenu jamonoy tasaaroo bu bokk ya ak ca mujjam.</w:t>
      </w:r>
    </w:p>
    <w:p>
      <w:pPr>
        <w:pStyle w:val="ArticleBody"/>
        <w:jc w:val="left"/>
      </w:pPr>
      <w:r>
        <w:rPr>
          <w:rFonts w:ascii="Times New Roman" w:hAnsi="Times New Roman" w:eastAsia="Times New Roman" w:cs="Times New Roman"/>
        </w:rPr>
        <w:t>Danu yokk ci sunu njàng mi ci mbind mi ci topp.</w:t>
      </w:r>
    </w:p>
    <w:p>
      <w:pPr>
        <w:pStyle w:val="ArticleScripture"/>
        <w:jc w:val="left"/>
      </w:pPr>
      <w:r>
        <w:rPr>
          <w:rFonts w:ascii="Times New Roman" w:hAnsi="Times New Roman" w:eastAsia="Times New Roman" w:cs="Times New Roman"/>
        </w:rPr>
        <w:t>«Ñu jóg ca suba teel, ba noppi génn dem ca màndiŋu Tekowa; te bi ñuy génn, Yowosafat taxaw ne: “Dégluleen ma, yaw Yuda ak yéen waa Yerusalem; gëmleen ci Aji Sax ji seen Yàlla, kon dingeen sax; gëmleen ay yonentam, kon dingeen am ndam.” 2 Tariix ya 20:20.»</w:t>
      </w:r>
    </w:p>
    <w:p>
      <w:pPr>
        <w:pStyle w:val="ArticleScripture"/>
        <w:jc w:val="left"/>
      </w:pPr>
      <w:r>
        <w:rPr>
          <w:rFonts w:ascii="Times New Roman" w:hAnsi="Times New Roman" w:eastAsia="Times New Roman" w:cs="Times New Roman"/>
        </w:rPr>
        <w:t>““Gëmleen ci Boroom bi seen Yàlla, noonu dees na leen dëgëral; gëmleen ay yonentam, noonu dees na leen may ndam.”</w:t>
      </w:r>
    </w:p>
    <w:p>
      <w:pPr>
        <w:pStyle w:val="ArticleScripture"/>
        <w:jc w:val="left"/>
      </w:pPr>
      <w:r>
        <w:rPr>
          <w:rFonts w:ascii="Times New Roman" w:hAnsi="Times New Roman" w:eastAsia="Times New Roman" w:cs="Times New Roman"/>
        </w:rPr>
        <w:t>“Isaaya 8:20. ‘Ci yoon wi ak seede si; bu ñu waxul ni baat bii waxe, ndaxte leer amul ci ñoom.’”</w:t>
      </w:r>
    </w:p>
    <w:p>
      <w:pPr>
        <w:pStyle w:val="ArticleScripture"/>
        <w:jc w:val="left"/>
      </w:pPr>
      <w:r>
        <w:rPr>
          <w:rFonts w:ascii="Times New Roman" w:hAnsi="Times New Roman" w:eastAsia="Times New Roman" w:cs="Times New Roman"/>
        </w:rPr>
        <w:t>“Ñaari bind yu ñëw fii jëkkal ci kanam nit ñi Yàlla: ñaari xaalis ngir am ndam. Yoonu bi Aji Sax ji ci boppam waxoon, ak xelub kàddug yëgle, ñoo di ñaari cosaan yu xam-xam ngir jubal nitam ci bépp mbir mu ñuy jaar. Deuteronomy 4:6. ‘Lii mooy seen xam-xam ak seen degg-degg ci kanam xeet yi, te dinañu wax: Dëgg-dëgg xeet wu mag wii, xeet wu am xam-xam la te am na déggin.’”</w:t>
      </w:r>
    </w:p>
    <w:p>
      <w:pPr>
        <w:pStyle w:val="ArticleScripture"/>
        <w:jc w:val="left"/>
      </w:pPr>
      <w:r>
        <w:rPr>
          <w:rFonts w:ascii="Times New Roman" w:hAnsi="Times New Roman" w:eastAsia="Times New Roman" w:cs="Times New Roman"/>
        </w:rPr>
        <w:t>“Sartu Yàlla ak Xelum Yonent bi dañuy doxandoo ngir gindee ak digle mbooloom gëm gi, te saa yu mbooloom gëm gi nangu ne loolu dëgg la ci topp sartam, Xelum yonent bi ñu ko yónnee ngir gindi ko ci yoonu dëgg.”</w:t>
      </w:r>
    </w:p>
    <w:p>
      <w:pPr>
        <w:pStyle w:val="ArticleScripture"/>
        <w:jc w:val="left"/>
      </w:pPr>
      <w:r>
        <w:rPr>
          <w:rFonts w:ascii="Times New Roman" w:hAnsi="Times New Roman" w:eastAsia="Times New Roman" w:cs="Times New Roman"/>
        </w:rPr>
        <w:t>“Peeñu 12:17. ‘Te njàngat bi mere jigéen ji, dem ngir xeex ak desitu askanam, ñiy sàmm ndigali Yàlla te yor seedeel Yeesu Kirist.’ Binu wax jii di wone bu leer ne mbooloom kerk bu des bi dina nangu Yàlla ci Yoonam, te dina am mayu wax ci turu Yàlla. Déggal Yoonu Yàlla, ak xel mu jëm ci wax ci turu Yàlla, moo far ba fàww aar nit ñu dëggu Yàlla; te nattu bi, lu ëpp, ci feeñug léegi lañu ko di joxe.”</w:t>
      </w:r>
    </w:p>
    <w:p>
      <w:pPr>
        <w:pStyle w:val="ArticleScripture"/>
        <w:jc w:val="left"/>
      </w:pPr>
      <w:r>
        <w:rPr>
          <w:rFonts w:ascii="Times New Roman" w:hAnsi="Times New Roman" w:eastAsia="Times New Roman" w:cs="Times New Roman"/>
        </w:rPr>
        <w:t>“Ci jamonoy Yeremi, nit ñi amul woon benn laaj ci mbind mi Muuse, Eliya, walla Elisee indiwoon; waaye laaj nañu te bàyyi ci wetu séytane bi Yàlla yónnee ci Yeremi, ba kàttanam ak dooleem yàqu ba desul woon fenn pexe, ludul ne Yàlla yóbbu leen ca ngàlla ga.”</w:t>
      </w:r>
    </w:p>
    <w:p>
      <w:pPr>
        <w:pStyle w:val="ArticleScripture"/>
        <w:jc w:val="left"/>
      </w:pPr>
      <w:r>
        <w:rPr>
          <w:rFonts w:ascii="Times New Roman" w:hAnsi="Times New Roman" w:eastAsia="Times New Roman" w:cs="Times New Roman"/>
        </w:rPr>
        <w:t>“Noonu itam ci jamono yu Kirist, nit ñi jàngoon nañu ne yégleb Yeremi bi dëgg la, te dañu daldi yëmale seen bopp ngir gëm ne bu ñu dundoon ci jamonoy seen baay yi, dinañu woon nangu yéglebam; waaye ci benn jamono boobu sax, dañoo doon bañ yégleb Kirist, ki nga xam ne yonent yépp bind nañu ko.”</w:t>
      </w:r>
    </w:p>
    <w:p>
      <w:pPr>
        <w:pStyle w:val="ArticleScripture"/>
        <w:jc w:val="left"/>
      </w:pPr>
      <w:r>
        <w:rPr>
          <w:rFonts w:ascii="Times New Roman" w:hAnsi="Times New Roman" w:eastAsia="Times New Roman" w:cs="Times New Roman"/>
        </w:rPr>
        <w:t>“Ba beneen ñetteelu malaaka bi tàmbalee feeñ ci àddina si, te mooy xamle yoonu Yàlla ci kanam mbooloom gëmkat yi ci matugam ak kàttanam, mayu yonent gi itam dellusi na ca saa sa. Mayu jooju def na wàll bu réy lool ci yokkute ak yóbbu kanamub ndigël bii.</w:t>
      </w:r>
    </w:p>
    <w:p>
      <w:pPr>
        <w:pStyle w:val="ArticleScripture"/>
        <w:jc w:val="left"/>
      </w:pPr>
      <w:r>
        <w:rPr>
          <w:rFonts w:ascii="Times New Roman" w:hAnsi="Times New Roman" w:eastAsia="Times New Roman" w:cs="Times New Roman"/>
        </w:rPr>
        <w:t>«Naka lañu amee ay wuuteb xalaat ci mbirum tekki Mbind mi ak yoonu liggéey yi, yu man a yëngal ngëmug ñi gëm xibaar bi te jur tasaro ci liggéey bi, ruuhu yëglewaay bi dafa mas a leeral xaalis bi. Moom dafa mas a indi benn xalaat ak jàmm ci jëfandikoo ci mboolem ñi gëm. Ci bépp jafe-jafe bu feeñ ci yokkute xibaar bi ak maggug liggéey bi, ñi taxawoon bu dëgër ci yoonu Yàlla ak leerug Ruuhu yëglewaay bi dañoo not, te liggéey bi yokku ci seen loxo.»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Téeméeri 149</dc:title>
  <dc:subject>Kumpu Yàlla bi ñu feeñal: Bennalug Yàlla ak nitité</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