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 ak juróom-ñaar fukk ak ñaar</w:t>
      </w:r>
    </w:p>
    <w:p>
      <w:pPr>
        <w:pStyle w:val="ArticleSubtitle"/>
        <w:jc w:val="left"/>
      </w:pPr>
      <w:r>
        <w:rPr>
          <w:rFonts w:ascii="Arial" w:hAnsi="Arial" w:eastAsia="Arial" w:cs="Arial"/>
        </w:rPr>
        <w:t>Misaalu ñaari bant yi ci Ezekiel: Tukki gu jaar ci waxu yonent ak njotug njubte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Nu ngi seet xët wi ci Esekiyel sareer fanweeri ñaari-fukk ak juróom-ñaari, wi jëkk di fésal li jëm ci waxtu bi ñuy wollee juróomeel bu baax bi ak yégle bi ñeel Laodise, te loolu mooy jur mbooloom xarekat yi di téeméeri junni ak ñeent-fukk ak ñeent-junni. Gannaaw loolu, Esekiyel dellu ci rëdd wi, te yaatal ko, ci dajale ñaari yat yi tektal nguurug Bës gi ak nguurug bëj-saalum Israayil, ngir nekk misaal bu jëm ci yoonu bi ñuy boole Yàlla ak nit ci jamono ji ñuy wollee juróomeel bu Baax bi. Bu ñaari xeet yooyu bokkee ba nekk benn xeet, Esekiyel fésal ne am nañu buur bu leen yor, te gannaaw loolu mu wax ci kóllëre gu dul jeex gi, di kóllëre gi mat ak téeméeri junni ak ñeent-fukk ak ñeent-junni, fekk muy dëggal ne nit ñi bokk ci kóllëre gu fan yu mujj yooyu dinañu am kër Yàlla gi ci seen biir ba fàww.</w:t>
      </w:r>
    </w:p>
    <w:p>
      <w:pPr>
        <w:pStyle w:val="ArticleBody"/>
        <w:jc w:val="left"/>
      </w:pPr>
      <w:r>
        <w:rPr>
          <w:rFonts w:ascii="Times New Roman" w:hAnsi="Times New Roman" w:eastAsia="Times New Roman" w:cs="Times New Roman"/>
        </w:rPr>
        <w:t>Nanu yokk ci rëdd woowu liggéeyu Yowaana ci natt kër Yàlla gi ci atum 1844, ba tax mu doon royukaayu natt gu mujj ga tambalee 11 fan ci Septambre 2001. Natt googu itam Sekariya wax na ci moom, te mu boole ne natt gi di ame bi Yàlla dellu di tànn Yerusalem ngir dëkk ba muy teg turam. Nu ngi di bind benn mélokaan diggante jumtukaay yi taxawal kër Yàlla gi, ak ñaari bant yi yore nguurug bëj-gànnaaru Israyil ak nguurug bëj-saalumu Israyil. Liggéeyu Kirist ci boole Yàllaam ak nittey benn téeméer ak ñeent-fukk ak ñeent ñaar-fukk ñi, ñu ngi ko firndeel ci ñaari waxi wax ju bees yi ci ñaari junniy at ak juróom-ñaar téeméeri at yi ngir tasaaroo ga ñu indiwoon ci kaw nguurug bëj-gànnaar ak nguurug bëj-saalum, ànd ak waxi wax ju bees ji ci ñaari junniy at ak ñett téeméeri at.</w:t>
      </w:r>
    </w:p>
    <w:p>
      <w:pPr>
        <w:pStyle w:val="ArticleBody"/>
        <w:jc w:val="left"/>
      </w:pPr>
      <w:r>
        <w:rPr>
          <w:rFonts w:ascii="Times New Roman" w:hAnsi="Times New Roman" w:eastAsia="Times New Roman" w:cs="Times New Roman"/>
        </w:rPr>
        <w:t>Ngir xam li ay bant yi ci Ezekiel di tektal ci liggéeyu xebaar bu baax bi, dafa soxla njàngum xebaar bu baax bi gu njëkk. Almasi bi nangu na sunu yaram gu daanu, gannaaw ñetti junni at ak ñent ci néew-doole gu jóg ci maam, te ñu jox ko ko jaarale ko ci Maryama. Ni mu nekke sunu Royukaay, moo won ne jaarale ko ci jëfandikoo coobareem, bu jébbaloo coobarey Baayam, man nanu daan, ni mu daane, jaarale ko ci jëfandikoo sunu coobare ci suufe coobareem. Sunu coobare dees na ko jëfandikoo, muy ngir lu baax mbaa lu bon, ci sunu bopp, moom miy kër gu mag gu bakkan bi.</w:t>
      </w:r>
    </w:p>
    <w:p>
      <w:pPr>
        <w:pStyle w:val="ArticleScripture"/>
        <w:jc w:val="left"/>
      </w:pPr>
      <w:r>
        <w:rPr>
          <w:rFonts w:ascii="Times New Roman" w:hAnsi="Times New Roman" w:eastAsia="Times New Roman" w:cs="Times New Roman"/>
        </w:rPr>
        <w:t>“Ndongo mi bëgg a dugal liggéeyu ñaari waxtu-jàng ci benn, waruñu ko bàyyi mu def li mu bëgg ci mbir mii. Jéem a yëngu ci liggéeyu ñaar yoon mooy, ci ñu bare, sonn xelu ba mu ëpp, ak bañ a jëfandikoo yaram ci noonu mu waree. Amul xel a wax ne xel man naa jàpp te digganteel lekku xel bu ëpp, te topp xel ba mu ëpp dey bàkkaar bu màgg ni laaweel yëram yu di digganteel lekk, jox xol bi bañ a am jamono yu noppaliku. Bopp mooy kër gu dëgër gu nit ku nekk mépp, te ay jikko yu bon ci lekk, ci sol, walla ci nelaw dañuy lor bopp bi, te tere jot ci li ndongo bi bëgg,—tey mën a am yoonu xel wu baax. Bépp cër wu nekk ci yaram bu ñu ko sàmmul ak tegu, dina yónnee xibaaru gaañam ba ci bopp bi. War nañu jëfandikoo muñ ak sax ci bare ngir jàngal xale yi ni ñuy sàmme seen wér-gu-yaram. War nañu xam bu baax mbir mii, ngir bépp dooleel ak cër man a gën a dëgëraliku te yëngu ci ndigal walla ci lu ñu dul teey, ba ci mujj wér-gu-yaram gu gën a baax am solo, te bopp bi daldi doole ngir muñ sonn-sonnu njàng mi.” Christian Education, 124.</w:t>
      </w:r>
    </w:p>
    <w:p>
      <w:pPr>
        <w:pStyle w:val="ArticleBody"/>
        <w:jc w:val="left"/>
      </w:pPr>
      <w:r>
        <w:rPr>
          <w:rFonts w:ascii="Times New Roman" w:hAnsi="Times New Roman" w:eastAsia="Times New Roman" w:cs="Times New Roman"/>
        </w:rPr>
        <w:t>Liggéey kóllëre gu dul jeex mooy bind yoonu Yàlla ci sunu xol ak ci sunu xel, te sunu xol ak sunu xel ñépp dañuy nekk ci “kër gu dëgër gu sunu bàkkan,” maanaam sunu boppu xel.</w:t>
      </w:r>
    </w:p>
    <w:p>
      <w:pPr>
        <w:pStyle w:val="ArticleScripture"/>
        <w:jc w:val="left"/>
      </w:pPr>
      <w:r>
        <w:rPr>
          <w:rFonts w:ascii="Times New Roman" w:hAnsi="Times New Roman" w:eastAsia="Times New Roman" w:cs="Times New Roman"/>
        </w:rPr>
        <w:t>“Xel bu góor walla jigéen du wàcc ci benn saa yoon jógé ci setug xol ak sellug dund, ba àgga ci ñaawte, yàqute ak tooñ. Dafay jël waxtu ngir soppi nit ku nit mel ne Yàlla, walla ngir suufeel ñi ñu bind ci melokaanu Yàlla, ba ñu doon ni mala, walla ni Seytaane. Ci li nuy xool lañuy soppiku. Doonte sax nit bind nañu ko ci melokaanu Boroom bi ko sàkk, waaye man naa yar ay xelam ba bàkkaar, bi mu daan sib, neex ko. Bu mu bàyyée wottu ak ñaan, mu bàyyi it a wottu dëkk baay bi, maanaam xol bi, te mu dugg ci bàkkaar ak tooñ. Xel mi dañuy suufeel, te maneesul koo yékkati jógé ci yàqute, fekk dees koy yar ngir jaamloo kàttanu yaram wu njëkk ak kàttanu xel, ba teg leen ci suufu bëgg-bëgg yu gëna ñaaw. Fàww ñu sax ci xare bu sax ak xel mu jur ci yaram; te war nañu am ndimmalu yeesal gi nekk ci yiwu Yàlla, miy yóbbu xel mi kàwe te miy ko jàngal muy xalaat lu set te sell.” Adventist Home, 330.</w:t>
      </w:r>
    </w:p>
    <w:p>
      <w:pPr>
        <w:pStyle w:val="ArticleBody"/>
        <w:jc w:val="left"/>
      </w:pPr>
      <w:r>
        <w:rPr>
          <w:rFonts w:ascii="Times New Roman" w:hAnsi="Times New Roman" w:eastAsia="Times New Roman" w:cs="Times New Roman"/>
        </w:rPr>
        <w:t>“Xel mi,” “xol bi,” “beyin bi” mooy “këru kaaraange buy aar ruu bi.” Këru kaaraange mooy njëg bu ñuy wara aar ngir bàkkaar bañ fa dugg.</w:t>
      </w:r>
    </w:p>
    <w:p>
      <w:pPr>
        <w:pStyle w:val="ArticleScripture"/>
        <w:jc w:val="left"/>
      </w:pPr>
      <w:r>
        <w:rPr>
          <w:rFonts w:ascii="Times New Roman" w:hAnsi="Times New Roman" w:eastAsia="Times New Roman" w:cs="Times New Roman"/>
        </w:rPr>
        <w:t>«Ci ñaanam ci Baay bi, Kirist jox na addina bi ab njàngale yu war a ñu xat ci xel ak ci ruu. “Lii mooy dund gu dul jeex,” la wax, “mooy ñu xam Yow, Yàlla ju dëgg ji rekk, ak Yeesu Kirist, mi Nga yónni.” John 17:3. Lii mooy njàng mu dëgg. Moo di may doole. Xam-xam gu aju ci jéef ci Yàlla ak ci Yeesu Kirist, mi Mu yónni, dafay soppi nit, def ko mu mel ni Yàlla. Dafay jox nit nguuram ci boppam, di indi bépp yëngu-yëngu ak bépp bëgg-bëggu nature bi gën a suufe ngir mu nekk suufu saytu kàttani xel yi gën a kawe. Dafay def boroomam doom Yàlla ak ndonal asamaan. Dafay dugal ko ci booloo ak xelu Ki dul àpp, te ubbi ko alali yu barey àddina si.» Christ’s Object Lessons, 114.</w:t>
      </w:r>
    </w:p>
    <w:p>
      <w:pPr>
        <w:pStyle w:val="ArticleBody"/>
        <w:jc w:val="left"/>
      </w:pPr>
      <w:r>
        <w:rPr>
          <w:rFonts w:ascii="Times New Roman" w:hAnsi="Times New Roman" w:eastAsia="Times New Roman" w:cs="Times New Roman"/>
        </w:rPr>
        <w:t>“Doole yu kawe yi” dees leen war a jëfandikoo ngir teye te teg ci suuf “dëgg-dëgg ak bëgg-bëgg yu nature bu suufe bi.” Doole yu kawe yi nekk nañu ci xel mi, te mooy “bokkeel ak xelu Ki Dul Jeex,” loolu “mooy soppi nit, mu mel ni Njàngale Yàlla.” Ci jamono ju màndarga jiiroole gi ci ñent-fukk ak ñeent junni, melow rab wi dafay sosu ci benn kuréel, te melow Almasi bi ci beneen kuréel. Li matal soppi ga mooy jokkoo xel yi. Ñi am xel bu yaram walla xel bu soxna si, ni Pawulo ko waxe, ñoom dañuy sos melow yaram gi—rab wi. Ñi jot ci xelu Almasi bi, ñoom dañuy sos melow Almasi bi. Digeb kóllëre gi mooy ne man nanu jot ci xelu Almasi bi ci soppeeku gi, doonte ñépp ñu ngi juddu ak xel bu yaram.</w:t>
      </w:r>
    </w:p>
    <w:p>
      <w:pPr>
        <w:pStyle w:val="ArticleScripture"/>
        <w:jc w:val="left"/>
      </w:pPr>
      <w:r>
        <w:rPr>
          <w:rFonts w:ascii="Times New Roman" w:hAnsi="Times New Roman" w:eastAsia="Times New Roman" w:cs="Times New Roman"/>
        </w:rPr>
        <w:t>Na ngeen am xel moo mel ni mi nekkon itam ci Kirist Yeesu: moom mi nekkoon ci melow Yàlla, te jàppul woon ne yemoo ak Yàlla di sàcc walla di jël lu dulam; waaye deful dara ngir màggal boppam, te sol boppam melow jaam, nekk ci niroo ak nit ñi; te bi ñu ko fekkée ci melow nit, toroxlu na boppam, ba déggal ba ci dee, jaxasoo ci dee bu bant ba. Filib 2:5–8.</w:t>
      </w:r>
    </w:p>
    <w:p>
      <w:pPr>
        <w:pStyle w:val="ArticleBody"/>
        <w:jc w:val="left"/>
      </w:pPr>
      <w:r>
        <w:rPr>
          <w:rFonts w:ascii="Times New Roman" w:hAnsi="Times New Roman" w:eastAsia="Times New Roman" w:cs="Times New Roman"/>
        </w:rPr>
        <w:t>War na am xelum Kirist ci sunu biir, ni mu nekkoon itam ci Kirist, ndaxte ñu bind nañu nu ci Nataalam. Waaye amunu xel woowu; xelu suuf lanu yor, te ñu jaay nañu nu ci bànneex bàkkaar.</w:t>
      </w:r>
    </w:p>
    <w:p>
      <w:pPr>
        <w:pStyle w:val="ArticleScripture"/>
        <w:jc w:val="left"/>
      </w:pPr>
      <w:r>
        <w:rPr>
          <w:rFonts w:ascii="Times New Roman" w:hAnsi="Times New Roman" w:eastAsia="Times New Roman" w:cs="Times New Roman"/>
        </w:rPr>
        <w:t>Kon nag am, amul dara ñaawteef ci kaw ñi nekk ci Kirist Yeesu, ñi doxul topp yaram waaye topp Xelum mi. Ndaxte yoonu Xelum dund gi ci Kirist Yeesu gore na ma ci yoonu bàkkaar ak dee. Ndax li yoon wi mënul woon def, ndax dafa néew doole jaarale ko ci yaram, Yàlla, bi mu yonnee Doomam ci melokaanu yaramu bàkkaar, te ngir bàkkaar, daan na bàkkaar ci yaram: ngir njubteg yoon wi mat ci nun, ñoom ñi doxul topp yaram waaye topp Xelum mi. Ndaxte ñi topp yaram, xalaat nañu ci mbiri yaram; waaye ñi topp Xelum, ci mbiri Xelum lañuy xalaat. Ndaxte xalaatu yaram dee la; waaye xalaatu Xelum dund ak jàmm la. Ndaxte xalaatu yaram noonoo la ci Yàlla; ndaxte sujulul ci yoonu Yàlla, te sax mënul ko. Kon nag, ñi nekk ci yaram mënuñu neexal Yàlla. Waaye yéen nekkugeen ci yaram, waaye ci Xelum, bu fekkee ne Xelu Yàlla dëkk ci yéen. Léegi ku amul Xelu Kirist, bokkul ci moom. Te su fekkee ne Kirist nekk na ci yéen, yaram wi dee na ndax bàkkaar; waaye Xelum dund la ndax njub. Room 8:1–10.</w:t>
      </w:r>
    </w:p>
    <w:p>
      <w:pPr>
        <w:pStyle w:val="ArticleBody"/>
        <w:jc w:val="left"/>
      </w:pPr>
      <w:r>
        <w:rPr>
          <w:rFonts w:ascii="Times New Roman" w:hAnsi="Times New Roman" w:eastAsia="Times New Roman" w:cs="Times New Roman"/>
        </w:rPr>
        <w:t>Nekk ci ngir Xelum, mooy dund; te nekk ci yaram, mooy dee. Yaram mooy tabiitu gën a suufe, te mooy cosaanu sunuy xel ak sunuy yëg-yëg. Tabiitu yaram buy suufe war nañu ko jiite ak tabiit bu gën a kawe, te loolu di ame ci jëfandikoo sunuy coobare ngir topp ak dëppook Xelum Mu Sell mi. Sunuy xel yu kaw yu bokk ci yaram man nañu soppi fii ak léegi, waaye sunu tabiit bu suufe war na xaar Ñëw ga Ñaareel ba ngir soppi.</w:t>
      </w:r>
    </w:p>
    <w:p>
      <w:pPr>
        <w:pStyle w:val="ArticleBody"/>
        <w:jc w:val="left"/>
      </w:pPr>
      <w:r>
        <w:rPr>
          <w:rFonts w:ascii="Times New Roman" w:hAnsi="Times New Roman" w:eastAsia="Times New Roman" w:cs="Times New Roman"/>
        </w:rPr>
        <w:t>Ñaari yi Ezekiel ñaar, dañuy wax ci benn yaari bu ñu wone ni mooy kër gu ëmb kër gi, te yaari boobu jeex na ci atum 1798. Moo nekkoon bu mat sëkk, ñu ko xarale woon bu baax ci diggante junni ak juróom-benn fukk ak juróom-benn at yu ñu doon jaasoo ak rawatina dëkkandoog ñi bokk ci pagaan, di taal gàngoor gi, ak junni ak juróom-benn fukk ak juróom-benn at yu papaale di taal gàngoor gi. Yaari boobu doonul melokaanu taal kër Yàlla ga, ndaxte kër Yàlla ga nekkoon na ca nguur gu bëj-gànnaaru. Gàngoor gi pagaan ak papaale taaloon, kër nit la woon, waaye ci mbirum nguur gu bëj-gànnaaru, mooy yaram wi, te nguur gu bëj-gànnaaru mooy fa Yàlla tànn bërab bi mu tëj bopp bi. Nguur gu bëj-saalu mooy yaram wi, nguur gu bëj-gànnaaru mooy bopp bi.</w:t>
      </w:r>
    </w:p>
    <w:p>
      <w:pPr>
        <w:pStyle w:val="ArticleBody"/>
        <w:jc w:val="left"/>
      </w:pPr>
      <w:r>
        <w:rPr>
          <w:rFonts w:ascii="Times New Roman" w:hAnsi="Times New Roman" w:eastAsia="Times New Roman" w:cs="Times New Roman"/>
        </w:rPr>
        <w:t>Ñaari réewu bëj-gànnaar bi ñaari xaajam yu 1260 at, dañoo doon tegtal ñaari xeetu jëme ci bàkkaar ci kër yaram gi, ni ko tegtale mi warale ci jëfandikukat yu njëkk ak yu ñu yar. Bokk ci càkkute yu bàkkaar yu ñu njëkk a jële woon la bokk ci diiney ñaawtéef yi, te nangu gi papalisme nangu diiney càkkute yooyu, mooy tegtal jëme yu ñu yar ci bàkkaar. Ci benn xaalis walla beneen, kër yaram gi mënul woon a soppeeku ba Kàddu Ñëw Gi Ñaareel bi, ba tax bant bu réewu bëj-gànnaar bi yàgg ba 1798 rekk, te ba ñu waxee Yowaana mu natt kër Yàlla gi, war nañu bàyyi bant boobu.</w:t>
      </w:r>
    </w:p>
    <w:p>
      <w:pPr>
        <w:pStyle w:val="ArticleBody"/>
        <w:jc w:val="left"/>
      </w:pPr>
      <w:r>
        <w:rPr>
          <w:rFonts w:ascii="Times New Roman" w:hAnsi="Times New Roman" w:eastAsia="Times New Roman" w:cs="Times New Roman"/>
        </w:rPr>
        <w:t>Baati bi “soppe” mooy jëfandikoo ngir tekki wërante walla coppite gu jëm ci benn xaalis wala tolluwaay ba ci beneen. Bi Aadama ak Awa bàkkee, ñu “soppikoo” leen jële ci seen njàlbéen xaalis, ndaxte Yàlla moo leen bindoon ci matug, ci melokaanam, te kàttan yu kawe yi di nguuru ci kaw kàttan yu suufe yi. Bi ñu bàkkee, ñu “soppiku” nekk nit ku kàttan yu suufe yi jël nguur gi ci kaw kàttan yu kawe yi. Te ñu jottali woon xaalis boobu ci seen njaboot yépp.</w:t>
      </w:r>
    </w:p>
    <w:p>
      <w:pPr>
        <w:pStyle w:val="ArticleBody"/>
        <w:jc w:val="left"/>
      </w:pPr>
      <w:r>
        <w:rPr>
          <w:rFonts w:ascii="Times New Roman" w:hAnsi="Times New Roman" w:eastAsia="Times New Roman" w:cs="Times New Roman"/>
        </w:rPr>
        <w:t>Ci digganteeb yonent ci ñaari bant yi ci kàddug yonent Esëkiel, Boroom bi tànn na Yerusalem ngir mu nekk bopp bi, dëkkub buur ba toog. Waroon na nekk kàttan gu gën a kawe. Ci misaalum ñaari bant yi, nguur gu bëj-saalumoon gi moo doon kàttan gu gën a suufe ci mbirum nguur gu gën a kawe gi ca bëj-gànnaar. Coppite gi ñu firndeel ci jamono ji waroon a boole ñaari bant yi, dafa laajoon ngir nguur gu bëj-saalumoon gi dellu ci taxawaayam bu mel ni bopp bi. Waroon nañu ko soppi jëm ci nguur gu bëj-gànnaar, ndaxte ca jamono jooju moo booleek buur bu dëgg bi ca bëj-gànnaar, te lëkkalook néegub gangunaay bi bu nguur gu dëgg gi ca bëj-gànnaar.</w:t>
      </w:r>
    </w:p>
    <w:p>
      <w:pPr>
        <w:pStyle w:val="ArticleBody"/>
        <w:jc w:val="left"/>
      </w:pPr>
      <w:r>
        <w:rPr>
          <w:rFonts w:ascii="Times New Roman" w:hAnsi="Times New Roman" w:eastAsia="Times New Roman" w:cs="Times New Roman"/>
        </w:rPr>
        <w:t>Ndax li tax nguur gu bëj-gànnaar gi dafa yàgg ba ci 1798 rekk, te ñu wax Yowaana mu bàyyi kër gu bit bi, gi yàggoon ba ci 1798 rekk. Nguur gu bëj-saalum gi dina booleeku ak yat wu ñaari junni ak ñetti téeméer ci dikkub malaaka bu ñetteel bi, waaye nguur gu bëj-gànnaar gi dina jeex bi booleb Yàlla ak nit matalee ci biir ñaari néegu kër Yàlla ga, yi Yowaana nattoona ca noonu. Nguur gu bëj-gànnaar gi dafa jokkoo woon ak nguur gu bëj-saalum gi jaarale ko ci lëkkaleb ñeent-fukk ak juróom-benn, ci dikkub malaaka bu ñetteel bi, waaye dafa nekkoonul jokkoo bu jub ak 1844, ni ko nguur gu bëj-saalum gi nekke.</w:t>
      </w:r>
    </w:p>
    <w:p>
      <w:pPr>
        <w:pStyle w:val="ArticleBody"/>
        <w:jc w:val="left"/>
      </w:pPr>
      <w:r>
        <w:rPr>
          <w:rFonts w:ascii="Times New Roman" w:hAnsi="Times New Roman" w:eastAsia="Times New Roman" w:cs="Times New Roman"/>
        </w:rPr>
        <w:t>Nguuru bëj-saalu bi boolewoon nañu ko ak kër Yàlla gu juróom-benn-fukk ak juróom-benn at, ak itam ak booloo gi diggante Yàlla-néeg ak nit-néeg, ni ko téye ñaari téeméeri ak ñaar-fukk at. Nguuru bëj-gànnaar gi ci 1798 moo màndargaal sampug kër Yàlla gu juróom-benn-fukk ak juróom-benn at, waaye foofa la yam, ndaxte ni mu doon sampu, dafa teewal yaram wi Kirist jël ci boppam; te ñu reyoon na yaramam dale ca sampug àddina. Bépp kër Yàlla mën nañu ko jëfandikoo ni màndarga yu weesante, te sampug juróom-benn-fukk ak juróom-benn at bi ci 1798, mi ngi jox xamle ne mooy yaramam gu nit, te jeexitalu juróom-benn-fukk ak juróom-benn at yooyu ci 1844, mi ngi jox xamle ne mooy Yàlla-néegam.</w:t>
      </w:r>
    </w:p>
    <w:p>
      <w:pPr>
        <w:pStyle w:val="ArticleBody"/>
        <w:jc w:val="left"/>
      </w:pPr>
      <w:r>
        <w:rPr>
          <w:rFonts w:ascii="Times New Roman" w:hAnsi="Times New Roman" w:eastAsia="Times New Roman" w:cs="Times New Roman"/>
        </w:rPr>
        <w:t>Mbooloo mi ñu daan ba ci suufu ba àgg 1798 doonul kër Yàlla gu sell gi, doonte kër Yàlla gu sell gi moom dees na ko wone ni ñu daan ko ba ci suufu ci jamono jooju; waaye daan boobu mi ngi doon am ci nguur gu bëj-gànnaar gi, fa Yàlla tànne Yéerusalem ngir teg fa ay këram gu sell ak turam. Mbooloo mi ñu daan ba ci suufu, dafa doon tegtal xeet yi dul Yawut yi; dafa doon tegtal yaram wi.</w:t>
      </w:r>
    </w:p>
    <w:p>
      <w:pPr>
        <w:pStyle w:val="ArticleBody"/>
        <w:jc w:val="left"/>
      </w:pPr>
      <w:r>
        <w:rPr>
          <w:rFonts w:ascii="Times New Roman" w:hAnsi="Times New Roman" w:eastAsia="Times New Roman" w:cs="Times New Roman"/>
        </w:rPr>
        <w:t>Bi Aadama ak Awa bàkkee, “juróom-ñaari yoon” yi di juróom-ñaari junni at yu nit ñi diñu leen dóor di leen nootal ci bàkkaar tàmbalee na. Ca jamono jooju, Mburu mi ñu reyoon dale ci sosug àddina, moo joxe der yu mburu ngir muur mbubbuñu bàkkaaru nit ñi. Bi nootug nit ñi jeexee ci 1798, Mburu mi, miy fondemaŋ te tabaxkat bu bépp melokaan gu sellaloo gu kër Yàlla, ñu ko reyatiwaat. Foofa la nguur gu bëj-gànnaar gi, ak kërug nit gi ñu fa tegtaloon, jeexee.</w:t>
      </w:r>
    </w:p>
    <w:p>
      <w:pPr>
        <w:pStyle w:val="ArticleBody"/>
        <w:jc w:val="left"/>
      </w:pPr>
      <w:r>
        <w:rPr>
          <w:rFonts w:ascii="Times New Roman" w:hAnsi="Times New Roman" w:eastAsia="Times New Roman" w:cs="Times New Roman"/>
        </w:rPr>
        <w:t>At 1798 la la woonoon bi neexëb antikiriis bu dëggul bi, gannaaw ba mu seedel saaytaaneem ci ñetti at ak genn-wàll yu yonent yi, yi tambalee ak kàttanam ca atum 538, te lu jiitu loolu mooy ñetti-fukk at yu waajal yu tambalee ca atum 508. Loolu nekkoon na noonuw saaytaan ci màndargay Kirist ci ñetti-fukk atam yu waajal yu tambalee ca njuróomam, te mu jeex ca kàttanam, ba ñu ko sóobe ci ndox, te gannaaw loolu mu joxe seedeem diirub ñetti at ak genn-wàll yu dëgg la, ba kera mu agsi ci fañ gu Ubbi gi ñu rendi woon dale ko ca sosug àddina, ba ñu ko daaj. Noonu la yooniw kàddugaam mattee ne, bu kër Yàlla gi yàquee, dina ko yékkati ci ñetti fan.</w:t>
      </w:r>
    </w:p>
    <w:p>
      <w:pPr>
        <w:pStyle w:val="ArticleBody"/>
        <w:jc w:val="left"/>
      </w:pPr>
      <w:r>
        <w:rPr>
          <w:rFonts w:ascii="Times New Roman" w:hAnsi="Times New Roman" w:eastAsia="Times New Roman" w:cs="Times New Roman"/>
        </w:rPr>
        <w:t>Moom moo taxaw ay ki yékkati këram gu sell gi diw wàllu yaramam, ndaxte dooley Yàllaa-gi ci moom moo àggal ndekkite gi, ndaxte Yàllaa-gi ci moom deewuñu ko ci daajale gi ca bant ba, waaye nitam rekk moo dee ca bant ba, ndaxte Yàlla manul dee.</w:t>
      </w:r>
    </w:p>
    <w:p>
      <w:pPr>
        <w:pStyle w:val="ArticleScripture"/>
        <w:jc w:val="left"/>
      </w:pPr>
      <w:r>
        <w:rPr>
          <w:rFonts w:ascii="Times New Roman" w:hAnsi="Times New Roman" w:eastAsia="Times New Roman" w:cs="Times New Roman"/>
        </w:rPr>
        <w:t>“‘Man naa moo ngi tekkat, te man naa dund’ (Yowaana 11:25). Ki waxoon ne: ‘Damay joxe sama bakkan, ngir ma man koo jëlati’ (Yowaana 10:17), génn na ca bàmmeel ba, dund gi nekkoon ci moom ci boppam. Nit ku ne dee na; waaye Yàllaay moom deewul. Ci ay jëfandikoo-yàllaam, Kirist moom amoon na kàttan gu man a dagg moom yii dee tëj. Moom day wax ne am na dund ci moom ci boppam ngir dundloo ku neex ko.” Selected Messages, téere 1, 301.</w:t>
      </w:r>
    </w:p>
    <w:p>
      <w:pPr>
        <w:pStyle w:val="ArticleBody"/>
        <w:jc w:val="left"/>
      </w:pPr>
      <w:r>
        <w:rPr>
          <w:rFonts w:ascii="Times New Roman" w:hAnsi="Times New Roman" w:eastAsia="Times New Roman" w:cs="Times New Roman"/>
        </w:rPr>
        <w:t>Ci atum 1798, kërgub nit ku nekk melokaane nit, moom mbooloom “nguur gi nekk ci bëj-gànnaar”, agsi na ci mujjam, ndaxte ni mu nekke woon melokaanu bindu suuf, mënu ko woon soppi ba keraale ba ci dekkiwaat ga ci Ñëwug Ñaareel ga. Waaye moo xamle woon saxalug ñaar-fukk ak juróom-benn at yi, ba Kirist taxawalewaat kërgub ga nga man a soppi, te nguur gi nekk ci bëj-saalum dafa ko feeñal, mi nekkoon melokaanu kàttan yu kawe yi ci xel mi, te kooku mooy li ñuy soppi saa si bàkkaarkat bi gis na sellal gi.</w:t>
      </w:r>
    </w:p>
    <w:p>
      <w:pPr>
        <w:pStyle w:val="ArticleScripture"/>
        <w:jc w:val="left"/>
      </w:pPr>
      <w:r>
        <w:rPr>
          <w:rFonts w:ascii="Times New Roman" w:hAnsi="Times New Roman" w:eastAsia="Times New Roman" w:cs="Times New Roman"/>
        </w:rPr>
        <w:t>“Ci kaw dal bi Kirist moom ci boppam tëj, apostool yi tabax nañu ci mbooloom Yàlla. Ci Mbind mi, daanakaayu tabax kër-yu-sell bi lañuy bari yoon jëfandikoo ngir leeral tabaxug mbooloom gëmkat yi. Sekariya tudd na Kirist ne mooy Carax ga war a tabax kër-u-Aji Boroom bi. Mu wax itam ne xeeti ñi dul Yawut dinañu dimbali ci liggéey bi: ‘Ñi dëkk fu sore dinañu ñëw tabax ci kër-u-Aji Boroom bi;’ te Isayi wax na ne, ‘Doomi tukkikat yi dinañu tabaxaat sa tata yi.’ Sekariya 6:12, 15; Isayi 60:10.”</w:t>
      </w:r>
    </w:p>
    <w:p>
      <w:pPr>
        <w:pStyle w:val="ArticleScripture"/>
        <w:jc w:val="left"/>
      </w:pPr>
      <w:r>
        <w:rPr>
          <w:rFonts w:ascii="Times New Roman" w:hAnsi="Times New Roman" w:eastAsia="Times New Roman" w:cs="Times New Roman"/>
        </w:rPr>
        <w:t>“Biñ ci bind ci tabaxug kër-yàlla bii, Piye nee na: ‘Ngeen dikk ci moom, muy doj wu dund, nit ñi bañ ko dëgg, waaye Yàlla tànn ko te mu am njariñ; yeen itam, mel ni ay doj yu dund, dees leen di tabax ngir ngeen nekk kër gu xel mu sell, ak saraxalekat yu sell, ngir joxe saraxi xel yu Yeesu Kirist def ay yu Yàlla nangu.’ 1 Peter 2:4, 5.</w:t>
      </w:r>
    </w:p>
    <w:p>
      <w:pPr>
        <w:pStyle w:val="ArticleScripture"/>
        <w:jc w:val="left"/>
      </w:pPr>
      <w:r>
        <w:rPr>
          <w:rFonts w:ascii="Times New Roman" w:hAnsi="Times New Roman" w:eastAsia="Times New Roman" w:cs="Times New Roman"/>
        </w:rPr>
        <w:t>“Ci biir Yawut yi ak xeeti àddina yi, ndaw yi liggéeyoon nañu fa, di génne doj yu ñuy teg ci fondamaa bi. Ci bataaxalam bu mu yónnee way gëm yi ca Efes, Pool wax na: ‘Kon nag, dootuleen ay doxandéem ak ay gan, waaye bokk ngeen dëkk ak gaayi sell yi, te ngeen bokk kër Yàlla; te tabaxees na leen ci fondamaa ndaw yi ak yonent yi, te Krist Yeesu moom ci boppam mooy doj wu koñ wi gën a mag; ci moom tabax bi bépp, buñ ko dëppoo bu baax, di màgg ba nekk kër gu sell ci Boroom bi: ci moom yéen itam ñungi leen di tabaxandoo ngir nekk kër gu Yàlla jaarale ko ci Xel mi.’ Efes 2:19–22.”</w:t>
      </w:r>
    </w:p>
    <w:p>
      <w:pPr>
        <w:pStyle w:val="ArticleScripture"/>
        <w:jc w:val="left"/>
      </w:pPr>
      <w:r>
        <w:rPr>
          <w:rFonts w:ascii="Times New Roman" w:hAnsi="Times New Roman" w:eastAsia="Times New Roman" w:cs="Times New Roman"/>
        </w:rPr>
        <w:t>Te moom Korent yi mu bind ne: «Ci yiwug Yàlla wiñ ma jox, ni sangara bu xam njekkër, maa teg wàll bi, te keneen di ci tabax. Waaye na ku nekk moytu ni muy tabaxe ci kawam. Ndaxte kenn manul teg beneen wàll wu dul wi ñu tëgge ba noppi, mooy Yeesu Kirist. Léegi su fekkee ne kenn di tabax ci wàll woowu wurus, xaalis, doj yu jafe a am, bant, ñax, mbaa mboq; liggéeyu ku nekk dina feeñ, ndaxte bés bi dina ko xamle, ndaxte dees na ko feeñale ci safara; te safara si dina nattu liggéeyu ku nekk, xam ni muy mel.» 1 Korent 3:10–13</w:t>
      </w:r>
    </w:p>
    <w:p>
      <w:pPr>
        <w:pStyle w:val="ArticleScripture"/>
        <w:jc w:val="left"/>
      </w:pPr>
      <w:r>
        <w:rPr>
          <w:rFonts w:ascii="Times New Roman" w:hAnsi="Times New Roman" w:eastAsia="Times New Roman" w:cs="Times New Roman"/>
        </w:rPr>
        <w:t>«Ndaw yi tabax nañu ci kaw dëgër gu wóor, mooy Doj wu Fés ba fàww. Ci yokk boobu lañu indi doj yi ñu gas ci àddina. Waaye tabaxkat yi liggéeyuñu ci lu amul tere. Seen liggéey dafa doon lu metti lool ndax bëgg-bàyyi ak bëggul yu noon yi Kirist di def. War nañu woon a xeex ak yéene yu ñaaw, xalaat yu ñu jàpp ci bëccëg, ak bañ gu metti gu ñi di tabax ci kaw yokk gu dul dëgg. Ñu bare ci ñi liggéeyoon ni tabaxkat yu kërg Yàlla, manees na leen a méngale ak tabaxkat yi miir ma ca fan yi Néemiya, ci ñoom lañu bind ne: “Ñi daan tabax miir ma, ak ñi doon yëb, ak ñi doon sédd, ku nekk daan liggéey ak benn loxo ci liggéey bi, te ak beneen loxoam daan tëye ngànnaay.” Néemiya 4:17.» Acts of the Apostles, 595, 596.</w:t>
      </w:r>
    </w:p>
    <w:p>
      <w:pPr>
        <w:pStyle w:val="ArticleBody"/>
        <w:jc w:val="left"/>
      </w:pPr>
      <w:r>
        <w:rPr>
          <w:rFonts w:ascii="Times New Roman" w:hAnsi="Times New Roman" w:eastAsia="Times New Roman" w:cs="Times New Roman"/>
        </w:rPr>
        <w:t>Dañuy jàng mi ci xëtu bind bu ci topp.</w:t>
      </w:r>
    </w:p>
    <w:p>
      <w:pPr>
        <w:pStyle w:val="ArticleScripture"/>
        <w:jc w:val="left"/>
      </w:pPr>
      <w:r>
        <w:rPr>
          <w:rFonts w:ascii="Times New Roman" w:hAnsi="Times New Roman" w:eastAsia="Times New Roman" w:cs="Times New Roman"/>
        </w:rPr>
        <w:t>“Mbëggeelu nit ki feesaloon na asamaan gépp ak naqar. Addina bi Yàlla bind woon, mboolem bàkkaar dafa ko yàq ak alag ga, te ñu koy dëkk di ay mbindeef yu ñu dogal woon njàqare ak dee. Kenn gisul woon benn pexe ngir muccal ña tooñ yoon wi. Malaaka yi bàyyi woon séen woyu cant. Ci biir kër yu asamaan yi yépp amoon na jooy ak naqar ndax yàqu gu bàkkaar indi woon.”</w:t>
      </w:r>
    </w:p>
    <w:p>
      <w:pPr>
        <w:pStyle w:val="ArticleScripture"/>
        <w:jc w:val="left"/>
      </w:pPr>
      <w:r>
        <w:rPr>
          <w:rFonts w:ascii="Times New Roman" w:hAnsi="Times New Roman" w:eastAsia="Times New Roman" w:cs="Times New Roman"/>
        </w:rPr>
        <w:t>“Doomu Yàlla bi, Kilifa bu màgg bu ndamug asamaan, yërëm na xeetu nit ku daanu gi. Xolam yëngu na ak yërmande gu dul jeex bi ay metit yu àddina ju sànku ji di yéeg ci kanamam. Waaye mbëggeel gu sell gu Yàlla tabaxoon na pexe ngir nit man a jot njot. Yoonu Yàlla bi ñu toogaloon daan laaj bakkanu bàkkaarkat bi. Ci bépp àddina si yépp, amoon na kenn rekk ku man, ngir nit, feesal ay laajam. Gannaaw yoonu Yàlla bi sell na ni Yàlla ci boppam, kenn ku yam ak Yàlla rekk moo man a def njot ngir tooñam. Kenn kudul Kirist moo man a joto nit ku daanu ci musiba yoonu Yàlla te delloo ko ci déggoo ak Asamaan. Kirist dina yeb ci boppam tooñ ak rusug bàkkaar—bàkkaar bu naqarlu Yàlla ju sell ba tax mu war a xàjjal Baay bi ak Doomam. Kirist dina law ci xotu njàqare ngir musal xeetu nit ñiñu yàqu.”</w:t>
      </w:r>
    </w:p>
    <w:p>
      <w:pPr>
        <w:pStyle w:val="ArticleScripture"/>
        <w:jc w:val="left"/>
      </w:pPr>
      <w:r>
        <w:rPr>
          <w:rFonts w:ascii="Times New Roman" w:hAnsi="Times New Roman" w:eastAsia="Times New Roman" w:cs="Times New Roman"/>
        </w:rPr>
        <w:t>“Kanamam Baay bi mu ñaanoon ngir bakkaarakat bi, booleb asamaan bépp doon xaar njalbéen ga ak farlu gu baat du man a wax. Jàppale ju kumpa jooju yàgg na lool—‘pexe ju jàmm’ (Sakariya 6:13)—ngir doom yu nit yu daanu. Pexe mucc gi sampoon na ko laata suuf sosu; ndaxte Kirist mooy ‘Xar miñu reyoon dale ci tëmbëli àddina’ (Peeñu 13:8); waaye doon na jàmbaarloo, sax ak Buur biif ak àddina si, ngir joxe Doomam mu dee ngir xeetuñu njoort yi. Waaye ‘Yàlla bëgg na àddina ba keroog jox na Doomam ju amul moroom, ngir képp ku ko gëm bañ a sànku waaye am dund gu dul jeex.’ Yowaana 3:16. Aka kumpa njot gu xewu gi! aka mbëggeelug Yàlla ngir àddina su ko bëggul woon! Kan moo man a xam xóotay mbëggeel googu guy ‘jëgëral xam-xam’? Ci jamono yu dul jeex, xel yu dul dee, di wut a xam kumpay mbëggeel googu duñu man a xam, dinañu waaru te sujjóot.”</w:t>
      </w:r>
    </w:p>
    <w:p>
      <w:pPr>
        <w:pStyle w:val="ArticleScripture"/>
        <w:jc w:val="left"/>
      </w:pPr>
      <w:r>
        <w:rPr>
          <w:rFonts w:ascii="Times New Roman" w:hAnsi="Times New Roman" w:eastAsia="Times New Roman" w:cs="Times New Roman"/>
        </w:rPr>
        <w:t>“Yàlla waroon a feeñ ci Kirist, di ‘juboole àddina ak boppam.’ 2 Corinthians 5:19. Nit ku neexuloon ba lool ndax bàkkaar, ba tax ne mënuloon ci boppam a dugg ci jàmm ak ki natuream di sell ak yiw. Waaye Kirist, gannaaw bi mu jotee nit ci àtteb yoon wi, mën na jox doole buy jóge ci Yàlla ngir bokk ak jëf ju nit di def. Noonu, jaarale ko ci tuub ci kanam Yàlla ak ngëm ci Kirist, doom yi Aadama yu daanu woon mën nañu delluwaat nekk ‘doomi Yàlla.’ 1 John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 ak juróom-ñaar fukk ak ñaar</dc:title>
  <dc:subject>Misaalu ñaari bant yi ci Ezekiel: Tukki gu jaar ci waxu yonent ak njotug njubte</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