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Limu Juróom-ñeent-fukk ak Juróom-ñeent</w:t>
      </w:r>
    </w:p>
    <w:p>
      <w:pPr>
        <w:pStyle w:val="ArticleSubtitle"/>
        <w:jc w:val="left"/>
      </w:pPr>
      <w:r>
        <w:rPr>
          <w:rFonts w:ascii="Arial" w:hAnsi="Arial" w:eastAsia="Arial" w:cs="Arial"/>
        </w:rPr>
        <w:t>Ubbi gis-gis gu mujjug Daniel: Yoon wu ànd ak janq yu xelu yi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2024-03-24</w:t>
      </w:r>
    </w:p>
    <w:p>
      <w:pPr>
        <w:pStyle w:val="ArticleBody"/>
        <w:jc w:val="left"/>
      </w:pPr>
      <w:r>
        <w:rPr>
          <w:rFonts w:ascii="Times New Roman" w:hAnsi="Times New Roman" w:eastAsia="Times New Roman" w:cs="Times New Roman"/>
        </w:rPr>
        <w:t>Nunu nuy xalaat ci gis-gisu mujj gu Daniel bi, ci xamale Daniel ne mooy misaal nit ñi Yàlla boole ci jamono mujj, te jëfandikoo nanu benn aaya bu njëkk ba ak saraxalekat bu mujj gi ngir tàmbali xamale jikko yu wax ci kanam yoon yi nit ñi jamono mujj ñi Belteshazzar di teewal. Nit ñi Yàlla boole ci jamono mujj di teewal Millerites yi ci yëngu-yëngu malaaka bu njëkk bi, ak ñaar-fukk ak ñeent-fukk ak ñeent junni ñi ci yëngu-yëngu malaaka bu ñetteel bi. Millerites yi matal nañu léebu fukki janq yi, te léebu boobu dina dellusi ci jamono mujj ba ci bataaxal bu nekk.</w:t>
      </w:r>
    </w:p>
    <w:p>
      <w:pPr>
        <w:pStyle w:val="ArticleScripture"/>
        <w:jc w:val="left"/>
      </w:pPr>
      <w:r>
        <w:rPr>
          <w:rFonts w:ascii="Times New Roman" w:hAnsi="Times New Roman" w:eastAsia="Times New Roman" w:cs="Times New Roman"/>
        </w:rPr>
        <w:t>«Saa yu bari maay wax ci léeb bu fukki janq yi, juróom ñaar ci ñoom ñoo xam-xam, te juróom ñaar ñi des ñoo dof. Léeb bii amoon na, te dina am ba ci benn araf, ndaxte am na jëfandikoo gu bees ci jamono jii, te ni yégleb malaaka bu ñetteel bi, mu amoon na, te dina sax a nekk dëgg gu jëm ci jamono jii ba keroog mujjug jamono.» Review and Herald, 19 Ut 1890.</w:t>
      </w:r>
    </w:p>
    <w:p>
      <w:pPr>
        <w:pStyle w:val="ArticleBody"/>
        <w:jc w:val="left"/>
      </w:pPr>
      <w:r>
        <w:rPr>
          <w:rFonts w:ascii="Times New Roman" w:hAnsi="Times New Roman" w:eastAsia="Times New Roman" w:cs="Times New Roman"/>
        </w:rPr>
        <w:t>Xam-xamu ñaari yëngu-jàmm yi mujj jullit yi mujj yi, mooy xam-xamu Adventisme.</w:t>
      </w:r>
    </w:p>
    <w:p>
      <w:pPr>
        <w:pStyle w:val="ArticleScripture"/>
        <w:jc w:val="left"/>
      </w:pPr>
      <w:r>
        <w:rPr>
          <w:rFonts w:ascii="Times New Roman" w:hAnsi="Times New Roman" w:eastAsia="Times New Roman" w:cs="Times New Roman"/>
        </w:rPr>
        <w:t>« Léebu fukki janq yi ci Macë 25 itam dafa firndeel xew-xewu nit ñi di Aadantist. » The Great Controversy, 393.</w:t>
      </w:r>
    </w:p>
    <w:p>
      <w:pPr>
        <w:pStyle w:val="ArticleBody"/>
        <w:jc w:val="left"/>
      </w:pPr>
      <w:r>
        <w:rPr>
          <w:rFonts w:ascii="Times New Roman" w:hAnsi="Times New Roman" w:eastAsia="Times New Roman" w:cs="Times New Roman"/>
        </w:rPr>
        <w:t>Millerit yi dafa doon yëngu-yëngu malaaka bu jëkk ba, te seen xew-xew itam dafa doon ni ñu ko tegtal ci jàngoro Filadelfi. Ci atum 1856, yëngu-yëngu Millerit bu Filadelfi bi jàll na ba nekk yëngu-yëngu Lawodise, te ci ñàkk dégg-dëgg ba ci 1863, mu yokk jàllaat ba nekk jàngoro Adventist bu fanweeri fan yu juróom-ñaari, bu Lawodise.</w:t>
      </w:r>
    </w:p>
    <w:p>
      <w:pPr>
        <w:pStyle w:val="ArticleBody"/>
        <w:jc w:val="left"/>
      </w:pPr>
      <w:r>
        <w:rPr>
          <w:rFonts w:ascii="Times New Roman" w:hAnsi="Times New Roman" w:eastAsia="Times New Roman" w:cs="Times New Roman"/>
        </w:rPr>
        <w:t>Téeméer yu njënt-fukki ak ñeent-fukki junni ñent téere nañu ci yëngu-yëngu malaaka ñetteel bi, te seeni jaar-jaarf itam meloon nañu ko ci kërce Filadelfi. Ci atum 1989, téereb Daniel ubbeeku na ci kërce Laodise Seppoo-bés gu juróom-ñaar; te ci 11 Sàttumbar 2001, yëngu-yëngu Adventist bu Laodise tàmbali na; te ci weeru Sulet 2023, jëll ci delluwaay bi jëm ci yëngu-yëngu Filadelfi agsi na.</w:t>
      </w:r>
    </w:p>
    <w:p>
      <w:pPr>
        <w:pStyle w:val="ArticleBody"/>
        <w:jc w:val="left"/>
      </w:pPr>
      <w:r>
        <w:rPr>
          <w:rFonts w:ascii="Times New Roman" w:hAnsi="Times New Roman" w:eastAsia="Times New Roman" w:cs="Times New Roman"/>
        </w:rPr>
        <w:t>Belteshazzar, walla Daniyel, dafay jëfandikoo Filadelfi bu fan yi mujj, bi di dellu jëfandikoo Filadelfi bu Millerit yi “ba ci bataaxal bi gën a leer.” Saar bu njëkk ci peeñ gu mujj gi dafay tektal nit ñi ci fan yu mujj yi, te seede bu mujj ci peeñ gu mujj gi war na méngoo ak seede bu njëkk ci peeñ gu mujj gi. Yoonu laabal gi nekk ci Daniel saar 12 moo xamale yokkug xam-xam, ak ñaari xeet yi ñu ci sos. Belteshazzar mooy tektal gu gën a mat ci boroom xel yi ci fan yu mujj yi. Ci Daniel saar 12 am na lu néewnéew juróom-benn dëgg-yëf yu wax ci kanam yi doon ankra yu jëfandikoo Millerit yi, te war nañu a dellusi ci jëfandikoo malaaka bu ñetteel bi.</w:t>
      </w:r>
    </w:p>
    <w:p>
      <w:pPr>
        <w:pStyle w:val="ArticleBody"/>
        <w:jc w:val="left"/>
      </w:pPr>
      <w:r>
        <w:rPr>
          <w:rFonts w:ascii="Times New Roman" w:hAnsi="Times New Roman" w:eastAsia="Times New Roman" w:cs="Times New Roman"/>
        </w:rPr>
        <w:t>Ki jëkk ji mooy jëfandikoo sellal gi jur ñaari xeet yu màggal Yàlla, te moo tax mu matal léebu fukki janq yi ci yëngu-yëngu njàlbéen ak ci yu mujj yi.</w:t>
      </w:r>
    </w:p>
    <w:p>
      <w:pPr>
        <w:pStyle w:val="ArticleScripture"/>
        <w:jc w:val="left"/>
      </w:pPr>
      <w:r>
        <w:rPr>
          <w:rFonts w:ascii="Times New Roman" w:hAnsi="Times New Roman" w:eastAsia="Times New Roman" w:cs="Times New Roman"/>
        </w:rPr>
        <w:t>Waaye yaw Daniel, tëjël wax yi, te tëjël téere bi ak sello, ba ca waxtu mujj ga: ñu bare dinañu daw fee ak fa, te xam-xam dina yokku.... Mu ne ko: Demal sa yoon, Daniel; ndaxte wax yi tëj nañu leen te sëlees nañu leen ba ca waxtu mujj ga. Ñu bare dinañu laab, set wecc, te nattu; waaye ñu bon ñi dinañu def lu bon: kenn ci ñu bon ñi du ko dégg; waaye ñu xel ñi dinañu ko dégg. Daniel 12:4, 9, 10.</w:t>
      </w:r>
    </w:p>
    <w:p>
      <w:pPr>
        <w:pStyle w:val="ArticleBody"/>
        <w:jc w:val="left"/>
      </w:pPr>
      <w:r>
        <w:rPr>
          <w:rFonts w:ascii="Times New Roman" w:hAnsi="Times New Roman" w:eastAsia="Times New Roman" w:cs="Times New Roman"/>
        </w:rPr>
        <w:t>Wuuté gi ak ñaaw yi (doof yi), mi ngi aju ci seen xam-xam (séddale ko ci xel) ci yokkute xam-xam bi ñu ubbi ci waxtu mujj bi, muy ci atum 1798 ngir ñi bokkoon ci Millerites, wala ci 1989 ngir ñi téeméer ak ñeent-fukki ñaari junni. Yàlla aay nitam nees na leen a xam ne Adventism mooy pengalamanu léeb bu fukki janq yi, ndaxte bu ñu amul xam-xam boobu, duñu sàkku a xam kañ la “waxtu mujj bi” jot ci giir gu mujj gi, walla banndu yégle lañu daldi fecc. Bu amul xam-xam ne jéefandikoo Adventist mooy ab jumtukaay nattu bu ñetti jéego, buy sukkandiku ci yokkute dëgg gu ndaw ndaw, te muy yóbbu ci mujjug “dund walla dee,” mënuma xàmmi woote gu kawe gi ci bépp Seventh-day Adventist. Belteshazzar dafay taxawal nit ñi xam ne jaar nañu ci diggante sellal gi ñu melal ne “ñu sellal leen, def leen weex, te nattaat leen.” Gannaaw loolu, boobu diggante sellal bu ñetti jéego, ñu tëral ko bu baax ne mooy liggéeyu Xel mu Sell mi.</w:t>
      </w:r>
    </w:p>
    <w:p>
      <w:pPr>
        <w:pStyle w:val="ArticleScripture"/>
        <w:jc w:val="left"/>
      </w:pPr>
      <w:r>
        <w:rPr>
          <w:rFonts w:ascii="Times New Roman" w:hAnsi="Times New Roman" w:eastAsia="Times New Roman" w:cs="Times New Roman"/>
        </w:rPr>
        <w:t>Waaye nag maa ngi leen wax dëgg; jariñ na leen ma dem: ndaxte su ma demul, Dimbalikat bi du ñëw ci yeen; waaye su ma demee, dinaa ko yónnee ci yeen. Te bu ñëwee, dina seetlu àddina ci lu jëm ci bàkkaar, ak njub, ak àtte: ci lu jëm ci bàkkaar, ndaxte gëmuwuñu ci man; ci lu jëm ci njub, ndaxte maa ngi dem ca sama Baay, te dungeen ma gisati; ci lu jëm ci àtte, ndaxte buurub àddina sii ñu ko àtte na. Am naa lu bare tey it maa ngi bëgg a wax ak yeen, waaye léegi manuleen koo yéeg. Waaye bu ñëwee moom, Xelum dëgg gi, dina leen gindi ci dëgg gépp: ndaxte du wax ci boppam; waaye lépp lu mu dégg, loolu la wax, te dina leen won yu ñëw. Yowaana 16:7–13.</w:t>
      </w:r>
    </w:p>
    <w:p>
      <w:pPr>
        <w:pStyle w:val="ArticleBody"/>
        <w:jc w:val="left"/>
      </w:pPr>
      <w:r>
        <w:rPr>
          <w:rFonts w:ascii="Times New Roman" w:hAnsi="Times New Roman" w:eastAsia="Times New Roman" w:cs="Times New Roman"/>
        </w:rPr>
        <w:t>Liggéeyu Xelum Mi sellal janq yi ba ñu dugg ci “dëgg gu mat sëkk,” dafa soxla Mu yedd, maanaam Mu artu walla Mu dëggal, àddina ci bàkkaar, ci njubte ak ci àtte, te loolu mooy benn benn ñetti jéego yu mel ni di jur janq ju xel walla janq ju xelul ci Daniel saar fukk ak ñaar. Bàkkaar bi Yeesu rëddoo ne mooy liggéeyu Xelum Mi, mooy “diwlin,” bi feeñal taxawaayu wuute bi nekk diggante janq yi xelu ak ñi bon ci Daniel fukk ak ñaar. Nit ñi Yàlla moom ci bés yu mujj yi war nañu xam yokkug xam-xam bi ñu jagleel seen jamono, te xam-xam boobu day boole seen nangu ne ñoom dañuy janq yu xelul walla janq yu xel ci léebu Macë saar ñent-fukk ak juróom.</w:t>
      </w:r>
    </w:p>
    <w:p>
      <w:pPr>
        <w:pStyle w:val="ArticleScripture"/>
        <w:jc w:val="left"/>
      </w:pPr>
      <w:r>
        <w:rPr>
          <w:rFonts w:ascii="Times New Roman" w:hAnsi="Times New Roman" w:eastAsia="Times New Roman" w:cs="Times New Roman"/>
        </w:rPr>
        <w:t>“Yowaanañu ko won yëf yii ci gis-gisu sell. Mu gis mboolem mi ñu melal ak juróom-ñaari janq yu ñuul yi am xel, ak seen lamp yi ñu dagg ba baax te di taal, te mu wax ak mbég mu réy ne: «Fi la muñug gaayi Yàlla; fi la ñi di sàmm ndigali Yàlla ak ngëmug Yeesu.» Te ma dégg baat bu jóge asamaan ne ma: «Bindal: Yees na ñi dee ci Boroom bi li dale fii jëm kanam.» «Waaw,» la Xelum mi wax, «ngir ñu noppalu ci seen liggéey yi; te seen jëf yi di leen topp.»”</w:t>
      </w:r>
    </w:p>
    <w:p>
      <w:pPr>
        <w:pStyle w:val="ArticleScripture"/>
        <w:jc w:val="left"/>
      </w:pPr>
      <w:r>
        <w:rPr>
          <w:rFonts w:ascii="Times New Roman" w:hAnsi="Times New Roman" w:eastAsia="Times New Roman" w:cs="Times New Roman"/>
        </w:rPr>
        <w:t>“Ñi bari ñi déggoon bataaxalu malaakam bu njëkk ak bu ñaareel, dañoo yaakaaroon ne dinañu dund ba gis Kirist ñëw ci niiri asamaan. Su fekkee ñépp ñi waxoon ne gëm nañu dëgg bi jëfe woon seen wàll ni janq yu xel aay, kon bataaxal bi yégleesoon na ba tey ci xeet yépp, giir yépp, làkk yépp, ak askan yépp. Waaye juróom a xel, juróom it a doon yéef. Dëgg bi waroon nañu koo yégle ci juróom-ñaar ñi janq, waaye juróom rekk a waajaloon li war ngir bokk ci mbooloo ma doon dox ci leer gi ñëwoon ci ñoom. Bësob malaakam bu ñetteel bi dafa soxla woon. Yégle bii waroon nañu ko def. Ñi bari ci ña génn ngir daje Boroom Cët bi ci suufu bataaxali malaakam bu njëkk ak bu ñaareel, bañ nañu bataaxalu malaakam bu ñetteel bi, mooy bataaxal bu mujj bi ngir nattu àddina si.”</w:t>
      </w:r>
    </w:p>
    <w:p>
      <w:pPr>
        <w:pStyle w:val="ArticleScripture"/>
        <w:jc w:val="left"/>
      </w:pPr>
      <w:r>
        <w:rPr>
          <w:rFonts w:ascii="Times New Roman" w:hAnsi="Times New Roman" w:eastAsia="Times New Roman" w:cs="Times New Roman"/>
        </w:rPr>
        <w:t>“Beneen liggéey bu ni mel noonu dina am itam bu malaaka boobu beneen bi, miñu wone ci Peeñu 18, waxee ay waxam. Bésu malaaka bi njëkk, ñaareel bi, ak ñetteel bi, war naa leen a delloo. Woote bi dina jëm ci jàngoro ji ne: ‘Génneen ci moom, yéen samay nit, ngir ngeen bañ a bokk ci ay bàkkaaram.’ ‘Babilon bu mag bi daanu na, daanu na, te mu nekk kërug seytaane yi, ak dëkkuwaayu bépp ruu bu bon, ak pakk bu bépp picc bu setul te ñaaw. Ndax xeet yépp naan nañu ci biiñub merum sa njaxlafam, te buur yi ci suuf si def nañu njaxlaf ak moom, te jaaykat yi ci suuf si bareel nañu ci alal ndax yaaqug ay neexalam…. Génneen ci moom, yéen samay nit, ngir ngeen bañ a bokk ci ay bàkkaaram, ak ngir ngeen bañ a jot ci ay mbugalam: ndax ay bàkkaaram yegg nañu ba asamaan, te Yàlla fàttali na ay tooñam’ [Peeñu 18:2–5].”</w:t>
      </w:r>
    </w:p>
    <w:p>
      <w:pPr>
        <w:pStyle w:val="ArticleScripture"/>
        <w:jc w:val="left"/>
      </w:pPr>
      <w:r>
        <w:rPr>
          <w:rFonts w:ascii="Times New Roman" w:hAnsi="Times New Roman" w:eastAsia="Times New Roman" w:cs="Times New Roman"/>
        </w:rPr>
        <w:t>«Jël benn saar bu nekk ci kàddug xaaj bii, te nga jàng ko ak teeyu xel, rawatina ñaari saar yu mujj yi: “Te leeru làmp bi du feeñati mukk ci yaw; te baatu boroom séy bi ak baatu jigéenu séy bi déesul a déggati mukk ci yaw: ndaxte saay jaaykat ya doon nañu mag ñi ci suuf si; ndaxte ci say njibar lañu naxé xeeti àddina yépp. Te ci moom lañu fekk deretu yonent yi, ak deretu gaayi Yàlla yi, ak deretu ñépp ñi reyoon ci suuf si.”»</w:t>
      </w:r>
    </w:p>
    <w:p>
      <w:pPr>
        <w:pStyle w:val="ArticleScripture"/>
        <w:jc w:val="left"/>
      </w:pPr>
      <w:r>
        <w:rPr>
          <w:rFonts w:ascii="Times New Roman" w:hAnsi="Times New Roman" w:eastAsia="Times New Roman" w:cs="Times New Roman"/>
        </w:rPr>
        <w:t>“Léebu fukki janq yi Kirist moo ko joxe boppam, te war nañu seet bu baax lépp lu ci mel. Dina àgg jamono ju bunt bi di tëj. Nun, dañu nu ngi mel ni janq yu xam-xam yi walla janq yu ñàkk xel yi. Léegi manunuñu xàjjal, te amunuñu it ndigalu wax kan ñoo xam-xam, ak kan ñoo ñàkk xel. Am na ñi téye dëgg gi ci jubadi, te ñoom ñi dañuy feeñ ci biti ni janq yu xam-xam yi.” Manuscript Releases, volume 16, 270.</w:t>
      </w:r>
    </w:p>
    <w:p>
      <w:pPr>
        <w:pStyle w:val="ArticleBody"/>
        <w:jc w:val="left"/>
      </w:pPr>
      <w:r>
        <w:rPr>
          <w:rFonts w:ascii="Times New Roman" w:hAnsi="Times New Roman" w:eastAsia="Times New Roman" w:cs="Times New Roman"/>
        </w:rPr>
        <w:t>Nuy Adventist yi, ñoom ñi war a woote góor ak jigéen ñi génn Babilon ci jamono bi yoonu Dimas bu Dëggul di ñëw léegi, “ñu ngi nu mel ni benn ci ñaari mbooloo yi: jigéen yu xel yi walla jigéen yu ñàkk xel yi.” Mbooloo mi Yowaana gis, “te ñu ngi koy melal ak juróom-ñaar jigéen yu xel yi, ak seen làmp yu defaru te taal,” te Yowaana dellu ko xamle ne ñooy ñi am “muñug gaayu yi,” te ñuy “sàmm ndigali Yàlla ak ngëmug Yeesu,” ñoo di téeméer ak ñeent-fukk ak ñeent junni ñi, ñi war a sàmm ndigali Yàlla, jëfe ngëmug Yeesu, te xam ne ñoom la léeb bi wax ci misaalu Macë 25 ne ay jigéen yu sell lañu. Du rekk ne war nañu a xam ne ñoom ay jigéen yu xel lañu walla ay jigéen yu ñàkk xel, waaye itam war nañu a delloo jéefandikoo xew-xew bi Daaniyel melal ne ñu “sellal, setal ba weex, te nattu.”</w:t>
      </w:r>
    </w:p>
    <w:p>
      <w:pPr>
        <w:pStyle w:val="ArticleScripture"/>
        <w:jc w:val="left"/>
      </w:pPr>
      <w:r>
        <w:rPr>
          <w:rFonts w:ascii="Times New Roman" w:hAnsi="Times New Roman" w:eastAsia="Times New Roman" w:cs="Times New Roman"/>
        </w:rPr>
        <w:t>Ñuy di woy lu bees fa kanamu gàngune gi, ak fa kanamu ñeenti mbindeef ya, ak mag ña; te kenn mënu ko a jàngudul ñaari fukk ak ñeenti junni nit ña ak ñeenti junni, ñi jotoon njot ci suuf si. Ñoom lañu doon ñi ñakkul sobewu ak jigéen ñi; ndaxte ay janq lañu. Ñoom lañu doon ñi topp Mbi mi fu mu dem fépp. Ñoom lañu jotoon njot ci biir nit ñi, ngir nekk njébbëlu ndam li jëkk ngir Yàlla ak ngir Mbi mi. Te ca seen gémmiñ amul woon fenn; ndaxte ñoom amuñu benn sikk fa kanamu gàngune gu Yàlla gi. Peeñu 14:3–5.</w:t>
      </w:r>
    </w:p>
    <w:p>
      <w:pPr>
        <w:pStyle w:val="ArticleBody"/>
        <w:jc w:val="left"/>
      </w:pPr>
      <w:r>
        <w:rPr>
          <w:rFonts w:ascii="Times New Roman" w:hAnsi="Times New Roman" w:eastAsia="Times New Roman" w:cs="Times New Roman"/>
        </w:rPr>
        <w:t>Am nañu ne am na lu néewul juróom-ñett i dëgg yuñu tegtal ci Daniel saar fukk ak ñaar, te yooyu ay dëgg lañu yu jëm ci yokkute Millerite bu malaaka bu njëkk bi, te dinañu leen delloo te xam leen gën a matal ci yokkute gi ñuy wax ñaar-fukk ak ñeent junni. Benn ci yooyu mooy jëfandikukat bu ñetti waxtu ci sellal gi, bi ëmb ci léebug fukki janq. Dëgg bu njëkk bi William Miller déggoon ci wàllu waxtu yónnent bi, mooy “juróom-ñaar i yoon yi,” yi nekk ci Leviticus ñeent-fukk ak juróom-benn, te boobu dëgg miñu ko xamale ci Daniel fukk ak ñaar, te mooy dëgg bu njëkk ci jaar-jaaru Millerite bi fa ñu wax.</w:t>
      </w:r>
    </w:p>
    <w:p>
      <w:pPr>
        <w:pStyle w:val="ArticleScripture"/>
        <w:jc w:val="left"/>
      </w:pPr>
      <w:r>
        <w:rPr>
          <w:rFonts w:ascii="Times New Roman" w:hAnsi="Times New Roman" w:eastAsia="Times New Roman" w:cs="Times New Roman"/>
        </w:rPr>
        <w:t>Waaye yow, Daniel, tëjël wax yi te muure téere bi ba ci jamono yu mujj yi: ñu bare dinañu daw fu nekk, te xam-xam dina yokku. Noonu man Daniel xool naa, te gis naa ne ñaar ñeneen taxaw nañu, kenn ci wet gi ci tefesug dex gi, ka ca des ci beneen wet gi ci tefesug dex gi. Te kenn ci ñoom ne nit ki sol yére yu weex, mi nekkoon ci kaw ndoxu dex gi: “Ba kañ la mujji kéemaan yii di jot?” Te dégg naa nit ki sol yére yu weex, mi nekkoon ci kaw ndoxu dex gi, bi mu yékkatee loxoom ndeyjoor ak loxoom càmmoñ jëm asamaan, te mu giñ ci Kiy Dund ba fàww ne dina doon ab jamono, ay jamono, ak genn-wàll; te bu noppee tas dooleb xeetu ga sell ga, kon yépp yii dinañu mat. Te dégg naa waaye xamuma ko; ba noppi ma ne: “Sama Boroom, lan mooy mujju mbir yii?” Te mu ne: “Demal sa yoon, Daniel, ndaxte wax yii tëjël nañu leen te muuru nañu leen ba ci jamonoy mujjaay. Ñu bare dinañu laab, set weex, te nattu; waaye ña bon dinañu def lu bon; te kenn ci ña bon du ko xam; waaye way xel yi dinañu ko xam.” Daniel 12:4–10.</w:t>
      </w:r>
    </w:p>
    <w:p>
      <w:pPr>
        <w:pStyle w:val="ArticleBody"/>
        <w:jc w:val="left"/>
      </w:pPr>
      <w:r>
        <w:rPr>
          <w:rFonts w:ascii="Times New Roman" w:hAnsi="Times New Roman" w:eastAsia="Times New Roman" w:cs="Times New Roman"/>
        </w:rPr>
        <w:t>Jalléef ji dafay tàmbali ak téereb Daniyel diñu koo tëj ba ci jamonoy mujj, te mujj ji ci jalléef ji itam mooy téereb Daniyel diñu koo tëj ba ci jamonoy mujj. Diggante njëkk ak mujj gi ñu tëjee waxi Daniyel, seede gu ñu giñ ci turu “Ki dund ba fàww” mooy ne: “dina am benn waxtu, ay waxtu, ak genn xaaj bu ci waxtu; te bu ko matalee tas dooley askanu sell gi, kon loolu lépp dina jeex.”</w:t>
      </w:r>
    </w:p>
    <w:p>
      <w:pPr>
        <w:pStyle w:val="ArticleBody"/>
        <w:jc w:val="left"/>
      </w:pPr>
      <w:r>
        <w:rPr>
          <w:rFonts w:ascii="Times New Roman" w:hAnsi="Times New Roman" w:eastAsia="Times New Roman" w:cs="Times New Roman"/>
        </w:rPr>
        <w:t>Ki mayoon ci seede bu ñu giñaale bii mooy Ki nekkoon ci kaw ndox yi, sol yére wu lini. Daniel gis na malaaka bu taxaw ci benn wetu dexu Hiddekel, ak beneen malaaka ci beneen wetam, te kenn ci malaaka yooyu laaj na laaj, te Ki nekk ci kaw ndox yi tontu ko. Laaj bi mooy: “Ba kañ?” Loolu mooy benn noonu ak ñaari baat yu njëkk yu laaj bi ñu laajee ci aaya fukk ak ñett ci saraxu juróom-ñaareelu téereb Daniel.</w:t>
      </w:r>
    </w:p>
    <w:p>
      <w:pPr>
        <w:pStyle w:val="ArticleScripture"/>
        <w:jc w:val="left"/>
      </w:pPr>
      <w:r>
        <w:rPr>
          <w:rFonts w:ascii="Times New Roman" w:hAnsi="Times New Roman" w:eastAsia="Times New Roman" w:cs="Times New Roman"/>
        </w:rPr>
        <w:t>Noonu ma dégg benn santos wax, te beneen santos ne santos boobu doon wax ba: “Ba fan la gis-gisu bi di tëj, ci mbirum sarax su bëccëg-bëccëg ak moyu réer mi jur yàqu, ngir jébbal saxara ju sell ji ak mbooloom nit ñi ngir ñu ral ci seen kaw?” Te mu ne ma: “Ba ci ñaari junni ak ñetti téeméeri fan; gannaaw loolu dees na sellal saxara ju sell ji.” Daniel 8:13, 14.</w:t>
      </w:r>
    </w:p>
    <w:p>
      <w:pPr>
        <w:pStyle w:val="ArticleBody"/>
        <w:jc w:val="left"/>
      </w:pPr>
      <w:r>
        <w:rPr>
          <w:rFonts w:ascii="Times New Roman" w:hAnsi="Times New Roman" w:eastAsia="Times New Roman" w:cs="Times New Roman"/>
        </w:rPr>
        <w:t>Benn benn kërale yonent ci ñaari wax-jëf yi, waaye ci saar juróom-ñett bi, Daniel nekk na ca dexu Ulai, te du ca dexu Hiddekel. Ci saar juróom-ñett bi, malaaka bu sell bi ne “waxoon na ka ca benn ku sell kooku doon wax, ne: ba kañaam?” Baat bu Ebre bimu tekkiwoon ne “kooku ku sell,” mooy baat bu Ebre bi ñuy wax “Palmoni,” te muy tekki Ki Yéeme ci Waññi lim, mbaa Ki Waññi ay kumpa. Ci saar juróom-ñett bi, Yeesu (Ki Yéeme ci Waññi lim bi) moo doon wax, te beneen ku sell laaj Yeesu (kooku ku sell), ne: “ba kañaam?”</w:t>
      </w:r>
    </w:p>
    <w:p>
      <w:pPr>
        <w:pStyle w:val="ArticleBody"/>
        <w:jc w:val="left"/>
      </w:pPr>
      <w:r>
        <w:rPr>
          <w:rFonts w:ascii="Times New Roman" w:hAnsi="Times New Roman" w:eastAsia="Times New Roman" w:cs="Times New Roman"/>
        </w:rPr>
        <w:t>Ci benn ñaar-fukki ay juróom-ñaar, Kenn ki taxaw ci kaw ndox mi, malaaka mu nekkoon ci benn wetu dexu Hiddekel dafa ko laaj ne: «fan la tollu?» War nañu seet ñaari wàll yii bokk-benn, sàrt ci kaw sàrt. Jëkkëru laaj bi nekk ci benn-fukki ay juróom-ñett mooy: «fan la vision bi tollu ci mbëggu tuutal alxuraan ba ak mbooloom, li jëkk a matale ci jaamono yu ñu dul Yàlla, te gannaaw loolu ci papalis?» Laaj bi nekk ci benn-fukki ay juróom-ñaar mooy: «fan la di tollu ba njeexital kéemaan yii?» Noonu Palmoni, Ki Yéemu te Xaymaalkat bu Yéeme bi, mi soloon linoon te taxawoon ci kaw ndox yi, joxe na tontu gi mu giñee ne: «dina doon ab waxtu, ay waxtu, ak genn-wàll waxtu; te bu mu matalee tas dooley gaayi sell yi, kon lépp yii dinañu jeex.»</w:t>
      </w:r>
    </w:p>
    <w:p>
      <w:pPr>
        <w:pStyle w:val="ArticleBody"/>
        <w:jc w:val="left"/>
      </w:pPr>
      <w:r>
        <w:rPr>
          <w:rFonts w:ascii="Times New Roman" w:hAnsi="Times New Roman" w:eastAsia="Times New Roman" w:cs="Times New Roman"/>
        </w:rPr>
        <w:t>Laaj yu dex Ulaï ak Hiddekel mooy ne: «ba kañ la peeñ mi di àll ngir tasaare waa Yàlla, li ñuy matal jaarale ko ci ngëmug ñaawteef, te gannaaw ga ci papalism, bi ñuy doxandéem kër Yàlla ga ak mbooloom?» Tontu bi mooy ne, doxandéem boobu jeex na ci atum 1798, ba liggéeyu Palmoni ci yékkati kërug Millerite bi tàmbalee, te ba noppi mu jeex fanweeri at ak juróom-benn gannaaw loolu, maanaam ci 1844, bi waroon a setal kër Yàlla ga.</w:t>
      </w:r>
    </w:p>
    <w:p>
      <w:pPr>
        <w:pStyle w:val="ArticleBody"/>
        <w:jc w:val="left"/>
      </w:pPr>
      <w:r>
        <w:rPr>
          <w:rFonts w:ascii="Times New Roman" w:hAnsi="Times New Roman" w:eastAsia="Times New Roman" w:cs="Times New Roman"/>
        </w:rPr>
        <w:t>Ciib fanweeri fukk ak ñaar, Daniel dégg na waxtaan wi, “waaye xamuma ko.” Daniel wone na bëgg-bëggu xam, ni ko feesal ci laajam Kirist. “Ó sama Boroom, lan mooy mujjug yii yëpp?” Kàddoom gu tegu ci bëgg a xam gi dafa feesal bëgg-bëggu jigéen yu xareñ yi ngir xam, ndaxte waxtaan wi bépp teg nañu ko ci diggante ñaari xamle yu ne téereb Daniel dina tëj ba ci jamonoy mujj. Daniel dafa feesal bëgg-bëgg bi ñu teg ci kaw William Miller ngir mu xam dëgg gi ñu ubbiwoon ci atum 1798, te dëgg gu jëkk gi ñu ko yonnee mu nangu mooy trampling down bu kër yàlla gi ak mbooloo mi, njëkk ci jaamono ju bokkul ak Yàlla, gannaaw gi ci jaamono papal, ci biir àpp bi ñu tasaaroo dooley gaayi sell yi, ngir matal “juróom-ñaari yoon yi,” yi ci Levitik ñaar-fukk ak juróom-benn.</w:t>
      </w:r>
    </w:p>
    <w:p>
      <w:pPr>
        <w:pStyle w:val="ArticleBody"/>
        <w:jc w:val="left"/>
      </w:pPr>
      <w:r>
        <w:rPr>
          <w:rFonts w:ascii="Times New Roman" w:hAnsi="Times New Roman" w:eastAsia="Times New Roman" w:cs="Times New Roman"/>
        </w:rPr>
        <w:t>Bëggu Miller ngir xam dëgg gi mooy li ñu tektal ci bёgg-bёggu Daniel; waaye xam-xamu Miller nekkul woon bu mat. Daniel dafa teewal bёgg-bёggu Miller, te Belteshazzar dafa teewal ñi am xam-xam bu mat ci mbir mi ak ci peeñ mi. Am na lu néew-neew juróom yu am solo, yu nekk woon ci jaar-jaaru Millerites yi ci saar wi fukk ak ñaar ci Daniel, te yoo xam ne dinañu am seen moroom ci jaar-jaaru ñaari téeméeri junni ak ñeent-fukk ak ñeent. Benn mooy ne, dañu mataloon te xam ne dañuy matal léebu fukki jigéen yi set, ak yoonu nattu bi am ñetti jéego; te beneen bi mooy ne, dañuy xam doj wi di taxawalu “juróom-ñaari yoon yi,” ci Léwítik saar wi ñaar-fukk ak juróom-benn.</w:t>
      </w:r>
    </w:p>
    <w:p>
      <w:pPr>
        <w:pStyle w:val="ArticleBody"/>
        <w:jc w:val="left"/>
      </w:pPr>
      <w:r>
        <w:rPr>
          <w:rFonts w:ascii="Times New Roman" w:hAnsi="Times New Roman" w:eastAsia="Times New Roman" w:cs="Times New Roman"/>
        </w:rPr>
        <w:t>Dinañu wéyal gëstu bii ci sunu bind bi ci topp.</w:t>
      </w:r>
    </w:p>
    <w:p>
      <w:pPr>
        <w:pStyle w:val="ArticleScripture"/>
        <w:jc w:val="left"/>
      </w:pPr>
      <w:r>
        <w:rPr>
          <w:rFonts w:ascii="Times New Roman" w:hAnsi="Times New Roman" w:eastAsia="Times New Roman" w:cs="Times New Roman"/>
        </w:rPr>
        <w:t>«Kon buur asamaan dina melni fukki janq yu jigéen, yu jël seen làmp yi te génn dem daje ak boroom céet bi. Juróomi ci ñoom amoon nañ xel, te juróomi des yi doon nañ ñakk xel. Ñi ñakk xel jël nañ seen làmp yi, waaye yóbbu wuñu ak ñoom diwlin; waaye ñi am xel jël nañ diwlin ci seen ndab yi, ak seen làmp yi. Bi boroom céet bi yéege, ñoom ñépp nelaw te séddiku. Waaye ci guddi digg, ñu sàcce wax ne: “Ngeen xool, boroom céet baa ngi ñëw; génnleen daje ak moom.” Noonu janq yooyu ñépp jóg, defar seen làmp yi. Ñi ñakk xel ne ñi am xel: “Joxleen nu ci seen diwlin, ndaxte sunu làmp yi dafa bëggee dee.” Waaye ñi am xel tontu ne: “Déedéet, ngir mu bañ a doy ñun ak yéen; demleen gannaaw ci ñiy jaay, jëndal seen bopp.” Bi ñuy dem ngir jëndi, boroom céet bi agsi; te ñi waajaloon dugg ak moom ci céet ga, te bunti bi tëj. Gannaaw loolu, yeneen janq ya itam ñëw, naan: “Sang bi, Sang bi, ubbil nu.” Waaye mu tontu ne: “Ci dëgg maa ngi leen koy wax, xamu ma leen.” Kon nag xoolleen te taxaw, ndaxte xamuleen bés bi mbaa waxtu wi Doomu nit ki di ñëwe.»</w:t>
      </w:r>
    </w:p>
    <w:p>
      <w:pPr>
        <w:pStyle w:val="ArticleScripture"/>
        <w:jc w:val="left"/>
      </w:pPr>
      <w:r>
        <w:rPr>
          <w:rFonts w:ascii="Times New Roman" w:hAnsi="Times New Roman" w:eastAsia="Times New Roman" w:cs="Times New Roman"/>
        </w:rPr>
        <w:t>“Nunu dund nuy dund jamono ju metti lool, te kenn ci nun warul yéex ci seet waajal ngir ñëwug Kirist. Bul kenn topp misaalu janq yi ñakk xel, ba foog ne dafa wóor a muñ ba kerse gi dikk ngir gise waajalug jikko ngir taxaw ci waxtu woowu. Dina weesu ba noppi ngir seet njubtey Kirist bu ñu woowee gan yi te seet leen. Léegi mooy waxtu wi ñuy sol njubtey Kirist,—mbubb mu céy ci céet gu céy, buy la méngale ngir dugg ci reeru céetug Xaritu-góor gi. Ci léebu bi, janq yi ñakk xel dañu leen melal ni ñuy ñaan diw, waaye jotuñu ko ci seen ñaan. Loolu mooy misaalug ñi waajalul seen bopp ci yokk jikko ju leen manal taxaw ci waxtuy jafe-jafe. Mel ni dañuy dem ca seen dëkkandoo ne leen: mayleen ma seen jikko, walla dees na ma. Ña xam-xamoon manuñu woon jox seen diw lamp yi muy tàkk-tuuti yu janq yi ñakk xel. Jikko du lu ñuy joxante. Du lu ñuy jënd walla jaay; lu war a am la. Boroom bi jox na ku nekk ci nit ñi boppam yoon ngir jot jikko ju jub ci waxtuy naxu àtte yi; waaye waxul benn pexe bu nit kenn di man a jox beneen jikko ji mu yokk, ci jaar ci ay jaar-jaari mettit, ci jàng njàngale yi ca Jàngalekat bu Mag ba, ba tax mu man a wone muñ ci nattu, te jëfandikoo ngëm ba mu man a yokk tundu yi mel ni duñu manees a yegg. Manul a yébbët xetug mbëggeel,—jox beneen lewet, xereñ, ak sax ci liggéey. Manul benn xol nit tuuru ci beneen mbëggeelu Yàlla ak nit ñi.”</w:t>
      </w:r>
    </w:p>
    <w:p>
      <w:pPr>
        <w:pStyle w:val="ArticleScripture"/>
        <w:jc w:val="left"/>
      </w:pPr>
      <w:r>
        <w:rPr>
          <w:rFonts w:ascii="Times New Roman" w:hAnsi="Times New Roman" w:eastAsia="Times New Roman" w:cs="Times New Roman"/>
        </w:rPr>
        <w:t>“Waaye bés bi di ñëw, te mu ngi ci sunu wet, bu képp ku nekk ay fan yu nekk ci jikkoom di feeñ ndax nattu gu bees. Ñi sax ci dëggal te sax ci dogal, ñi di jëfandikoo ngëm ba ca mujja, ñoo doon ñi won ne ñu dëgg ci biir nattu ak coxor yi amoon ci waxtu yi jiitu ci seen waxtu nattu, te ñu sos seen jikko ci niirug Kirist. Ñoo doon it ñi yar xam-xam gu jub ak Kirist, ñi nekk bokk ci bindu Yàlla gi ndax xelam ak yiwiam. Waaye kenn nit mënu joxene beneen nit njabootug xol ak teey gu tedd ci xel, walla mottali ay ñàkkam ak doole gu yéeme ci mbirum njub. Ku nekk ci nun man na def lu bari ngir beneen, bu nu joxee nit ñi misaal bu mel ni Kirist, ba tax nu di leen jëme ci Kirist ngir njubte gi ñu mënul taxaw ci àtte bi su dul am ko. War na nit ñi xalaat ci ñaan ak dal ci mbir mu am solo mi di sos jikko, te samp seen jikko ci misaal bu Yàlla bi.” The Youth Instructor, January 16, 1896.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Limu Juróom-ñeent-fukk ak Juróom-ñeent</dc:title>
  <dc:subject>Ubbi gis-gis gu mujjug Daniel: Yoon wu ànd ak janq yu xelu yi</dc:subject>
  <dc:creator>Jeff Pippenger</dc:creator>
  <cp:keywords/>
  <dc:description>Generated by ArticleDigger from daniel\155_daniel.json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