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Benn 157</w:t>
      </w:r>
    </w:p>
    <w:p>
      <w:pPr>
        <w:pStyle w:val="ArticleSubtitle"/>
        <w:jc w:val="left"/>
      </w:pPr>
      <w:r>
        <w:rPr>
          <w:rFonts w:ascii="Arial" w:hAnsi="Arial" w:eastAsia="Arial" w:cs="Arial"/>
        </w:rPr>
        <w:t>Wëttu mandargay alama njubteg bu Sirus ci téereb Dañeel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Ci yenn benn, ci saar fukki, dañuy xamal ne mooyoon ñetteelu at mi Sirus; waaye ci saar bu njëkk bi, dañuy xamal ne Daniyel dundoon walla dem ba jàpp ci at mu njëkk mi Sirus.</w:t>
      </w:r>
    </w:p>
    <w:p>
      <w:pPr>
        <w:pStyle w:val="ArticleScripture"/>
        <w:jc w:val="left"/>
      </w:pPr>
      <w:r>
        <w:rPr>
          <w:rFonts w:ascii="Times New Roman" w:hAnsi="Times New Roman" w:eastAsia="Times New Roman" w:cs="Times New Roman"/>
        </w:rPr>
        <w:t>Te Danyeel saxoon na ba ba ci atum njëkk ci nguuru buur Siris. Daniel 1:21.</w:t>
      </w:r>
    </w:p>
    <w:p>
      <w:pPr>
        <w:pStyle w:val="ArticleBody"/>
        <w:jc w:val="left"/>
      </w:pPr>
      <w:r>
        <w:rPr>
          <w:rFonts w:ascii="Times New Roman" w:hAnsi="Times New Roman" w:eastAsia="Times New Roman" w:cs="Times New Roman"/>
        </w:rPr>
        <w:t>Ciir moomoo woon na nguurandoo ak Dariyus wa Mede pendant ñaari at, ba taxoon mooy atam bu ñetteel, waaye itam mooyoon atam bu jëkk.</w:t>
      </w:r>
    </w:p>
    <w:p>
      <w:pPr>
        <w:pStyle w:val="ArticleScripture"/>
        <w:jc w:val="left"/>
      </w:pPr>
      <w:r>
        <w:rPr>
          <w:rFonts w:ascii="Times New Roman" w:hAnsi="Times New Roman" w:eastAsia="Times New Roman" w:cs="Times New Roman"/>
        </w:rPr>
        <w:t>Ci ñetteelu atum Kiris buur Peres, ab mbir moo feeñu ci Daniel, mi ñuy wax Beltesassar; te mbir ma dëgg la, waaye jamono ji ñu ko dogaloon yàgg na; moom nag xam na mbir ma, te am na xam-xam ci peeñ ma. Daniel 10:1.</w:t>
      </w:r>
    </w:p>
    <w:p>
      <w:pPr>
        <w:pStyle w:val="ArticleBody"/>
        <w:jc w:val="left"/>
      </w:pPr>
      <w:r>
        <w:rPr>
          <w:rFonts w:ascii="Times New Roman" w:hAnsi="Times New Roman" w:eastAsia="Times New Roman" w:cs="Times New Roman"/>
        </w:rPr>
        <w:t>Ci mbirum yoon, dees na Sirus ci njëlbéen ak ci mujj gu njëlbéen yi Daniel. Saaru Daniel bu njëkk, ni koñ setaloon nañu ko ba noppi ci waxtaani yu jiitu yi, day tegtal malaaka bu njëkk bi ci Peeñu Yàlla saar 14. Buñu xàmmee malaaka bu njëkk bi ci yooni mbirum yoon, mu ngi yor mbooleem melokaan yu mbirum yoon yu ñetti malaaka yi ñépp ci Peeñu Yàlla 14. Ñetti jéego yu xibaar bu baax bu fàww ba fàww, yi malaaka bu njëkk bi di tegtal, mooy: “ragal Yàlla,” “jox Ko ndam,” ndaxte “waxtu àtteem agsi na.”</w:t>
      </w:r>
    </w:p>
    <w:p>
      <w:pPr>
        <w:pStyle w:val="ArticleBody"/>
        <w:jc w:val="left"/>
      </w:pPr>
      <w:r>
        <w:rPr>
          <w:rFonts w:ascii="Times New Roman" w:hAnsi="Times New Roman" w:eastAsia="Times New Roman" w:cs="Times New Roman"/>
        </w:rPr>
        <w:t>Ndax Daniyel ak ñetti nit ña ñu tedd ci yoonu Yàlla “ragaloon nañu Yàlla,” dañu tànn bàyyi lekku Babilon, te des ci lekk gu ñuy màngale. Ci nattu gis-gis bi toppoon, Daniyel ak ñetti nit ña ñu tedd ci yoonu Yàlla “màggaloon nañu Yàlla” ci seen melokaan gu wér, muy juuyoo ak ñi doon lekk lekku Babilon. Gannaaw ñetti at, “waxtu àtte ba” agsi, ba Nebukadnesar nattu leen te gis ne am nañu xel ak xam-xam fukki yoon gën bépp boroom xam-xam bu Babilon.</w:t>
      </w:r>
    </w:p>
    <w:p>
      <w:pPr>
        <w:pStyle w:val="ArticleBody"/>
        <w:jc w:val="left"/>
      </w:pPr>
      <w:r>
        <w:rPr>
          <w:rFonts w:ascii="Times New Roman" w:hAnsi="Times New Roman" w:eastAsia="Times New Roman" w:cs="Times New Roman"/>
        </w:rPr>
        <w:t>Ñettii jëfandikook bi ñuul duul ci xebaar bu baax bu dul jeex bi, dañu ko itam wone ci waajal bu mujj bi ci Daniel, ni muy yoonu bi yokkute xam-xam di setal, di weexal te di nattu ñi ñu teg ci yoon ngir leer gi ñu ubbi ci jamono ji mujj. Ci waajal bu njëkk bi ci Daniel, ni ci bu mujj bi, ñetti jëfandikook yi ci malaaka bu njëkk bi, bi ëmbéel itam ñetti malaaka yi ñépp, dañu ko xamle. Ndaxte waajal bu njëkk bi mooy xebaar bu baax bu dul jeex bi ci malaaka bu njëkk bi, waajal bu ñaareel bi ci Daniel day tegtal malaaka bu ñaareel bi ci Peeñu 14, fa nattu nataalu rab wi walla nataalu Kirist di feeñ, ni mu nekkoon ci nattu bu ñaareel bi ci ñetti jëfandikook yi ci waajal bu njëkk bi.</w:t>
      </w:r>
    </w:p>
    <w:p>
      <w:pPr>
        <w:pStyle w:val="ArticleBody"/>
        <w:jc w:val="left"/>
      </w:pPr>
      <w:r>
        <w:rPr>
          <w:rFonts w:ascii="Times New Roman" w:hAnsi="Times New Roman" w:eastAsia="Times New Roman" w:cs="Times New Roman"/>
        </w:rPr>
        <w:t>Ndaxte sarax yi njëkk ak ñaar ci Daniel tegu nañu malaaka bu njëkk ak bu ñaareel ci Pexe 14, sarax bu ñetteel, ak nattu bi ci Plain of Dura, tegu na yégleb malaaka bu ñetteel, ak waareem ci bañ a jot màndarga rab wi. Ci sarax bu njëkk ci Daniel, atum njëkk bu Cyrus lañu tudd, te ci sarax bu fukkeel, mi di gis-gis bu mujj bu Daniel, Cyrus dañu ko tegal ci atum ñetteelam; waaye xam nanu ne atum ñetteel boobu mooy atumam njëkk, ndaxte Daniel sax na ba ci atum njëkk bu Cyrus.</w:t>
      </w:r>
    </w:p>
    <w:p>
      <w:pPr>
        <w:pStyle w:val="ArticleBody"/>
        <w:jc w:val="left"/>
      </w:pPr>
      <w:r>
        <w:rPr>
          <w:rFonts w:ascii="Times New Roman" w:hAnsi="Times New Roman" w:eastAsia="Times New Roman" w:cs="Times New Roman"/>
        </w:rPr>
        <w:t>Kon nag Kiris mooy ndimbalug atum bu njëkk buy ëmb ñetti at. Mooy misaal bu yégleb malaaka bu njëkk bi. Atam bu njëkk bu Kiris dees na ko wax ci saraxset bu mujj ci njëkk peeñu Danyeel, te ba noppi dellu ko waxaat ci saraxset bu njëkk ci mujj peeñum Danyeel. Am na solo lool njàngat njàngu yonent ci misaalu Kiris, te li nu njëkk a xam mooy ne dafay tegu yégleb malaaka bu njëkk bi. Loolu manees na koo dëggal ci yonent gi ndaxte Danyeel moom mi ngi tudde atam bu ñetteel ni atam bu njëkk, waaye li gën a am solo mooy ne dees na ko xam ci ndigal bu njëkk bi mu yégle.</w:t>
      </w:r>
    </w:p>
    <w:p>
      <w:pPr>
        <w:pStyle w:val="ArticleBody"/>
        <w:jc w:val="left"/>
      </w:pPr>
      <w:r>
        <w:rPr>
          <w:rFonts w:ascii="Times New Roman" w:hAnsi="Times New Roman" w:eastAsia="Times New Roman" w:cs="Times New Roman"/>
        </w:rPr>
        <w:t>Xare bi Gabriyel doonakoon ak buur-i Perse yi ci saa su nekk ci saar fukk, dafa jëm ci yóbbu Kiris ba ci taxawaayu bi mu war a matal te yégle ndigal bu njëkk ci ñetti ndigal yi, yi di may Yawut ya dellusi te tabaxaat Yerusalem ak kër Yàlla ga. Ñetteelu ndigal boobu mooyoon fàttali taxawaayu kàddug wax ju ñaar-fukk ak ñetti téeméeri at yi, te moo jeex ba bi malaaka bu ñetteel bi agsee ci 22 Oktoobar 1844. Ñetteelu ndigal boobu dafa doon tegtal malaaka bu ñetteel bi, ba tax ndigal bu njëkk bu Kiris mooyoon tegtal dikkug malaaka bu njëkk bi ci 1798. Kiris mooy tegtal malaaka bu njëkk bi, te moo tax ci téereb Daniyel atam bu njëkk mi doon tegtal ñetti at.</w:t>
      </w:r>
    </w:p>
    <w:p>
      <w:pPr>
        <w:pStyle w:val="ArticleBody"/>
        <w:jc w:val="left"/>
      </w:pPr>
      <w:r>
        <w:rPr>
          <w:rFonts w:ascii="Times New Roman" w:hAnsi="Times New Roman" w:eastAsia="Times New Roman" w:cs="Times New Roman"/>
        </w:rPr>
        <w:t>Kon Kirus dafay tegtal “jamono mujj gi,” ndaxte bi malaaka bu njëkk bi (Kirus) aksee ci atum 1798, la “jamono mujj gi” aksi te téereb Daniel ubbeeku. Gëm nañu ne turu Kirus jóg na ci baatub Pers bu yàgg “Kūruš,” buy tekki “janta,” booleek baatub Elam “kursh,” buy tekki “gàngune,” te loolu di won mbirum jokkoo ak sañ-sañu buur walla nguur. Isaya itam wax na ci yooyu melokaani Kirus.</w:t>
      </w:r>
    </w:p>
    <w:p>
      <w:pPr>
        <w:pStyle w:val="ArticleScripture"/>
        <w:jc w:val="left"/>
      </w:pPr>
      <w:r>
        <w:rPr>
          <w:rFonts w:ascii="Times New Roman" w:hAnsi="Times New Roman" w:eastAsia="Times New Roman" w:cs="Times New Roman"/>
        </w:rPr>
        <w:t>Moom miy wax ci Kiris ne: Mooy sama sàmm, te dina matal lépp lu neex sama xol; di wax Yerusalem ne: Dingañu la tabaxaat; te ca kër Yàlla ga ne: Dingañu samp sa fondemaasioŋ. Nii la Boroom bi waxe ci ki mu solal, ci Kiris, mi ma jàppalal ndijooram, ngir noot xeet yi ci kanamam; te dinaa yiwël gémmiñi buur yi, ngir ubbi ci kanamam bunt yu ñaar xët yi; te bunt yi duñu tëj. Dinaa jiitu la, te dinaa jubal bépp wàll wu weng; dinaa damm bunti xànjar yi, te dagg barraaj yu weñ yi. Te dinaa la may alal yu nekk ci lëndëm, ak ndam yu nëbb ci barab yu kumpa, ngir nga xam ne man maa di Aji Sax ji, Boroom bi, miy woo la ci sa tur, maa di Yàllay Israayil. Ndax Yàqub, sama jaam, ak Israayil, sama tànn, laaj na ma, ba tax ma woowe la ci sa tur; jox naa la tur, doonte xamuloo ma. Man maa di Boroom bi, te beneen amul; Yàlla amul ku dul man. Man maa la takk doole, doonte xamuloo ma; ngir ñu xam dàlli jamono jant bi fenk ak sowwu, ne kenn amul ku dul man. Man maa di Boroom bi, te beneen amul. Esayi 44:28–45:6.</w:t>
      </w:r>
    </w:p>
    <w:p>
      <w:pPr>
        <w:pStyle w:val="ArticleBody"/>
        <w:jc w:val="left"/>
      </w:pPr>
      <w:r>
        <w:rPr>
          <w:rFonts w:ascii="Times New Roman" w:hAnsi="Times New Roman" w:eastAsia="Times New Roman" w:cs="Times New Roman"/>
        </w:rPr>
        <w:t>Siris dafa misaal Almasi, ndaxte moom mooy “ki Boroom bi fal”, te ñu wax ko “sàmmu Yàlla”, miy tabax Yerusalem te di samp fondamaaŋ bu kër Yàlla ga. Moom la it aji ci ubbi bunt yu tëj, ni Almasi mooy Ki ubbiku te kenn mënu ko tëj, te tëjiku te kenn mënu ko ubbi. Te itam ñu jox Siris “alali lëndëm yi, ak gëne yu nëbb ci barab yu kumpa.” Siris matal na ay màndarga yu bare ci wetu yoonu yëngu-yëngu yeesal.</w:t>
      </w:r>
    </w:p>
    <w:p>
      <w:pPr>
        <w:pStyle w:val="ArticleBody"/>
        <w:jc w:val="left"/>
      </w:pPr>
      <w:r>
        <w:rPr>
          <w:rFonts w:ascii="Times New Roman" w:hAnsi="Times New Roman" w:eastAsia="Times New Roman" w:cs="Times New Roman"/>
        </w:rPr>
        <w:t>Mu ngi màndarga jamono jeex gi, bi malaaka bu njëkk bi agsee, bi téereb Daniel ubbee, ba noppi xam-xam daldi yokku, xam-xam gu jóge ci “alal ju nekk ci lëndëm, ak ndamlu yu nëbb ci barab yu kumpa.” Yooyu “alal ju nekk ci lëndëm, ak ndamlu yu nëbb ci barab yu kumpa,” ñoo di “fondamaŋ” bi ñuy “tabax,” ak “tembël” bi ñuy “sampu.” Kirist, mi Kiris taxawoon ci misaal, mooy “ki Yàlla fal” bu Boroom bi, ni Kirist ñu ko falé woon ci ay sóobam. Kon nag, Kiris du rekk tegineg agsiy malaaka bu njëkk bi, waaye mooy itam malaaka bu ñaareel bi miy dooleel malaaka bu njëkk bi bu wàccee, ni Xel Mu Sell mi wàcce woon bi ñu falée Kirist. Ci 22 Oktoobar 1844, Kirist ubbi bunt bi walla “buntu-gën” bi dugg ci Kaw ga Gën a Sell, te loolu doon buntu-gën buñ tëj woon. Kiris itam mooy màndarga agsiy malaaka bu ñetteel bi.</w:t>
      </w:r>
    </w:p>
    <w:p>
      <w:pPr>
        <w:pStyle w:val="ArticleBody"/>
        <w:jc w:val="left"/>
      </w:pPr>
      <w:r>
        <w:rPr>
          <w:rFonts w:ascii="Times New Roman" w:hAnsi="Times New Roman" w:eastAsia="Times New Roman" w:cs="Times New Roman"/>
        </w:rPr>
        <w:t>Sirus mooy malaaka bu njëkk, te malaaka bu njëkk mi dafa yor mboolem mbir yu malaaka ñetti ñépp. Sirus mooy waxtu mujj ga ci 1798, ba malaaka bu njëkk agsee. Sirus dafay tegtal 11 Ut 1840, bi yégleb malaaka bu njëkk gi amee doole (ñu ko diw). Moom moo tegtal liggéeyu samp cosaan yi, ni ko feeñale ci sos kërte 1843 gi ci Mee 1842. Moom moo tegtal tabax kër Yàlla ga, ndaxte ñaari wàll yi ñu leen tàggale ci jéxital bu njëkk bi ci 19 Awril 1844, te moom itam moo tegtal ñaareelu tàggale gi ci jéxital bu mag bi ci 22 Oktoobar 1844.</w:t>
      </w:r>
    </w:p>
    <w:p>
      <w:pPr>
        <w:pStyle w:val="ArticleBody"/>
        <w:jc w:val="left"/>
      </w:pPr>
      <w:r>
        <w:rPr>
          <w:rFonts w:ascii="Times New Roman" w:hAnsi="Times New Roman" w:eastAsia="Times New Roman" w:cs="Times New Roman"/>
        </w:rPr>
        <w:t>Mbind yépp yu jëfandikook ngir xamxeetu yëngu-yëngu njubtegu Millerit yi, Siris moo leen doon misaal, te moo tax itam ne mbooleem mbind yooyu dañuy misaal itam mbind yi ci yëngu-yëngu ñi téeméeri ñeent-fukk ak ñeent junni. Yëngu-yëngu Millerit yi, laata muy tàmbali, ay mandarga la jiitu woon, yi Kirist moo waxoon ne dinañu jiitu jaar-jaaru taariixu Millerit yi.</w:t>
      </w:r>
    </w:p>
    <w:p>
      <w:pPr>
        <w:pStyle w:val="ArticleScripture"/>
        <w:jc w:val="left"/>
      </w:pPr>
      <w:r>
        <w:rPr>
          <w:rFonts w:ascii="Times New Roman" w:hAnsi="Times New Roman" w:eastAsia="Times New Roman" w:cs="Times New Roman"/>
        </w:rPr>
        <w:t>“Kàddug yonent bi du yëgle rekk ni ak lu tax Kirist di ñëw, waaye dafay wone itam mande yi nit ñi war a xam ne waxtu woowu jege na. Yeesu wax na ne: ‘Ay tektal dina am ci jant bi, ak ci weer wi, ak ci biddéew yi.’ Luug 21:25. ‘Jant bi dina lëndëm, weer wi du joxe leeram, biddéew yu asamaan yi dinañu daanu, te kàttan yi nekk ci asamaan dinañu yëngu. Noonu ci kaw loolu, dinañu gis Doomu nit ki muy ñëw ci niiri asamaan yi ak kàttan gu réy ak ndam lu mag.’ Màrk 13:24–26. Ki bind Peeñ gi noonu la melale njëkk ci tektal yi war a jiitu ñëwaat gu ñaareel gi: ‘Am na woon suuf yëngu gu réy; jant bi nag daldi ñuul mel ni saakuw kawar gu ñu defare ci kawar wu tar, te weer wi mujj mel ni deret.’ Peeñ 6:12.”</w:t>
      </w:r>
    </w:p>
    <w:p>
      <w:pPr>
        <w:pStyle w:val="ArticleScripture"/>
        <w:jc w:val="left"/>
      </w:pPr>
      <w:r>
        <w:rPr>
          <w:rFonts w:ascii="Times New Roman" w:hAnsi="Times New Roman" w:eastAsia="Times New Roman" w:cs="Times New Roman"/>
        </w:rPr>
        <w:t>“Njàngale yooyu ñu seede woon leen bala ñu ubbi xarnu bu fukki juróom-ñeent bi. Ngir matal kàddug waxi Yàlla jii, am na woon, ci atum 1755, yëngu-yëngu suuf ba gëna tiis mbaa ñu mas a bind.” The Great Controversy, 304.</w:t>
      </w:r>
    </w:p>
    <w:p>
      <w:pPr>
        <w:pStyle w:val="ArticleBody"/>
        <w:jc w:val="left"/>
      </w:pPr>
      <w:r>
        <w:rPr>
          <w:rFonts w:ascii="Times New Roman" w:hAnsi="Times New Roman" w:eastAsia="Times New Roman" w:cs="Times New Roman"/>
        </w:rPr>
        <w:t>Màndargay yi yéglee Ñëw gu ñaareel bi tambalee nañu tuuti lu jiitu 1798, mooy ci 1755. 1798 moo doon jeexital ngàppug Israyil gu xel ci Babilon bu xel, gi Sister White jàngale ne ñu ko misaale woon ak ngàppug Israyil gu dëgg ci Babilon bu dëgg, te moom dafa jeexee ca mujji juróom-ñaar-fukki at yi ñu nekke woon ci ngàpp, ba Cyrus duggee jaar ci bunt yi ubbeeku, jël Babilon, ba noppi rey Belshazzar.</w:t>
      </w:r>
    </w:p>
    <w:p>
      <w:pPr>
        <w:pStyle w:val="ArticleScripture"/>
        <w:jc w:val="left"/>
      </w:pPr>
      <w:r>
        <w:rPr>
          <w:rFonts w:ascii="Times New Roman" w:hAnsi="Times New Roman" w:eastAsia="Times New Roman" w:cs="Times New Roman"/>
        </w:rPr>
        <w:t>“Tey, kërce Yàlla gi am na sañ-sañ bu full ngir yóbbu ba ci matalug pexe bu sell bi Yàlla def ngir musal xeet wu réer. Diirub ay téeméeri at yu bare, askanu Yàlla dafa sonn ci naxalin ak terey seen sañ-sañ. Ñi daan waare xebaar bu baax bi ci seetam gu set, dañu ko tere woon, te mboolem mbugal yu gëna tar dañu leen di teg ci ñi ñemee moytu ndigali nit ñi. Ci loolu tax, toolu rey, di kër moralu Boroom bi, nekkoon na lu tollu ci nees koo bàyyi te kenn liggéeyul ci. Nit ñi ñakk nañu leerug kàddug Yàlla. Lëndëmu njuumte ak gëm-gëm yu reer yi doon na jafee ngir far ba noppi xam-xamu diine ju dëgg ji. Kërce Yàlla gi ci suuf nekkoon na dëgg-dëgg ci jaamugeen bi diirub jamono ju gudd jii, buy teg talif ak fitna yu dul jéex, ni doom-i Israyil ya nekkoon ci njaam ci Babilon diirub seen gàddaay ba.” Prophets and Kings, 714.</w:t>
      </w:r>
    </w:p>
    <w:p>
      <w:pPr>
        <w:pStyle w:val="ArticleBody"/>
        <w:jc w:val="left"/>
      </w:pPr>
      <w:r>
        <w:rPr>
          <w:rFonts w:ascii="Times New Roman" w:hAnsi="Times New Roman" w:eastAsia="Times New Roman" w:cs="Times New Roman"/>
        </w:rPr>
        <w:t>Jeexal juróom-ñaar-fukki at yi ca Babilon dafa doon misaal bu mel ni 1798, te amoon na ay màndarga yu jiitu 1798, yu yégle ne delluwaatug Kirist dafa jege woon.</w:t>
      </w:r>
    </w:p>
    <w:p>
      <w:pPr>
        <w:pStyle w:val="ArticleScripture"/>
        <w:jc w:val="left"/>
      </w:pPr>
      <w:r>
        <w:rPr>
          <w:rFonts w:ascii="Times New Roman" w:hAnsi="Times New Roman" w:eastAsia="Times New Roman" w:cs="Times New Roman"/>
        </w:rPr>
        <w:t>“Ñëwug mbooloom Siris ci kanamu tataayu Babilon mo doon ci Yawut yi tektal ne seen musibaay ci jaamug njaaloo mi ngi jege a jeex. Lu ëpp benn téeméer at laata Siris juddu, Sell Mi waxoon na ko ci turam, te moo tax ñu bind liggéey bi mu war a def ci jël dëkkub Babilon ci lu ñu ko seetaanul, ak ci xàll yoon wi ngir bàyyi doomi jaamug njaaloo yi.” Prophets and Kings, 551.</w:t>
      </w:r>
    </w:p>
    <w:p>
      <w:pPr>
        <w:pStyle w:val="ArticleBody"/>
        <w:jc w:val="left"/>
      </w:pPr>
      <w:r>
        <w:rPr>
          <w:rFonts w:ascii="Times New Roman" w:hAnsi="Times New Roman" w:eastAsia="Times New Roman" w:cs="Times New Roman"/>
        </w:rPr>
        <w:t>Siris itam itam ndiggal misaal yi jiituwoon 1798. Taariixkatu yi dañuy wax ak lu leerul ci nguurug Daryus ak Siris, waaye Kàddug Yàlla leer na. Nguurum Mèdes ak Perse moo toppoon Nguurum Babilon, te buur bu njëkk bu Mèdes ak Perse moo doon Daryus, doonte sax moom Siris, doomu mbokkum, la woon sàndarmu xare bi jël Babilon, guddi gu Belshassar defee ko mbégteem mu mujj. Siris ak Daryus ñoom ñépp dañuy misaalal jamono ji mujjug jaamukaayu juróom-ñaar-fukk at, te loolu dafa tegtal jamono ji mujj ci 1798, te itam dafa misaalal jamono ji mujj ci 1989.</w:t>
      </w:r>
    </w:p>
    <w:p>
      <w:pPr>
        <w:pStyle w:val="ArticleBody"/>
        <w:jc w:val="left"/>
      </w:pPr>
      <w:r>
        <w:rPr>
          <w:rFonts w:ascii="Times New Roman" w:hAnsi="Times New Roman" w:eastAsia="Times New Roman" w:cs="Times New Roman"/>
        </w:rPr>
        <w:t>Jamono mujj ci jaar-jaari Musaa feeñoon na ci juddu Aaróona ak Musaa, ñoom ñaar ñu juddoo ak ñetti at yu leen diggante. Jaar-jaaroogu loolu mooyoon nataal gu gën a mat ci yeneen yoon ci jaar-jaari Almasi bi, te jamono mujj ci jaar-jaaroogu loolu feeñoon na ci juddu Yaxya, te juróom-benn weer gannaaw loolu ci juddu doom-ndeyam Yeesu. Jamono mujj bi am na ñaari waymark, te Dariyus ak Siirus ñoom ñaar ñooy màndargaal mujjug jaamono jaamu juróom-ñaari fukk at, ji doon nataalu mujjug jaamono jaamu junni ak ñaar téeméer ak juróom-benn fukk at. Gaañu rey bi ñu dóor rabbu baaxu pap bi ci 1798, topp na ko ci at mi ci topp dee ku ko waroon te nguuru ci kawam. Ci 1989, Reagan ak Bush bu njëkk, ñoom ñaar ñooyoon prezident.</w:t>
      </w:r>
    </w:p>
    <w:p>
      <w:pPr>
        <w:pStyle w:val="ArticleBody"/>
        <w:jc w:val="left"/>
      </w:pPr>
      <w:r>
        <w:rPr>
          <w:rFonts w:ascii="Times New Roman" w:hAnsi="Times New Roman" w:eastAsia="Times New Roman" w:cs="Times New Roman"/>
        </w:rPr>
        <w:t>Sirus mooy mandarga yi yégle jamono ji mujj, te it mooy mandarga jamono ji mujj. Mooy mandarga yokkute xam-xam, ak dooleel yennent bu jëkk bi bi malaaka buy wàcc, te it mooy mandarga liggéey bi ñuy daldi jàppaat ci sampu fondamaa yi, liggéeyu tabax kër Yàlla ga, ak ñëwu malaaka bu ñetteel bi ba Bëkk-Ndimbal Kóllëre gi dikk ci mbetteel ci këram.</w:t>
      </w:r>
    </w:p>
    <w:p>
      <w:pPr>
        <w:pStyle w:val="ArticleScripture"/>
        <w:jc w:val="left"/>
      </w:pPr>
      <w:r>
        <w:rPr>
          <w:rFonts w:ascii="Times New Roman" w:hAnsi="Times New Roman" w:eastAsia="Times New Roman" w:cs="Times New Roman"/>
        </w:rPr>
        <w:t>Ci ñetteelu atum Siirus buur Peres, am na lu Yàlla wone Daniyel, mi tuddon Belteshassar; te mbir ma dëgg la woon, waaye jamono jiñ ko digle woon gudd na woon. Mu xam mbir ma, te am na woon xam-xam ci peyu gis-gis ba. Ca fan yooyu man Daniyel, maa ngi doon jooy di woyof lu mat ñetti ayu-bés. Duma lekk mburu mu neex; yàpp ak biiñ duggul woon sama gémmiñ, te diwuma woon sama bopp sax, ba kera ñetti ayu-bés yu mat ba noppi. Te ca ñaar-fukk ak ñeenteel fan waaru njëkk ba, bi ma nekkee ci wetu dex gu mag ga, gi tudd Iddekel. Daniyel 10:1–4.</w:t>
      </w:r>
    </w:p>
    <w:p>
      <w:pPr>
        <w:pStyle w:val="ArticleBody"/>
        <w:jc w:val="left"/>
      </w:pPr>
      <w:r>
        <w:rPr>
          <w:rFonts w:ascii="Times New Roman" w:hAnsi="Times New Roman" w:eastAsia="Times New Roman" w:cs="Times New Roman"/>
        </w:rPr>
        <w:t>Mbind yi ci Kiris ak Belteshazzar dañuy tegu ci benn jaar-jaari waxu Yàlla bu ñu spesifik ci mujj-u jamono yi. Mbindu Belteshazzar day xamal nu ne nit ñi muy teewal mooy ñeen fukki junni ak ñeent fukki junni, ñoom ñoo di maas gu mujj gi ci nit ñi bokk ci kóllëre gi. Ñu leen tëral ci jaar-jaari waxu Yàlla wi Kiris di teewal, te muy teewal jaar-jaar ji jiituwoon 1798, ak 1989, ak 11 Septambar 2001, ndaxte Kiris day teewal mbooloom màndarga-yoon yooyu yépp. Moom itam day teewal naqaru xel bu 18 Sulet 2020, te sax dogalu Dibeer bu bëgg a gaaw a ñëw ci États-Unis. Bunt bi ngir xam fu gis-gisu mujj gi Daniel nekk ci waxu Yàlla, mooy xam li Daniel xam.</w:t>
      </w:r>
    </w:p>
    <w:p>
      <w:pPr>
        <w:pStyle w:val="ArticleBody"/>
        <w:jc w:val="left"/>
      </w:pPr>
      <w:r>
        <w:rPr>
          <w:rFonts w:ascii="Times New Roman" w:hAnsi="Times New Roman" w:eastAsia="Times New Roman" w:cs="Times New Roman"/>
        </w:rPr>
        <w:t>Ci jëkk ba, Daniyeel (Belteshassar) am na xam-xam ci ñaari mbir yi: “mbir mi” ak itam “peeñ mi.” “Mbir mi” mooy baat bu Ebrëe bi ñuy wax “dabar,” maanaam “baat,” te Gabriyel dafa ko jëfandikoo ngir tegtal peeñu “chazon” bi ci juróom-ñaar fukki at ak ñaar téeméeri at (2500 ak 20 at), maanaam “juróom-ñaar yoon.” “Peeñ mi” ci jëkk ba, mi Daniyeel xam, mooy peeñu “mareh” bi ci ñaari junni ak ñetti téeméeri at. Xeetu nit ñi Yàlla fas kóllëre ak ñoom ci mujjug jamono, xamuñu woon “juróom-ñaar yoon” ba ca waxtu mujj ga ci 1989. Xamuñu woon “juróom-ñaar yoon” ba keroog 11 Septambar 2001 weesu, ba tax na Daniyeel nekk ci jamonoy yëngu-yëngu yeesal gu yonent yi, gi Sirus di tegtal, gannaaw 11 Septambar 2001; ndaxte Daniyeel, miy tegtal yëngu-yëngu yonent yu mujj yi, xam na “mbir mi” ak “peeñ mi.”</w:t>
      </w:r>
    </w:p>
    <w:p>
      <w:pPr>
        <w:pStyle w:val="ArticleBody"/>
        <w:jc w:val="left"/>
      </w:pPr>
      <w:r>
        <w:rPr>
          <w:rFonts w:ascii="Times New Roman" w:hAnsi="Times New Roman" w:eastAsia="Times New Roman" w:cs="Times New Roman"/>
        </w:rPr>
        <w:t>Ñu xam ne Daniel nekk na ci ab jamono ju tollu ñaar-fukk ak benn fan yu jooy. “Ci fan yooyu” yu jooy, Daniel déggoon na “mbir mi,” te itam amoon na xam-xam ci “peeñ mi.” Dëgg gi “mbir mi” di wone, feeñaloon na ko Daniel ci fan yi mu doon jooy. Nit Yàlla yi, ci rëdd yi ñu di jubbanti, dañu leen di wone ni ñu ngi “jooy” tuuti laata waxu Guddi Gi Digg. Jooy boobu, Marta ak Mariya a ko melal, bi ñuy jooy ndax Lazar, tuuti laata Dugg gu Tedd ga. Te itam, ñu ko melaloon ci nàkk doole gi topp njàqare jëkk gi ci jaar-jaaru Millerit yi, ni Yeremi waxe ko.</w:t>
      </w:r>
    </w:p>
    <w:p>
      <w:pPr>
        <w:pStyle w:val="ArticleScripture"/>
        <w:jc w:val="left"/>
      </w:pPr>
      <w:r>
        <w:rPr>
          <w:rFonts w:ascii="Times New Roman" w:hAnsi="Times New Roman" w:eastAsia="Times New Roman" w:cs="Times New Roman"/>
        </w:rPr>
        <w:t>Baa sa wax jiñ ba, ma lekk leen; te sa kàddu nekk na ci man mbégte ak bànneexu sama xol; ndaxte tudd nañu ma ci sa tur, Yàlla Boroom mbooloom xare yi. Tooguma ci mbootaayu ñi di ñaawal, te bànneexuma ak ñoom; ma toog sama bopp ndax sa loxo, ndaxte feesal nga ma ak mer. Lu tax sama metit sax ba fàww, te sama gaañu jàngadi, ba bañ a wér? Ndax dinga nekk ci man ni kuy fen, ak ni ndox yu daan nañoo wéy? Yeremi 15:16–18.</w:t>
      </w:r>
    </w:p>
    <w:p>
      <w:pPr>
        <w:pStyle w:val="ArticleBody"/>
        <w:jc w:val="left"/>
      </w:pPr>
      <w:r>
        <w:rPr>
          <w:rFonts w:ascii="Times New Roman" w:hAnsi="Times New Roman" w:eastAsia="Times New Roman" w:cs="Times New Roman"/>
        </w:rPr>
        <w:t>Yeremi “bégul”ul woonul, ni waa dëkkkat Sodom ak Misra ci Apokalips saar 11 def woon ca deeñu ñaari seede ya. “Bañ a bég”, mooy am naqarlu. Naqaru Belteshazzar mooy wone naqar wi jëfandikoo ak deeñu ñaari seede ya. Ci 18 Sulet 2020 ak ci 3 Nowàmbar 2020, ñaari seede yi bokk ci dëggu kànde Protestan ak kànde Républicain yu rabu suuf bi, rey nañu leen ci mbedd yi Sodom ak Misra, fa sunu Boroom itam dañu ko daaj. Ba sunu Boroom daajee, taalibeem ya tàmbalee am naqarlu. Ñaari seede yooyu, ci Apokalips saar 11, dafa leen teewaloon ni Musaa ak Eliya.</w:t>
      </w:r>
    </w:p>
    <w:p>
      <w:pPr>
        <w:pStyle w:val="ArticleBody"/>
        <w:jc w:val="left"/>
      </w:pPr>
      <w:r>
        <w:rPr>
          <w:rFonts w:ascii="Times New Roman" w:hAnsi="Times New Roman" w:eastAsia="Times New Roman" w:cs="Times New Roman"/>
        </w:rPr>
        <w:t>Am na ñaar-fukk ak benn ci Mbind mi, am na juróom-benn ay wax yu jëm ci Kirist ni mooy Mikaayil, ñett ci téere Daniel, benn ci téere Jude, ak beneen ci téere Révélation. Ci saar fukki, bi nu ngi léegi xool, ñu tudd Mikaayil ñaari yoon, ci aaya fukki ak ñett ak aaya ñaar-fukk ak benn, te ba noppi ñu dellu ko ci saar fukk ak ñaar, aaya benn. Ñu xamle ko ci Révélation fukk ak ñaar, aaya juróom-ñaar ak juróom-ñett. Ci Jude, ñu xamle ne Mikaayil moo dekkaat Musa, mi ci Révélation saar fukk ak benn, bokk ci seede yi dee te nekk ci mbedd mi.</w:t>
      </w:r>
    </w:p>
    <w:p>
      <w:pPr>
        <w:pStyle w:val="ArticleScripture"/>
        <w:jc w:val="left"/>
      </w:pPr>
      <w:r>
        <w:rPr>
          <w:rFonts w:ascii="Times New Roman" w:hAnsi="Times New Roman" w:eastAsia="Times New Roman" w:cs="Times New Roman"/>
        </w:rPr>
        <w:t>Kon nag, dina leen nge xamoon li, maa ngi leen di fàttali ne Boroom bi, gannaaw bi mu musalee nit ña ca réewum Ejipt, mu toppatoo alag ñi gëmul. Te malaaka ya it, ñi sàmmul seen njàlbéen bu njëkk, waaye bàyyi seen kër, mu tëral leen ci jéng yu dul jeex, ci lëndëm, ba bés bu mag ba di àtte. Naka noonu itam Sodom ak Gomorrha, ak dëkk yi leen wër, ñoom it ci noonu, jébbalu njaaloo te topp yaram wu dul seen, ñu taxaw ngir nekk misaal, di sonn mbugal bu safara su dul jeex. Noonu itam ñii, ñuy gaar-gaar yu sobe, ñu di yàq yaram, di xeeb nguur, di wax ay wax yu bon ci kaw ñiy yor ndam. Waaye Mixaël, malaaka bu mag bi, bi mu di werante ak Seytaane ci mbiram yaramu Musaa, ñemeetu koo jiiñ ak xuume gu torox, waaye mu ne ko: “Na Boroom bi yedd la.” Jude 5–9.</w:t>
      </w:r>
    </w:p>
    <w:p>
      <w:pPr>
        <w:pStyle w:val="ArticleBody"/>
        <w:jc w:val="left"/>
      </w:pPr>
      <w:r>
        <w:rPr>
          <w:rFonts w:ascii="Times New Roman" w:hAnsi="Times New Roman" w:eastAsia="Times New Roman" w:cs="Times New Roman"/>
        </w:rPr>
        <w:t>Ci téere Yudaa, ci biir yeneen mbir yu Sodom ak Ejipt, miy tektal dëkk bu mag ba ñu reyee Muse ak Eliya ci Peeñu Yowaana saar fukk ak benn; Kirist, miñu tektale ci Mikaayel, dekkal na yaramu Muse. Muse ak Eliya nekkoon nañu ñu dee diirub ñetti fan ak genn-wàll yu misaal ci Peeñu Yowaana saar fukk ak benn, te fan yi ñuy jooy Belteshasar jeex nañu bi Mikaayel wàccee jóge asamaan. Rëdd ci kaw rëdd, Danyeel saar fukk, aaya benn ba ñeent, dafay won xàjjaat bi ñuy jooy, bi jeexee ba seede ya ñaar dekkalee leen ci Mikaayel.</w:t>
      </w:r>
    </w:p>
    <w:p>
      <w:pPr>
        <w:pStyle w:val="ArticleBody"/>
        <w:jc w:val="left"/>
      </w:pPr>
      <w:r>
        <w:rPr>
          <w:rFonts w:ascii="Times New Roman" w:hAnsi="Times New Roman" w:eastAsia="Times New Roman" w:cs="Times New Roman"/>
        </w:rPr>
        <w:t>Dina continué bii njàngum li ci bind bi ci topp.</w:t>
      </w:r>
    </w:p>
    <w:p>
      <w:pPr>
        <w:pStyle w:val="ArticleScripture"/>
        <w:jc w:val="left"/>
      </w:pPr>
      <w:r>
        <w:rPr>
          <w:rFonts w:ascii="Times New Roman" w:hAnsi="Times New Roman" w:eastAsia="Times New Roman" w:cs="Times New Roman"/>
        </w:rPr>
        <w:t>“Baay bi tànna Musaa ak Eliya ngir ñu nekk ay yonnentam ci Kàddug Kirist, te ngir màggal ko ak leeru Asamaan, te wax ak moom ci mbirum ay metit ak tiis yi muy jëm a jànkoonteel, ndaxte dañu dundoon ci kaw suuf ni nit; dañu mosoon a xam naqaru nit ak ay coono, te mën nañu woon a yëgul daanu Yeesu, ci dundam ci kaw suuf. Eliya, ci taxawaayam ni ab yonent ci Israyil, dafa doon wone Kirist, te liggéeyam dafa meloon, ci benn wetu, ak bu Musalkat bi. Te Musaa, ni jiitekatub Israyil, dafa taxawoon ci berabu Kirist, di wax ak moom te topp ay ndigalam; moo tax ñoom ñaar rekk, ci mboolem mbooloo ma dajaloon wër gànguna Yàlla, ñoo gënoon a yelloo ngir toppatoo Doomu Yàlla bi.”</w:t>
      </w:r>
    </w:p>
    <w:p>
      <w:pPr>
        <w:pStyle w:val="ArticleScripture"/>
        <w:jc w:val="left"/>
      </w:pPr>
      <w:r>
        <w:rPr>
          <w:rFonts w:ascii="Times New Roman" w:hAnsi="Times New Roman" w:eastAsia="Times New Roman" w:cs="Times New Roman"/>
        </w:rPr>
        <w:t>«Bi Muuse, ci mer gu metti ngir bañu gëm gi ñu doon am, dóor xeer ba ci mer te jox leen ndox mi ñuy ñaan, moo yóbbu ndam li ci boppam; ndaxte xelam feesoon na lool ci ñàkk ngërëm ak réer-reeri Israayil, ba tax mu mànul woon teral Yàlla ak màggal turam, ci def jëf ji Mu ko santoon mu def. Dëgg-dëgg, pexeem Boroom Kàttan gi mooy woon indi saa yu bari doom Israayil yi ci anam yu metti, te noonu, bi seen soxla di yokku lool, Mu musal leen ci sañ-sañam, ngir ñu xam ne am na leen yëngu-yaram bu xas ci seen kaw, te ñu màggal turam. Waaye Muuse, bi mu déggale woon dëgër-dëgëram xolam ju tabax ci nit, jëlal boppam teral gi waroon Yàlla, daanu ci kilifteefu Seytaane, te terees na ko mu dugg ci suuf su ñu digoon. Bu Muuse saxee woon ci dëgg, Boroom bi dina ko yóbbu woon ci suuf su ñu digoon, te gannaaw loolu, Mu yéegale ko kawe gu baax ci Asamaan, te du gis dee.»</w:t>
      </w:r>
    </w:p>
    <w:p>
      <w:pPr>
        <w:pStyle w:val="ArticleScripture"/>
        <w:jc w:val="left"/>
      </w:pPr>
      <w:r>
        <w:rPr>
          <w:rFonts w:ascii="Times New Roman" w:hAnsi="Times New Roman" w:eastAsia="Times New Roman" w:cs="Times New Roman"/>
        </w:rPr>
        <w:t>“Nii ko mel, Muusaa jaaroon na ci dee, waaye Doom Yàlla bi wàccewoon na ci Asamaan te dekkal koat ko bala sa yaramam gis yàqute. Doonte ne Seytaane xeexoon ak Mikayel ngir yaramu Muusaa te bëgg a claim ko ni mooy ay yàqam ju yoon, manula woon a nott Doom Yàlla bi; te Muusaa, ak yaram wu dekkat te màggaliku, yóbbu nañu ko ca kër ya Asamaan, te léegi dafa bokkoon ci ñaar ña ñu teral, ñi Baay bi santoon ngir ñu doon toppatoo Doomam.”</w:t>
      </w:r>
    </w:p>
    <w:p>
      <w:pPr>
        <w:pStyle w:val="ArticleScripture"/>
        <w:jc w:val="left"/>
      </w:pPr>
      <w:r>
        <w:rPr>
          <w:rFonts w:ascii="Times New Roman" w:hAnsi="Times New Roman" w:eastAsia="Times New Roman" w:cs="Times New Roman"/>
        </w:rPr>
        <w:t>«Ndax ñoom ci seen bopp dañoo mayoon nelaw noonu ba mu leen not, taalibey bi dañoo ñàkk waxtaan wi diggante yonnékat yu Asamaan ak Faalikookat biñu sellal te feeñal ndam. Waaye bi ñu seetaan yéewu ci nelaw gu xóot, te gis peyu bu màgg bi nekk ci seen kanam, seen xol fees dellu ak mbégte ak ragal gu sell. Bi ñuy xool melow seen Boroom bi ñu bëgg lool, bi di fees ak leer gu tar, dañu fàww muur seen bët ak seen yoxo, ndaxte mënuñu woon ni ko dul noonu muñ ndam lu waxu manul wax mi mu soloon ci saaramam, te di génne leer yu mel ni yi jant bi. Diir bu gàtt rekk, taalibey bi gis nañu seen Boroom bi ñu feeñal ndamam te yékkati ko ci seen bët, te ñu maye ko teral ak màggal lool ci ndeyjoor yu leer yi, yi ñu xam ne ñooy ñi Yàlla tànn te gërëm.»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Benn 157</dc:title>
  <dc:subject>Wëttu mandargay alama njubteg bu Sirus ci téereb Dañeel</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