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Daanieel — Téeméer ak juróom-ñeent-fukk ak juróom-ñeent-ci-juróom-benn</w:t>
      </w:r>
    </w:p>
    <w:p>
      <w:pPr>
        <w:pStyle w:val="ArticleSubtitle"/>
        <w:jc w:val="left"/>
      </w:pPr>
      <w:r>
        <w:rPr>
          <w:rFonts w:ascii="Arial" w:hAnsi="Arial" w:eastAsia="Arial" w:cs="Arial"/>
        </w:rPr>
        <w:t>Ubbi ñetti laal gu malaaka yi ci peeñu Daniel: Benn xibaaru yëgle bu yonent bi wax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Ci ay fukkiib 10, ñu laal Yàlla yonent bi Daniel ñetti yoon, te ñetti laal yooyu ànd nañu ak ñetti yoon yi Daniel boppam di xam “mareh,” peeñ ma. Njëkk ak mujj a feeñ nañu ne Gabriel la woon, ndaw li yégleb Xam-xamu Yeesu Kirist. Gabriel mooy ki jël ndigal li Kirist, mi ko Baay bi jox, ba noppi jottali ko yonent bi, moom mi war a yónnee ko mboolooy kërceen yi.</w:t>
      </w:r>
    </w:p>
    <w:p>
      <w:pPr>
        <w:pStyle w:val="ArticleScripture"/>
        <w:jc w:val="left"/>
      </w:pPr>
      <w:r>
        <w:rPr>
          <w:rFonts w:ascii="Times New Roman" w:hAnsi="Times New Roman" w:eastAsia="Times New Roman" w:cs="Times New Roman"/>
        </w:rPr>
        <w:t>Waaye dinaa la won li ñu bind ci Mbind mi dëgg; te kenn amul ku ànd ak man ci yii mbir, ludul Mikaayel seen buur. Daniel 10:21.</w:t>
      </w:r>
    </w:p>
    <w:p>
      <w:pPr>
        <w:pStyle w:val="ArticleBody"/>
        <w:jc w:val="left"/>
      </w:pPr>
      <w:r>
        <w:rPr>
          <w:rFonts w:ascii="Times New Roman" w:hAnsi="Times New Roman" w:eastAsia="Times New Roman" w:cs="Times New Roman"/>
        </w:rPr>
        <w:t>Gàbriyel xam na ne moom ab mbindees la, te loolu moo tax mu yëgle Yaxya bu leer ci téereb Peeñ mi ne waru ko jaamu.</w:t>
      </w:r>
    </w:p>
    <w:p>
      <w:pPr>
        <w:pStyle w:val="ArticleScripture"/>
        <w:jc w:val="left"/>
      </w:pPr>
      <w:r>
        <w:rPr>
          <w:rFonts w:ascii="Times New Roman" w:hAnsi="Times New Roman" w:eastAsia="Times New Roman" w:cs="Times New Roman"/>
        </w:rPr>
        <w:t>Noonu naa ci ay tànkam ngir sujjóot ko. Waaye mu ne ma: “Bul ko def; man, sa moroom laa ci liggéey, te bokk naa ak sa mbokk yi yor seedeel Yeesu; sujjóotal Yàlla, ndaxte seedeel Yeesu mooy xel mu sell mi ci kàddug yonent.” Peeñu 19:10.</w:t>
      </w:r>
    </w:p>
    <w:p>
      <w:pPr>
        <w:pStyle w:val="ArticleBody"/>
        <w:jc w:val="left"/>
      </w:pPr>
      <w:r>
        <w:rPr>
          <w:rFonts w:ascii="Times New Roman" w:hAnsi="Times New Roman" w:eastAsia="Times New Roman" w:cs="Times New Roman"/>
        </w:rPr>
        <w:t>Kon, nitu yonnent gi ci waxi yoonent yi war na xam ne sababu bi tax Gabriyel wax ne kenn ëppul ko ci li “ñu bind ci Mbindum dëgg,” am na njëfandikoo bu mat ci yoonent. Bi mu waxee ne Kirist rekk moo gëna xam Mbind yi ñu bind ba mu ëpp ko, dafay feeñal Kirist ni “Mikael seeni buur.” Waaye Mikael du buur rekk; mooy malaaka mu mag mi.</w:t>
      </w:r>
    </w:p>
    <w:p>
      <w:pPr>
        <w:pStyle w:val="ArticleScripture"/>
        <w:jc w:val="left"/>
      </w:pPr>
      <w:r>
        <w:rPr>
          <w:rFonts w:ascii="Times New Roman" w:hAnsi="Times New Roman" w:eastAsia="Times New Roman" w:cs="Times New Roman"/>
        </w:rPr>
        <w:t>Waaye Mixaayel, malaakam bu mag bi, bi mu doon xuloo ak Seytaane te di werante ci yaramu Muuse, musula yëggoon a jiiñ ci moom xaliis bu safaan, waaye mu ne ko: “Boroom bi yedd la.” Yuda 7.</w:t>
      </w:r>
    </w:p>
    <w:p>
      <w:pPr>
        <w:pStyle w:val="ArticleBody"/>
        <w:jc w:val="left"/>
      </w:pPr>
      <w:r>
        <w:rPr>
          <w:rFonts w:ascii="Times New Roman" w:hAnsi="Times New Roman" w:eastAsia="Times New Roman" w:cs="Times New Roman"/>
        </w:rPr>
        <w:t>Kon ñetti laal yi yépp nag, laal yu malaaka lañu; te ñetti yoon yi Danyeel di daj ak “mareh,” gis-gis bi, lu malaaka la. Ci ñetteel bi Danyeel lañu laal, ngir dooleel ko la, ndaxte bu njëkk, ca ñaareelu laal ba, dafa ñàkk dooleem.</w:t>
      </w:r>
    </w:p>
    <w:p>
      <w:pPr>
        <w:pStyle w:val="ArticleScripture"/>
        <w:jc w:val="left"/>
      </w:pPr>
      <w:r>
        <w:rPr>
          <w:rFonts w:ascii="Times New Roman" w:hAnsi="Times New Roman" w:eastAsia="Times New Roman" w:cs="Times New Roman"/>
        </w:rPr>
        <w:t>Noonu, kenn nit ki mel ni ma la, mel ni melokaanu nit lool nit ni dama doomu nit, te mu dëgëral ma, te ne ma: “Yow nit ku ñu bëgg lool, bul ragal; jàmm na la, dëgërël sa bopp, waaw, dëgërël sa bopp.” Bi mu waxee ak man, ma am kàttan, ma ne: “Na sama sang wax, ndaxte yow nga ma dëgëral.” Noonu mu ne ma: “Xam nga lu tax ma ñëw ci yow? Léegi dinaa dellu ngir xeex ak buurub Pers. Te bu ma demee, xoolal, buurub Gerees dina ñëw.” Daniel 10:18–20.</w:t>
      </w:r>
    </w:p>
    <w:p>
      <w:pPr>
        <w:pStyle w:val="ArticleBody"/>
        <w:jc w:val="left"/>
      </w:pPr>
      <w:r>
        <w:rPr>
          <w:rFonts w:ascii="Times New Roman" w:hAnsi="Times New Roman" w:eastAsia="Times New Roman" w:cs="Times New Roman"/>
        </w:rPr>
        <w:t>Gabriyel fàttaliku Danyel ne moo “ñëw na ngir may la xam” li “di dal sa xeet ci fan yu mujj yi,” ba mu laajee Danyel ne: “xam nga ndax lu tax ma ñëw ci yaw?” Ci déggoo ak li mu jàngaloon Danyel ci fan yu mujj yi, Gabriyel waxaat ne dina “dellusi ngir xeex ak buurub Perse: te bu ma génnee, xoolal, buurub Gerees dina ñëw.” Noonu mu tàmbali nettali wax ju yonent bi nekk ci saraxalekat gu fukki ak benn, te mooy melal li di dal ñaar-fukki ak ñeenti junni nit ñi ci fan yu mujj yi. Nettu wax ju yonent jooju dees na ko teg ci leerug xeex bi ak “buurub Perse” ak “buurub Gerees”.</w:t>
      </w:r>
    </w:p>
    <w:p>
      <w:pPr>
        <w:pStyle w:val="ArticleBody"/>
        <w:jc w:val="left"/>
      </w:pPr>
      <w:r>
        <w:rPr>
          <w:rFonts w:ascii="Times New Roman" w:hAnsi="Times New Roman" w:eastAsia="Times New Roman" w:cs="Times New Roman"/>
        </w:rPr>
        <w:t>Jamm ak dëggante Kurus bu Mag ak Alekssàndar bu Mag wees na lu ëpp ñaari téeméeri at. Waaye ci yëngu-yëngu suuf gu mag gi ci Peeñug Yuhanna saar fukk ak benn, yëngu-yëngu yu mujj yi dafa gaaw lool, te bu ñeel gu juróom-benni bi sënkuwee ci loxo buur bu bëgg-a-yàlla, buur bu bëtub bëj-gànnaar, reeni juróom-ñaari bi, mooy fukki buur yi, yi Gereg di firndeel, daldi ànd ci saa si ngir jox seen nguur mbaal ma.</w:t>
      </w:r>
    </w:p>
    <w:p>
      <w:pPr>
        <w:pStyle w:val="ArticleBody"/>
        <w:jc w:val="left"/>
      </w:pPr>
      <w:r>
        <w:rPr>
          <w:rFonts w:ascii="Times New Roman" w:hAnsi="Times New Roman" w:eastAsia="Times New Roman" w:cs="Times New Roman"/>
        </w:rPr>
        <w:t>Ci benn biir “mareh” gi, am na juróom-ñaari yoon yuñu ko jëfandikoo ci saar bi fukki ci Daniel. Nun seet nanu ñeenti ci yooyu juróom-ñaari yoon, te nangu nanu ne jëfandikoo gu njëkk gi mooy ne Daniel mooy wax ne bala atum ñetteel baayu Siirus, Daniel xamoon na peeñu gi. Ci ñetti jëfandikoo yi ci topp, ñetti laal yi ci bépp peeñu dëggal nañu jaar-jaaru Daniel bi muy yeewu génn ci jooy ak metit wu fanweeri benn. Yeewug delluseem ci doole bu bees bi tabaxu na ci yoonu ñett-xeetu xët bu baax bu fàww, te ñetti xët yooyu malaaka yi lañu tegtal; waaye xët wu ñaareel bi mooy Mixaayel, kilifa gu mag gu malaaka yi, moom mi dekkal Moosé, génne ko ci dee, yóbbu ko asamaan.</w:t>
      </w:r>
    </w:p>
    <w:p>
      <w:pPr>
        <w:pStyle w:val="ArticleBody"/>
        <w:jc w:val="left"/>
      </w:pPr>
      <w:r>
        <w:rPr>
          <w:rFonts w:ascii="Times New Roman" w:hAnsi="Times New Roman" w:eastAsia="Times New Roman" w:cs="Times New Roman"/>
        </w:rPr>
        <w:t>Ñetti yeneen ñatt yi baat bi “vision” nekk ci sarax 10, du “mareh,” waaye mooy “marah.” “Marah” mooy jigéenug “mareh.” Tekki na peeñu, te ci anam wu waral itam “seetu” walla “glass buy xoole.” Bunt bu am solo ci tekkiinam mooy ne dafay “waral.” Moo di peeñub “appearance,” waaye wuute na ci jinsiam, te noonu mu firndeel yeneen bataaxal yu wax ci kanam. Niki ni ko tekkiin bi waxe, “seetu” bi dafay fësal ne ñi gis peeñu bi, dañuy gis benn xeetu yedd. Loolu mooy cér bu baat bi di “waral.” Tekkiinug baat buy waral ci wàllu “marah,” xóot na lool.</w:t>
      </w:r>
    </w:p>
    <w:p>
      <w:pPr>
        <w:pStyle w:val="ArticleBody"/>
        <w:jc w:val="left"/>
      </w:pPr>
      <w:r>
        <w:rPr>
          <w:rFonts w:ascii="Times New Roman" w:hAnsi="Times New Roman" w:eastAsia="Times New Roman" w:cs="Times New Roman"/>
        </w:rPr>
        <w:t>Baatu “causative” moom dafa jëme ci xalaatu sabab walla jëf ji di tax ñu amal benn mbir. Ci làkk, rawatina ci melokaanu weñ, melinu causative mooy tabaxu njàngat bu wone ne ki nekk saraxu weñ bi moo tax kenn ku ne walla benn mbir def jëf ji weñ bi melal. Ci misaal, ci làkku Àngale, weñ wi “to read” dafa nekk causative bu nu waxee “to make someone read.” Fii, ki nekk saraxu weñ bi moo tax keneen def jëf ju jàng.</w:t>
      </w:r>
    </w:p>
    <w:p>
      <w:pPr>
        <w:pStyle w:val="ArticleBody"/>
        <w:jc w:val="left"/>
      </w:pPr>
      <w:r>
        <w:rPr>
          <w:rFonts w:ascii="Times New Roman" w:hAnsi="Times New Roman" w:eastAsia="Times New Roman" w:cs="Times New Roman"/>
        </w:rPr>
        <w:t>Formu sabab bii fésal ne boroom jëf ji mooy ki war a indi amug jëf ji verb bi di wax. “Sabab bii” dafay tekki anam wi ñuy def ba jëf walla xew-xew am. Ñatti yoon yi Daniyel jëfandikoo baat bu Ebrë “marah,” peeñ mi ñuy xool moo di waral a soppi ki koy gis ngir mu mel ni melo wi mu di xool.</w:t>
      </w:r>
    </w:p>
    <w:p>
      <w:pPr>
        <w:pStyle w:val="ArticleScripture"/>
        <w:jc w:val="left"/>
      </w:pPr>
      <w:r>
        <w:rPr>
          <w:rFonts w:ascii="Times New Roman" w:hAnsi="Times New Roman" w:eastAsia="Times New Roman" w:cs="Times New Roman"/>
        </w:rPr>
        <w:t>Ca bésu ñaar-fukk ak ñeent fan ci weer wu jëkk, bi ma nekkee ca wetu dex gu mag ga, di Hiddekel; ma yékkati samay bët, xool, te gis ne nit ku benn a sol yére yu linu, te wurus wu baax wu Uphas moo wërël ko ci ndiggam. Yaramam mel ni beril, kanamam mel ni melokaanu (mareh) leer gu mel ni xef-xef; ay bëtam mel ni làmp yi taal; ay yoxoam ak ay tànkam mel ni xonq-xonq wu weexlees; te baatu kàdduy am mel ni baatu mbooloo mu bare. Man Daniel doŋŋ maa gis peeñu (marah) ji; ndaxte góor ñi nekkoon ak man gisulñu peeñu (marah) ji; waaye ragal gu mag daldi dikk ci seen kaw, ba tax ñu daw ngir nëbbiku. Kon nag, man doŋŋ lañu ma bàyyi, te gis naa peeñu (marah) ju mag ji; te doole desatul woon ci man. Ndaxte sama taaru jëmm soppeeku woon ci man ba tukki, te mantee woonuma sax a denc benn doole. Waaye dégg naa baatu kàddoom; te bi ma déggee baatu kàddoom, ma daanu ci nelaw gu xóot ci sama kanam, te sama kanam jublu ci suuf si. Daniel 10:4–9.</w:t>
      </w:r>
    </w:p>
    <w:p>
      <w:pPr>
        <w:pStyle w:val="ArticleBody"/>
        <w:jc w:val="left"/>
      </w:pPr>
      <w:r>
        <w:rPr>
          <w:rFonts w:ascii="Times New Roman" w:hAnsi="Times New Roman" w:eastAsia="Times New Roman" w:cs="Times New Roman"/>
        </w:rPr>
        <w:t>Ci mujj gi ñaari-fukk ak benn fan yi ñu nekk ci jooyte ga, te ci fan yu mujj yi, lëkkaloo nañu ak ñetti fan ak genn-wàll gi ñaari seede yi dee ci mbedd mi, Daniel dellusi nañu ko ci saa si ngir mu gis melokaanu Kirist, te melokaanam mooy “ni melokaanu (mareh) leer gu xëy.” Loolu, ci mujj ga ñetti fan ak genn-wàll gi ci Révélation saraxle bu fukk ak benn, jur na xàjjaloo, ndaxte “nit ñi nekkoon ak” Daniel, ñu taxawal leen “ñu gisul peeñu gi (marah); waaye yengu gu réy daldi dal ci seen kaw, ba tax ñu daw ngir nëbbiku. Kon” Daniel “des na doŋŋam,” waaye “nit ñi nekkoon ak man [ñu taxawal leen ñu gisul] peeñu gi (marah); waaye yengu gu réy daldi dal ci seen kaw, ba tax ñu daw ngir nëbbiku.”</w:t>
      </w:r>
    </w:p>
    <w:p>
      <w:pPr>
        <w:pStyle w:val="ArticleBody"/>
        <w:jc w:val="left"/>
      </w:pPr>
      <w:r>
        <w:rPr>
          <w:rFonts w:ascii="Times New Roman" w:hAnsi="Times New Roman" w:eastAsia="Times New Roman" w:cs="Times New Roman"/>
        </w:rPr>
        <w:t>Peeñ mi Daniel gis bi mu nekkee doomam rekk mooy peeñu jigéen bu indi ay sabab te soppi Daniel mu mel ni meloow peeñ ma. Soppi googu am na ci li ñu jële dooleb nitam ci moom, te sàngam bu rafet ba ñu soppi ko muy yàqute.</w:t>
      </w:r>
    </w:p>
    <w:p>
      <w:pPr>
        <w:pStyle w:val="ArticleScripture"/>
        <w:jc w:val="left"/>
      </w:pPr>
      <w:r>
        <w:rPr>
          <w:rFonts w:ascii="Times New Roman" w:hAnsi="Times New Roman" w:eastAsia="Times New Roman" w:cs="Times New Roman"/>
        </w:rPr>
        <w:t>“Yaram wi ruuh di dëkkal te jaarale ko muy liggéey moom la Boroom bi. Amunu benn sañ-sañu bañ a toppatoo benn xaaj ci masiinu dund gi. Bépp cér ci mbind mi dund moom la Boroom bi. Xam-xamu sunu bopp ci mbind mu yaram war na nu jàngal ne bépp cér dafa wara liggéeyal Yàlla, ni jumtukaayu njub.”</w:t>
      </w:r>
    </w:p>
    <w:p>
      <w:pPr>
        <w:pStyle w:val="ArticleScripture"/>
        <w:jc w:val="left"/>
      </w:pPr>
      <w:r>
        <w:rPr>
          <w:rFonts w:ascii="Times New Roman" w:hAnsi="Times New Roman" w:eastAsia="Times New Roman" w:cs="Times New Roman"/>
        </w:rPr>
        <w:t>“Ku dul kenn Yàlla a man a noot réy-reyi xol nit ki. Nun mënunu nucc sunu bopp. Mënunu nu yeesal sunu bopp. Ci kër yàlla yu kaw ya duñu fa woy wii: Maa bëggoon sama bopp, te maa setaloon sama bopp, maa jotoon njot sama bopp, na ndam ak teraanga, barke ak cant dellu ci man. Waaye loolu mooy doxalin bu njëkk bu woy wi ñu barey di woy fii ci addina sii. Xamuñu li muy tekki ne nit ku lewet te suufe ci xol; te bëgguñu a xam loolu, su ñu ko mënee moytu. Xebaar bu baax bi bépp dafa tënk ci jàng ci Kirist, lewetam ak suufeelam ci xol.”</w:t>
      </w:r>
    </w:p>
    <w:p>
      <w:pPr>
        <w:pStyle w:val="ArticleScripture"/>
        <w:jc w:val="left"/>
      </w:pPr>
      <w:r>
        <w:rPr>
          <w:rFonts w:ascii="Times New Roman" w:hAnsi="Times New Roman" w:eastAsia="Times New Roman" w:cs="Times New Roman"/>
        </w:rPr>
        <w:t>«Lan mooy ñu jubal ci ngëm? Mooy liggéeyu Yàlla ci suufeel ndamu nit ba ci pëndu suuf, te di defal nit li mu manul a defal boppam.» Testimonies to Ministers, 456.</w:t>
      </w:r>
    </w:p>
    <w:p>
      <w:pPr>
        <w:pStyle w:val="ArticleBody"/>
        <w:jc w:val="left"/>
      </w:pPr>
      <w:r>
        <w:rPr>
          <w:rFonts w:ascii="Times New Roman" w:hAnsi="Times New Roman" w:eastAsia="Times New Roman" w:cs="Times New Roman"/>
        </w:rPr>
        <w:t>Njub ci dëggale ngëm mooy liggéeyu Yàlla ci suufeel ndamu nit ba mu nekk pëndu suuf. Peeñ bi taxoon góor ña nekkoon ak Daniel daw, mooy peeñu jigéenu “causative” bu feeñug Kirist doon; te saa si topp, ginnaaw ba njubam boppam Daniel weesoo ci suuf, ñaari laal yu malaaka yi ak benn mi ñetteel yees nañu ko ngir mu am doole, ba mu man a yóbbu bataaxal bi.</w:t>
      </w:r>
    </w:p>
    <w:p>
      <w:pPr>
        <w:pStyle w:val="ArticleBody"/>
        <w:jc w:val="left"/>
      </w:pPr>
      <w:r>
        <w:rPr>
          <w:rFonts w:ascii="Times New Roman" w:hAnsi="Times New Roman" w:eastAsia="Times New Roman" w:cs="Times New Roman"/>
        </w:rPr>
        <w:t>Ci atum 1888, malaaka bu màgg mi wàcce ak yégleb jubal ci ngëm, ni ko mag yi Jones ak Waggoner joxee. Benn malaaka boobu sax wàccewaat na ci 11 Sàttumbar 2001, ak benn yégleb boobu sax ci jubal ci ngëm. Loolu moo tegtal tàmbaliwaay bu màndargaalug téereb ñett-fukk ak ñent-fukk ak ñent ñaari junni. Bu màndargaalug ñett-fukk ak ñent-fukk ak ñent ñaari junni di jeex, yégleb bi nekkoon ca tàmbaliwaay ba dañu koy delloo, ndaxte Yeesu dafay faral a won mujjug benn mbir ak tàmbaliwaayam.</w:t>
      </w:r>
    </w:p>
    <w:p>
      <w:pPr>
        <w:pStyle w:val="ArticleBody"/>
        <w:jc w:val="left"/>
      </w:pPr>
      <w:r>
        <w:rPr>
          <w:rFonts w:ascii="Times New Roman" w:hAnsi="Times New Roman" w:eastAsia="Times New Roman" w:cs="Times New Roman"/>
        </w:rPr>
        <w:t>Ci 11 Ut 1840, benn malaaka boobu wàcce na te tàmbali na ñetti jéego yi ñu matale woon diggante 1840 ak 1844. Ñetti jéego yooyu tàmbali nañu ak dooleel bu malaaka bu njëkk bi amee ci 11 Ut 1840, ak dikkug malaaka bu ñaareel bi ci 19 Awril 1844, ak dikkug malaaka bu ñetteel bi ci 22 Oktoobar 1844. Jàngoro boobu dafa melaloon wàcceg malaaka bu njëkk bi ci ñetti malaaka yi ci 11 Sàttumbar 2001, te loolu malaaka bu ñaareel bi topp ko ci xeebteb 18 Sulet 2020, te loolu jeexal na ak dikkug malaaka bu ñetteel bi ci yoonu Dibeer bu bëgg-a ñëw.</w:t>
      </w:r>
    </w:p>
    <w:p>
      <w:pPr>
        <w:pStyle w:val="ArticleBody"/>
        <w:jc w:val="left"/>
      </w:pPr>
      <w:r>
        <w:rPr>
          <w:rFonts w:ascii="Times New Roman" w:hAnsi="Times New Roman" w:eastAsia="Times New Roman" w:cs="Times New Roman"/>
        </w:rPr>
        <w:t>Ci njeexital jëfandikoo boobu, bi Mikayel wàccee ngir dekkal Musaa ak Iliyas gannaaw ñetti fan ak genn-wàllu fan yu ñu dee ca mbedd ya, ni ko mel ci Révélation saar fukki benn, te itam ni ko mel ci ñaar-fukk ak benn fan yi Daniyel jooyee ak dëj, Kirist wàccaat. Jëkk, mu wone peeñu ndamu boppam, peeñu boobu buy suufeel ndamu nit ba ci suuf, te di jur taxawaay gu ñuy séddoo. Bu Daniyel nekkee ca suuf, te gannaaw bi Daniyel soppee ndax gisug peeñu jigéen ju “sos”, Jàbril laal ko yoon wu njëkk, teg ko ci tànkam yu di yengu ndax ragal.</w:t>
      </w:r>
    </w:p>
    <w:p>
      <w:pPr>
        <w:pStyle w:val="ArticleBody"/>
        <w:jc w:val="left"/>
      </w:pPr>
      <w:r>
        <w:rPr>
          <w:rFonts w:ascii="Times New Roman" w:hAnsi="Times New Roman" w:eastAsia="Times New Roman" w:cs="Times New Roman"/>
        </w:rPr>
        <w:t>Noonu Mikaayel, malaaka bu mag kawe bi wàcc ngir “dekkal Musa,” te mu laal Danyeel ñaareelu yoon, ba fàggu dara ndax dafa daldi xeeb ci dëgg ne moom nekk dafa doon wax ak Boroomam. Noonu Jibiriil ñëw, laal ko ñetteelu yoon, te dooleel ko ngir liggéeyu nekk màndarga bi ci yoonu Dibbeeri dund gu bëgg a ñëw. Ñetti laal yi ay màndargay ñetti malaakay Peeñug Yàlla fukki ñeent lañu, doonte am nañu ci benn bés.</w:t>
      </w:r>
    </w:p>
    <w:p>
      <w:pPr>
        <w:pStyle w:val="ArticleBody"/>
        <w:jc w:val="left"/>
      </w:pPr>
      <w:r>
        <w:rPr>
          <w:rFonts w:ascii="Times New Roman" w:hAnsi="Times New Roman" w:eastAsia="Times New Roman" w:cs="Times New Roman"/>
        </w:rPr>
        <w:t>Jëfandikukat beneen malaaka bu jëkk bi dafa boole feeñug Kirist ni melax, gis-gis gu “causative” gi di tax mu seppee, ak njëkk laal gi di yékkati Daniel jële ko ci suuf si ngëneelam nit. Malaaka bu jëkk bi moom dafay yor ñetti jéego yi nekk ci bu jëkk bi, ndaxte moo tegtal njëkk yégle bi. Du mbir mu am ci kadaam rek ne njëkk laal gi bindees na ko ci aaya YURÓOM-ÑAARI ak FUKK ak BENN.</w:t>
      </w:r>
    </w:p>
    <w:p>
      <w:pPr>
        <w:pStyle w:val="ArticleScripture"/>
        <w:jc w:val="left"/>
      </w:pPr>
      <w:r>
        <w:rPr>
          <w:rFonts w:ascii="Times New Roman" w:hAnsi="Times New Roman" w:eastAsia="Times New Roman" w:cs="Times New Roman"/>
        </w:rPr>
        <w:t>Waaye déggoon naa baatu ay waxam; te bi ma déggee baatu ay waxam, ma nekk ci nelaw gu xóot ci sama kanam, sama kanam jublu ci suuf. Te xoolal, loxo daldi laal ma, ba tax mu taxawal ma ci sama óom ak ci tànki sama yoxo. Noonu mu ne ma: Yow Danyeel, nit ku ñu bëgg lool, xamal wax yi ma lay wax, te taxaw jubb; ndaxte léegi yoonn nañu ma ci yaw. Bi mu waxee ma kàddu googu, ma taxaw di loxx. Danyeel 10:9–11.</w:t>
      </w:r>
    </w:p>
    <w:p>
      <w:pPr>
        <w:pStyle w:val="ArticleBody"/>
        <w:jc w:val="left"/>
      </w:pPr>
      <w:r>
        <w:rPr>
          <w:rFonts w:ascii="Times New Roman" w:hAnsi="Times New Roman" w:eastAsia="Times New Roman" w:cs="Times New Roman"/>
        </w:rPr>
        <w:t>Mbind mi ñaareel laal bi, bi Almasi ci boppam joxe, soppiw na Daniyel, mu jóge ci xaalis gu ko teree wax, ba mu man a wax ak Boroomam. Ci ñaareel laal boobu, Daniyel amul ngelaw; moo tax fii dañu ko tektale ni mu tollu woon ci bérabu njëkk bi ci njël bi Esekiyel yéglee ci saar fanweer ak juróom-ñaari.</w:t>
      </w:r>
    </w:p>
    <w:p>
      <w:pPr>
        <w:pStyle w:val="ArticleScripture"/>
        <w:jc w:val="left"/>
      </w:pPr>
      <w:r>
        <w:rPr>
          <w:rFonts w:ascii="Times New Roman" w:hAnsi="Times New Roman" w:eastAsia="Times New Roman" w:cs="Times New Roman"/>
        </w:rPr>
        <w:t>Bi mu waxee ma baat yooyu, ma jublu sama kanam ci suuf, te waxatuuma. Te xoolal, kenn ku mel ni niroowug doomi nit ñëw laal sama tuñ. Noonu ma ubbi sama gémmiñ, wax, ne ki taxawoon ci sama kanam: «Sama sang, ndax peeñ mi, metit yi daldi dellusi ci man, te dootu ma am doole. Ndax nan la jaamub sama sang mën a wax ak sama sang bii? Ndax man, ci saa si sax, doole desatu ma ci, te sax noflaay desatu ma.» Daniel 10:15–17.</w:t>
      </w:r>
    </w:p>
    <w:p>
      <w:pPr>
        <w:pStyle w:val="ArticleBody"/>
        <w:jc w:val="left"/>
      </w:pPr>
      <w:r>
        <w:rPr>
          <w:rFonts w:ascii="Times New Roman" w:hAnsi="Times New Roman" w:eastAsia="Times New Roman" w:cs="Times New Roman"/>
        </w:rPr>
        <w:t>Ci ñaareelu yégleb Esékiel bi, benn yégleb gu jóge ca ñeenti ngelaw ya war nañu koo wol ci kaw yax yi, ngir ñu man a dund te taxaw ni ab mbooloo xare bu réy. Dooley mbooloo xare boobu moo ñuy tektal ci ñetteelu laal ga.</w:t>
      </w:r>
    </w:p>
    <w:p>
      <w:pPr>
        <w:pStyle w:val="ArticleScripture"/>
        <w:jc w:val="left"/>
      </w:pPr>
      <w:r>
        <w:rPr>
          <w:rFonts w:ascii="Times New Roman" w:hAnsi="Times New Roman" w:eastAsia="Times New Roman" w:cs="Times New Roman"/>
        </w:rPr>
        <w:t>Noonu amaat kenn mbindaat ma laal ma, di mel ni nit, te moo ma dëgëral. Mu ne ma: “Yaa nit ku Yàlla bëgg lool, bul ragal; jàmm na la. Dëgërël sa bopp, waaw, dëgërël sa bopp.” Bi mu waxee ak man, ma am doole, ne: “Na sama sang wax, ndax yaa ma dëgëral.” Noonu mu ne ma: “Xam nga lu tax ma ñëw ci yaw? Léegi dinaa dellu ngir xeex ak buuru Pers. Te bu ma génnee, xoolal, buuru Gereg dina ñëw. Waaye dinaa la won li ñu bind ci Téere dëgg gi. Te amul kenn ku taxaw ak man ci mbir yooyu, kudul Mikaael, seen buur. Te itam man, ci atum njëkk waayu Dariyus wa Med, man sax maa taxawoon ngir dëgëral ko ak ngir dooleel ko. Léegi nag dinaa la won dëgg gi. Xool, am na ñetti buur yu ciy Pers yu war a jógati; te ñeenteel bi dina gën a bare alal ñoom ñépp. Te ci dooleem, jaarale ko ci ay alalam, dina yëngal ñépp a xeex ak nguurug Gereg.” Daniel 10:18–11:2.</w:t>
      </w:r>
    </w:p>
    <w:p>
      <w:pPr>
        <w:pStyle w:val="ArticleBody"/>
        <w:jc w:val="left"/>
      </w:pPr>
      <w:r>
        <w:rPr>
          <w:rFonts w:ascii="Times New Roman" w:hAnsi="Times New Roman" w:eastAsia="Times New Roman" w:cs="Times New Roman"/>
        </w:rPr>
        <w:t>Bataaxal bi dundal ñaari seede yi ci Ezekiel saar fanweeri ak juróom-ñaari, mooy bataaxalu Islaam bu ñetteelwooy bi; waaye, rëdd ci kaw rëdd, bataaxal bi Jibril jëfandikoo ngir won misaal mi Mikayil di yékkati Muusaa te yóbbu ko asamaan muy bann, mooy bataaxalu president bu mujj bu États-Unis. Mooy bataaxalu juróomeelu president bi (bëccëg Républicain bi) mi ñu reyoon ci atum 2020, ni ko doon kërgoon bëccëg Protestant bu dëgg bi. Ci nettali Daniel, ndeyjoor gi jóge ci fani jooy ngir bëccëg Protestant bu dëgg bi, jëmoon na ci xamle ndekkiteg bëccëg Républicain bi.</w:t>
      </w:r>
    </w:p>
    <w:p>
      <w:pPr>
        <w:pStyle w:val="ArticleBody"/>
        <w:jc w:val="left"/>
      </w:pPr>
      <w:r>
        <w:rPr>
          <w:rFonts w:ascii="Times New Roman" w:hAnsi="Times New Roman" w:eastAsia="Times New Roman" w:cs="Times New Roman"/>
        </w:rPr>
        <w:t>Juróom yoon ci saraxal Daniel ay 10, baat bi ñuy wax ne “peeñ” walla “melo” jëfandikoo na ko. Ñaari ñaari juróom-ñaari ñaareel yooyu ñépp dañu leen xamale ak benn baat bu Héber, ndaxte ñetti yoon ci ñoom baat bi nekk na ci jigeen, te ñeenti yoon yi ci des nekk na ci góor. Gannaaw juróom-ñaari mooy limub matug mat, te booloo bu ñett ak ñeent, buy tolloo ak juróom-ñaari, mooy kenn ci jikko yu mag yi ci téereb Peeñ gi, fa ñetti kërce yi mujj ci juróom-ñaari kërce yi, ak ñetti mukk yi mujj ci juróom-ñaari mukk yi, ak ñetti xaacu yi mujj ci juróom-ñaari xaacu yi, ñu leen rëyeesal ci biir njàng mi ngir séddale leen ak ñeenti yu jëkk yi.</w:t>
      </w:r>
    </w:p>
    <w:p>
      <w:pPr>
        <w:pStyle w:val="ArticleBody"/>
        <w:jc w:val="left"/>
      </w:pPr>
      <w:r>
        <w:rPr>
          <w:rFonts w:ascii="Times New Roman" w:hAnsi="Times New Roman" w:eastAsia="Times New Roman" w:cs="Times New Roman"/>
        </w:rPr>
        <w:t>Téere yi Daniel ak Révélation benn lañu, te ci loolu Daniel ak John dañuy benn màndarga mu njëkk ci bés yu mujj yi. Peeñu Kirist bi nekk ci saraxu fukk, mooy peeñu Kirist bi nekk ci Révélation sarax bu njëkk.</w:t>
      </w:r>
    </w:p>
    <w:p>
      <w:pPr>
        <w:pStyle w:val="ArticleBody"/>
        <w:jc w:val="left"/>
      </w:pPr>
      <w:r>
        <w:rPr>
          <w:rFonts w:ascii="Times New Roman" w:hAnsi="Times New Roman" w:eastAsia="Times New Roman" w:cs="Times New Roman"/>
        </w:rPr>
        <w:t>Ci terebinu Yàlla ga, ci benn saar, Yowaana dégg baat bu nekk ginnaawam, ba noppi mu walbatiku ngir gis ki koy wax.</w:t>
      </w:r>
    </w:p>
    <w:p>
      <w:pPr>
        <w:pStyle w:val="ArticleScripture"/>
        <w:jc w:val="left"/>
      </w:pPr>
      <w:r>
        <w:rPr>
          <w:rFonts w:ascii="Times New Roman" w:hAnsi="Times New Roman" w:eastAsia="Times New Roman" w:cs="Times New Roman"/>
        </w:rPr>
        <w:t>Nekk naa woon ci Xel mi ci bésub Boroom bi, te ma dégg ci sama gannaaw baat bu réy, mel ni liit, di wax ne: Man maa di Alfa ak Omega, ki njëkk ak ki mujj; te li nga gis, bind ko ci téere, nga yónnee ko ci juróom-ñaari mbootaay yi nekk ci Asi: ci Efes, ak ci Simirna, ak ci Pergam, ak ci Tiyatir, ak ci Sardis, ak ci Filadelfi, ak ci Lawodise. Peeñu 1:10, 11.</w:t>
      </w:r>
    </w:p>
    <w:p>
      <w:pPr>
        <w:pStyle w:val="ArticleBody"/>
        <w:jc w:val="left"/>
      </w:pPr>
      <w:r>
        <w:rPr>
          <w:rFonts w:ascii="Times New Roman" w:hAnsi="Times New Roman" w:eastAsia="Times New Roman" w:cs="Times New Roman"/>
        </w:rPr>
        <w:t>Muy taxaw yi ci Daniel saptaar fukk, mbaa benn gis-gis boobu ci Revelation saptaar benn, mbaa ñaari yégle yi ci Ezekiel saptaar fanweeri ak juróom-ñaari, mbaa Isaaya ñu laal ko ak xal bu tàng, jële ko ca sarxalukaay ba, jéexperience boobu di firndeel dooleel yégle bu mujje bi, te yégle boobu tàmbalee na ca ndekkite ñaari seede yi ci weeru Sulet 2023. Daniel, John, Ezekiel ak Isaaya ñépp dañuy teewal ndaw yonnent buy dégg “baat” bi jóge ci “yoon yu yàgg ya” ca ginnaawam, buy laaj ne, “kan laay yónni?” Su ndaw yonnent boobu tontoo ne, “maangi fii, yónni ma,” ñu dëgërël ko te mu yékkati baatam, ni kenn kuy yuuxu ci màndiŋ ma. “Ku am nopp, na déglu li Xel mi wax mbooloo yi.”</w:t>
      </w:r>
    </w:p>
    <w:p>
      <w:pPr>
        <w:pStyle w:val="ArticleBody"/>
        <w:jc w:val="left"/>
      </w:pPr>
      <w:r>
        <w:rPr>
          <w:rFonts w:ascii="Times New Roman" w:hAnsi="Times New Roman" w:eastAsia="Times New Roman" w:cs="Times New Roman"/>
        </w:rPr>
        <w:t>Dina nuub njàng mi ci sunu bind bu ci topp.</w:t>
      </w:r>
    </w:p>
    <w:p>
      <w:pPr>
        <w:pStyle w:val="ArticleScripture"/>
        <w:jc w:val="left"/>
      </w:pPr>
      <w:r>
        <w:rPr>
          <w:rFonts w:ascii="Times New Roman" w:hAnsi="Times New Roman" w:eastAsia="Times New Roman" w:cs="Times New Roman"/>
        </w:rPr>
        <w:t>“Ci jamono ji ñu leen waxoon fii, malaaka Jibril jox na Daniyel lépp lu mu manoon a jàng ci waxtu woowu. Waaye gannaaw ay at yu néew, yonent bi bëgg na woon a xam lu gën ci mbir yi ñu ko tekkiagul ba noppi, te mu dellu yokk boppam ngir wut leer ak xel mu jóge ci Yàlla. ‘Ci fan yooyu man Daniyel maa ngi doon jooy ñatti ayu-bés bu mat. Duma lekk mburu mu neex, yàpp walla biiñ du dugg sama gémmiñ, te du ma diw sama bopp benn yoon.... Noonu ma yékkati sama bët, xool, te gis nit ku sol lino, te ku tëj ndiggam ak wurus wu rafet wu Ufas. Yaramam mel ni beril, kanamam mel ni melokaanu melax, bëtam mel ni làmp yu safara, loxoom ak tànkam mel ni xànjar wu ñu weexal ba tàll, te baatam mel ni baatu mbooloo mu bare’ (Daniyel 10:2–6).”</w:t>
      </w:r>
    </w:p>
    <w:p>
      <w:pPr>
        <w:pStyle w:val="ArticleScripture"/>
        <w:jc w:val="left"/>
      </w:pPr>
      <w:r>
        <w:rPr>
          <w:rFonts w:ascii="Times New Roman" w:hAnsi="Times New Roman" w:eastAsia="Times New Roman" w:cs="Times New Roman"/>
        </w:rPr>
        <w:t>«Nii melni jëmale na ni Yowaane joxe bi mu feeñale Almasi ci dunu Patmos. Ki feeñuwoon Daniyeel du kenn ku yàggul dara suul doonte mooy Doomu Yàlla. Sunu Boroom àgg na ak beneen ndaw ndawub asamaan ngir jàngal Daniyeel li di xew ci fan yu mujj yi. »</w:t>
      </w:r>
    </w:p>
    <w:p>
      <w:pPr>
        <w:pStyle w:val="ArticleScripture"/>
        <w:jc w:val="left"/>
      </w:pPr>
      <w:r>
        <w:rPr>
          <w:rFonts w:ascii="Times New Roman" w:hAnsi="Times New Roman" w:eastAsia="Times New Roman" w:cs="Times New Roman"/>
        </w:rPr>
        <w:t>“Dëgg-dëgg yu mag yi Addu àddina siiwal, ñeel na ñi di seet dëgg mel ni ñuy wut alal ju nëbb. Danyeel nekkoon góor gu mag. Dunduam weesu woon na ci biir yëf yi di nax xol ci kër buur gu bokk ci xeet yu xamul Yàlla, te xelam feesoon na ak mbirum nguur gu mag. Waaye mu dëddu lépp loolu ngir toroxal boppam kanam Yàlla, te wut xam-xamu pexey Kañ ga Gën a Kawe. Te ci tontu ci ay ñaanam, leer gi jóge fa àttekaay yu asamaan, joxees na ko ndax ñi war a dund ci fan yu mujj yi. Kon nag, ak ana njàkkaarante war nanu seet Yàlla, ngir Mu ubbi sunu xam-xam ngir nu man a déggoo ak dëgg yi ñu nu indilee jóge asamaan.”</w:t>
      </w:r>
    </w:p>
    <w:p>
      <w:pPr>
        <w:pStyle w:val="ArticleScripture"/>
        <w:jc w:val="left"/>
      </w:pPr>
      <w:r>
        <w:rPr>
          <w:rFonts w:ascii="Times New Roman" w:hAnsi="Times New Roman" w:eastAsia="Times New Roman" w:cs="Times New Roman"/>
        </w:rPr>
        <w:t>“‘Man Daniel rekk gis ma gis peeñ ga: ndaxte góor ña nekkoon ak man gisewuñu peeñ ga; waaye ragal gu réy daldi wàcc ci ñoom, ba tax ñu daw ngir nëbbu…. Te doole deseetu ma: ndaxte sama taaru soppiwul ci man, nekk yàqute, te mantee woonuma a denc benn doole’ (aaya 7, 8). Ñépp ñi sellal nañu leen dëgg-dëgg dinañu am jàngoro bu ni mel. Bu seen xel leeralee gën ci magug, ndamlu, ak matug Kirist, noonu lañuy gise gën a leer seen bopp néew doole ak seen matadi. Duñu am yëene woote seen bopp ne amuñu bàkkaar; li feeñoon ci seen bopp ne jub te rafet, boo ko méngale ak sellug ak ndamlu Kirist, du feeñ ludul ne amul njariñ te yàqu kay. Su nit ñi soree ak Yàlla, te seen gis-gis ci Kirist leerul dara, foofa lañuy wax ne, ‘Amaa bàkkaar; sellal na ma.’”</w:t>
      </w:r>
    </w:p>
    <w:p>
      <w:pPr>
        <w:pStyle w:val="ArticleScripture"/>
        <w:jc w:val="left"/>
      </w:pPr>
      <w:r>
        <w:rPr>
          <w:rFonts w:ascii="Times New Roman" w:hAnsi="Times New Roman" w:eastAsia="Times New Roman" w:cs="Times New Roman"/>
        </w:rPr>
        <w:t>«Léegi Gabriyel feeñal na yonent bi, te wax ak moom nii: “Yow Daniyel, góor gu ñu bëgg lool, xam ay wax yi may waxal la, te taxaw bu jub: ndaxte yaw lañu ma yónnee léegi.” Te bi mu ma waxee wax jooju, ma taxaw di yëngu ak ragal. Noonu mu ne ma: “Bul ragal, Daniyel: ndaxte li dale ca njëkk bés ba nga dogalee sa xol ngir xam, ak toroxal sa bopp ci kanam sa Yàlla, deglu nañu sa wax yi, te agsi naa ngir sa wax yi”» (saar yi 11, 12).</w:t>
      </w:r>
    </w:p>
    <w:p>
      <w:pPr>
        <w:pStyle w:val="ArticleScripture"/>
        <w:jc w:val="left"/>
      </w:pPr>
      <w:r>
        <w:rPr>
          <w:rFonts w:ascii="Times New Roman" w:hAnsi="Times New Roman" w:eastAsia="Times New Roman" w:cs="Times New Roman"/>
        </w:rPr>
        <w:t>“Ban tedd bu mag bi nekkal nañu Daniyeel ci yoon wu kawe gi! Mu diindi ay njàqareem ci jaamam ju yëngoo, te déral ko ne ñaanam degg nañu ko ci asamaan. Ngir tontu ci ñaan googu gu tar, malaaka Jibiriil ñëw na ngir jéem a soppi xol buur bu Perse. Biir ñetti ayu-bés yooyu, ba Daniyeel di koor te di ñaan, buur bi dafa weddi woon li Xelum Yàlla di ko jox ay xelal; waaye Boroom buuru asamaan bi, Arkànj Miiyaayel, yónnee nañu ko ngir mu delloo xol buur bu dëgër ba mu jël ay matuwaay yu wér ngir tontu ci ñaanu Daniyeel.</w:t>
      </w:r>
    </w:p>
    <w:p>
      <w:pPr>
        <w:pStyle w:val="ArticleScripture"/>
        <w:jc w:val="left"/>
      </w:pPr>
      <w:r>
        <w:rPr>
          <w:rFonts w:ascii="Times New Roman" w:hAnsi="Times New Roman" w:eastAsia="Times New Roman" w:cs="Times New Roman"/>
        </w:rPr>
        <w:t>“‘Ba mu waxee ma kàddu yu mel noonu, ma tënk sama kanam ci suuf, te waxatiwoon. Te xoolal, kenn ku mel ni nataalu doomi nit la laal sama tuñ…. Mu ne: Yaw nit ki Yàlla bëgg lool, bul ragal; jàmm na la ñeel; dëgërël sa bopp, waaw, dëgërël sa bopp. Bi mu ma waxee, ma am doole, ma ne: Na sama Boroom wax, ndaxte yaa ma dëgëral’ (saar yi 15–19). Ndono Yàlla bi feeñaloon Daniyel magoon lool ba mënul woon muñ gis ko. Noonu yonnenta asamaan bi nëbb leerug sa kanam te feeñu ci yonent bi ni ‘kenn ku mel ni nataalu doomi nit’ (saar 16). Ci sa dooley Yàlla moo dëgëral nit ku jub te am ngëm bii, ngir mu man a dégg ndigal li Yàlla yónnee ko.”</w:t>
      </w:r>
    </w:p>
    <w:p>
      <w:pPr>
        <w:pStyle w:val="ArticleScripture"/>
        <w:jc w:val="left"/>
      </w:pPr>
      <w:r>
        <w:rPr>
          <w:rFonts w:ascii="Times New Roman" w:hAnsi="Times New Roman" w:eastAsia="Times New Roman" w:cs="Times New Roman"/>
        </w:rPr>
        <w:t>«Daaniyel nekkoonoon na bu Baax bi gëna Kawe. Dundu gu guddam fees na ak jëf yu tedd ngir liggéeyal Boroomam. Sellug jikkoom ak kóllëreem gu yëngu woonul, benn lañu tollook moom ak woyof xolam ak tuubam kanam Yàlla. Nu dellu wax ne, Dundug Daaniyel mooy misaal bu ñu xam ne mu joge ci xel mu Sell mi ci santug dëgg.»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Daanieel — Téeméer ak juróom-ñeent-fukk ak juróom-ñeent-ci-juróom-benn</dc:title>
  <dc:subject>Ubbi ñetti laal gu malaaka yi ci peeñu Daniel: Benn xibaaru yëgle bu yonent bi wax​</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