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Juroom-Ñeent fukk ak Juróom-benn</w:t>
      </w:r>
    </w:p>
    <w:p>
      <w:pPr>
        <w:pStyle w:val="ArticleSubtitle"/>
        <w:jc w:val="left"/>
      </w:pPr>
      <w:r>
        <w:rPr>
          <w:rFonts w:ascii="Arial" w:hAnsi="Arial" w:eastAsia="Arial" w:cs="Arial"/>
        </w:rPr>
        <w:t>Soloobu yoonu Yàlla ci gis-gisu mujj bi Daniel: Feeñal dëgg ngir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Ciiru fukki nañu ko ci saar fukki bi ne dees na ko dekkal ci fan yu jooy bi jaarale ko ci jëfandikoo bu ñett-jéego bu xebaar bu baax bu baaxee ba fàww. Gannaaw loolu, Gabriyel jox na Ciiru jaar-jaaru waxu yonent bu saar fukki ak benn bi, te noonu mu fësal jaar-jaaru leerug dex gu mag gi di Hiddekel.</w:t>
      </w:r>
    </w:p>
    <w:p>
      <w:pPr>
        <w:pStyle w:val="ArticleScripture"/>
        <w:jc w:val="left"/>
      </w:pPr>
      <w:r>
        <w:rPr>
          <w:rFonts w:ascii="Times New Roman" w:hAnsi="Times New Roman" w:eastAsia="Times New Roman" w:cs="Times New Roman"/>
        </w:rPr>
        <w:t>“Amna soxla bu gëna jàng bu gëna jege ci Kàddug Yàlla. Rawatina, war nañu jox Daniyel ak Peeñ gi ngërëm gu ëpp ga ca jamonoy sunu liggéey ba léegi. Mën na am ay mbir yu bari lañu ci waxul dara walla wax lu néew ci ay wàll yu jëm ci kàttanu Room ak papas bi, waaye war nañu woo nit ñi ci li yonent yi ak ndaw ya bind, ci yégleb Xel Mu Sell mi. Xel Mu Sell mi moo defar mbir yi noonu, du ci ndajeel wax ji ci yëgleb gi, du ci xew-xew yi ci ñu nettali, ngir jàngale ne nit ki di jëfandikoo war nañu ko denc ba kenn gis ko, mu nëbb ci Kirist, te Boroom bi di Yàlla asamaan ak yoonam war nañu leen yékkati.”</w:t>
      </w:r>
    </w:p>
    <w:p>
      <w:pPr>
        <w:pStyle w:val="ArticleScripture"/>
        <w:jc w:val="left"/>
      </w:pPr>
      <w:r>
        <w:rPr>
          <w:rFonts w:ascii="Times New Roman" w:hAnsi="Times New Roman" w:eastAsia="Times New Roman" w:cs="Times New Roman"/>
        </w:rPr>
        <w:t>“Jàngal téereb Daniyeel. Woo fa, benn poñse ba beneen, jaar-jaari buur-yi fa ñu tektal. Gisleen politig-kat yi, kuréel yi, ak xarekat yu am doole, te xoolleen ni Yàlla liggéeyoon ngir suufe réy-réyu nit, te sànni ndamlu nit ci pënd mi. Yàlla rekk lañu fésal ne ku màgg la. Ci peeñum yonent bi, gis nañu ko muy daaneel benn kilifa bu am kàttan te taxawal beneen. Fésal nañu ko ne mooy Buurub àddina si yépp, mi ngi ci wetu tënk ay nguuram guy sax ba fàww — Boroom fan yi yàgg, Yàlla mi dund, Cosaanug bépp xam-xam, Kilifag jamono jii, kiy fésal lii di ñëw. Jàngal te dégg ni nit ki nekk lu néew, lu woyof, lu gàtt fan, lu juum, lu tooñ, buy yëkkati ruuam ba jëm ci neen.”</w:t>
      </w:r>
    </w:p>
    <w:p>
      <w:pPr>
        <w:pStyle w:val="ArticleScripture"/>
        <w:jc w:val="left"/>
      </w:pPr>
      <w:r>
        <w:rPr>
          <w:rFonts w:ascii="Times New Roman" w:hAnsi="Times New Roman" w:eastAsia="Times New Roman" w:cs="Times New Roman"/>
        </w:rPr>
        <w:t>“Xel mu Sell mi jaarale ko ci Esayi, di nu jublu ci Yàlla, Yàlla ju dund ji, nekk mbir mi gën a yelloo seetlu — ci Yàlla ni ko Almasi feeñale. ‘Ndaxte am na xale bu ñu nu juddoo, am na doom bu ñu nu may; te nguur gi dina nekk ci abikatam; te turam dees na ko wax ne: Kéemaan, Diglekat, Yàlla ju Dóor, Baay bi Fàww, Buurub Jàmm’ [Esayi 9:6].”</w:t>
      </w:r>
    </w:p>
    <w:p>
      <w:pPr>
        <w:pStyle w:val="ArticleScripture"/>
        <w:jc w:val="left"/>
      </w:pPr>
      <w:r>
        <w:rPr>
          <w:rFonts w:ascii="Times New Roman" w:hAnsi="Times New Roman" w:eastAsia="Times New Roman" w:cs="Times New Roman"/>
        </w:rPr>
        <w:t>“Leer gi Daniel jot ci Yàlla ci yoon wu jub wi, dees na ko jox ngir bés yu mujj yii ci kaw lool. Gis-gis yi mu gisoon ca wetu dexu Ulai ak Hiddekel, dex yu mag ya ca réewu Shinar, léegi dañu tàmbalee yegg ci seen matal, te bépp mbir mi ñu waxoon lu jiitu ci ay wax yu yonnee, léegi du yàgg ba lépp am.” Manuscript Releases, volume 16, 333, 334.</w:t>
      </w:r>
    </w:p>
    <w:p>
      <w:pPr>
        <w:pStyle w:val="ArticleBody"/>
        <w:jc w:val="left"/>
      </w:pPr>
      <w:r>
        <w:rPr>
          <w:rFonts w:ascii="Times New Roman" w:hAnsi="Times New Roman" w:eastAsia="Times New Roman" w:cs="Times New Roman"/>
        </w:rPr>
        <w:t>Xelum Sell mi “defaroon na mbir yi” ci joxe waxu yonent bi ak “xew-xew yi” ci mujjgàllug Daniel, ba tax ne saa yu njëkk bi (fukk) dafa tegtal xeetu askanu Yàlla ci fan yu mujj yi, ni noonu it saa yu mujj bi (fukk ak ñaar) di ko tegtale. Defarug ñetti saa yooyu, yi di melow leer gi ci dexu Hiddekel, te “ñu ko joxe woon na rawatina ngir fan yu mujj yii,” dañu ko dogal ngir mu yëgal melokaanu ñetti jéego yi ci tekkital “dëgg.” Bu njëkk bi àndee ak bu mujj bi, te bi ci digg di tegtal dëddu, kon gis nanu du rekk xayma baatu Ebre bu tudd “dëgg,” bi ñu sosoon ak arafu njëkk, arafu fukk ak ñett, ak arafu mujj ci alifbe Ebre bi, waaye itam gis nanu ci moom màndarga Alpha ak Omega.</w:t>
      </w:r>
    </w:p>
    <w:p>
      <w:pPr>
        <w:pStyle w:val="ArticleBody"/>
        <w:jc w:val="left"/>
      </w:pPr>
      <w:r>
        <w:rPr>
          <w:rFonts w:ascii="Times New Roman" w:hAnsi="Times New Roman" w:eastAsia="Times New Roman" w:cs="Times New Roman"/>
        </w:rPr>
        <w:t>Saaru Daniel, njeexital fukk ak benn ñeent junni junni ñeent-fukk ak ñent ñi ñoo xam ñaari peeñ yi, maanaam peeñu “chazon” bu at yu ñaar junni juróom-ñent téeméer ak ñaar-fukk, ak peeñu “mareh” bu at yu ñaar junni ñett téeméer. Duñu xam rekk ñaari peeñ yooyu, waaye itam am nañu xew-xewu sellaayu yoon ci ngëm, mi juddu ci peeñu “marah” bu jigéen te di sabab, maanaam peeñu “melo” bi.</w:t>
      </w:r>
    </w:p>
    <w:p>
      <w:pPr>
        <w:pStyle w:val="ArticleScripture"/>
        <w:jc w:val="left"/>
      </w:pPr>
      <w:r>
        <w:rPr>
          <w:rFonts w:ascii="Times New Roman" w:hAnsi="Times New Roman" w:eastAsia="Times New Roman" w:cs="Times New Roman"/>
        </w:rPr>
        <w:t>“Ngir xel mi ak ruu bi, ni mu mel itam ngir yaram wi, mooy yoonu Yàlla ne doole day am ci jëfandikoo ak góor-góorlu. Jëfandikoo la tax yokkute di am. Ci méngoo ak yoon woowu, Yàlla jagleel na ci Kàdduam ay jumtukaay yu ñuy jaaroo ci yokkute xel ak bu ruu.”</w:t>
      </w:r>
    </w:p>
    <w:p>
      <w:pPr>
        <w:pStyle w:val="ArticleScripture"/>
        <w:jc w:val="left"/>
      </w:pPr>
      <w:r>
        <w:rPr>
          <w:rFonts w:ascii="Times New Roman" w:hAnsi="Times New Roman" w:eastAsia="Times New Roman" w:cs="Times New Roman"/>
        </w:rPr>
        <w:t>“Biibël bi ëmb lépp ay pexe yu nit ñi soxla ngir xam ni ñu man a waajal seen bopp, muy ci dund gu nekk fii, walla ci dund gu di ñëw. Te pexe yooyu, ñépp a man a xam seen njàngat. Kenn ku am xel mu man a faral di jàpp njàngalem, du man a jàng benn wàll ci Biibël bi te jëlul ci ay xalaat yu am njariñ. Waaye njàngat bi gëna am solo ci Biibël bi, duñu ko man a jot ci njàng mi di wérante rekk mbaa ci njàng mu tasaaroo. Rëccu dëggam gu mag gi, duñu ko tëral noonu ba jàngkat bu gaaw walla bu yéyéy di ko man a xàmmi. Bëri ci ay alalam nekk nañu fu suufe lool ci kaw bi, te duñu ko man a jot ludul ci seet bu sax ak jéego yu ànd ak saxal. Dëgg yi di samp mboolem gu mag gi, war nañu leen a wut te dajale leen, ‘tuuti fii, te tuuti fale.’ Esaayi 28:10.”</w:t>
      </w:r>
    </w:p>
    <w:p>
      <w:pPr>
        <w:pStyle w:val="ArticleScripture"/>
        <w:jc w:val="left"/>
      </w:pPr>
      <w:r>
        <w:rPr>
          <w:rFonts w:ascii="Times New Roman" w:hAnsi="Times New Roman" w:eastAsia="Times New Roman" w:cs="Times New Roman"/>
        </w:rPr>
        <w:t>“Buñ leen seetee noonu te dajale leen, dinañu gis ne dañoo méngoo bu mat ak seen bopp. Bëgg-bëgg bu nekk ci Injil yi mooy yokk ci yeneen yi, yégleb bu nekk mooy leeral beneen, dëgg bu nekk mooy yokk walla yaatalug beneen dëgg. Melokaani ak misaal yi ci tërali Yawut yi, Injil mooy leen biral. Pexe bu nekk ci Kàddug Yàlla am na fa mu war a nekk, te xew-xew bu nekk am na li mu jëm ci. Te tabax gu mat sëkk, ci njàngatam ak ci ni ñu ko defee, di seedeel Boroom bi ko sos. Tabax bu mel noonu, xel wu dul bu Aji Sax ji rekk moo ko man a xeeb wala bind.”</w:t>
      </w:r>
    </w:p>
    <w:p>
      <w:pPr>
        <w:pStyle w:val="ArticleScripture"/>
        <w:jc w:val="left"/>
      </w:pPr>
      <w:r>
        <w:rPr>
          <w:rFonts w:ascii="Times New Roman" w:hAnsi="Times New Roman" w:eastAsia="Times New Roman" w:cs="Times New Roman"/>
        </w:rPr>
        <w:t>“Bu nit ci xaaj yi yu bare yi ak di seet seen njàppale ak seen diggante, kàttanu xel yi gëna kawe ci nit ku nekk dañuy dugg ci liggéey bu tar. Kenn mënu ko di jëfandikoo ci jàngat loolu te doxul ci yokk kàttanu xelam.</w:t>
      </w:r>
    </w:p>
    <w:p>
      <w:pPr>
        <w:pStyle w:val="ArticleScripture"/>
        <w:jc w:val="left"/>
      </w:pPr>
      <w:r>
        <w:rPr>
          <w:rFonts w:ascii="Times New Roman" w:hAnsi="Times New Roman" w:eastAsia="Times New Roman" w:cs="Times New Roman"/>
        </w:rPr>
        <w:t>“Te du ci wuut dëgg ak dajale ko la njariñu xel bu jàngale Biibël di nekk rekk. Waaye itam, mu ngi nekk ci jéego ji war ngir xam bu baax mbir yi ñu tëral. Xel bu far ci mbir yu suufe yi rekk, dafa gàtt te néew doole. Su fekkee ne kenn yebluwul mukk ngir xam dëgg yu màgg te yaatu, bu yàgg ba noppi mu ñàkk kàttanu yokkuteem. Ngir aar ci suufal gi, te di yëngu ngir yokkute, dara manul jege njàngum Kàddu Yàlla. Ci mbirum tàggat xel, Biibël gëna am njariñu ba mu ëpp téere yeneen yépp, walla sax yépp booloo. Màggaay mbiram, yombute gu tedd gi ci waxam, ak rafetlu nataalam, ñuy yëngal te yékati xalaat yi ni dara yeneen mënul. Benn njàngat du joxe dooleb xel bu ni mel ni jéego ji ngir xam dëgg yu réy yu xamal gi. Xel bu ni mel, bu jëmaleesook xalaati Ki dul Jeex, warul ludul yaatu te gën a dëgër.”</w:t>
      </w:r>
    </w:p>
    <w:p>
      <w:pPr>
        <w:pStyle w:val="ArticleScripture"/>
        <w:jc w:val="left"/>
      </w:pPr>
      <w:r>
        <w:rPr>
          <w:rFonts w:ascii="Times New Roman" w:hAnsi="Times New Roman" w:eastAsia="Times New Roman" w:cs="Times New Roman"/>
        </w:rPr>
        <w:t>« Te doole na, dooley Biibël ci yokkute gi aju ci bindu xol ak ruu ga ëpp na lool. Nit, mi Yàlla bind ngir bokk ak Moom, du gis dundam dëgg ak yokkutem lu dul ci boobu bokk. Ndaxte bindees na ko ngir mu gis ci Yàlla mbégteem gi gën a kawe, du man a gis ci dara ju dul Kooku li man a dalal bëgg-bëggu xol bi, te doyël xiif ak marug bakan bi. Ku jàng kàddug Yàlla ak xol bu dëggu te nangu njàngale, di seet a xam dëgg-yaram yi ne ci moom, dees na ko yokk ci jëflante ak Boroomam; te, bu dul ci sa tànn bopp rekk, amul kemtalaay ci mën-mën yu yokkutem. »</w:t>
      </w:r>
    </w:p>
    <w:p>
      <w:pPr>
        <w:pStyle w:val="ArticleScripture"/>
        <w:jc w:val="left"/>
      </w:pPr>
      <w:r>
        <w:rPr>
          <w:rFonts w:ascii="Times New Roman" w:hAnsi="Times New Roman" w:eastAsia="Times New Roman" w:cs="Times New Roman"/>
        </w:rPr>
        <w:t>“Ci biir ak ci yeneeni mbir yu bare yi mu ëmb, Biibël bi am na lu man a yégle xel bu ne ak lu man a laal xol bu ne. Ci xëtiyam dañuy gis jaar-jaari jamono yu gën a yàgg; nettali dund gu gën a dëgg ci dundug nit; dogali nguur ngir doxal réew mi, ngir sàmm kër gi—dogal yu xelal nit masul a yemal. Mu ëmb xam-xamu xel mu gën a xóot, bindu bàyyi bu gën a neex te gën a màgg, bu gën a fees ak yëngu-yëngu xol te gën a metti xol. Doonte su ñu leen seetee ci noonu, mbind mi nekk ci Biibël bi ëpp na lool njariñ ak solo liggéeyu bindkat bu nekk nit; waaye su ñu leen xool ci seen diggante ak xalaat bu mag, bu nekk xol baat bi, seen yaatu ak seen solo ànd na ak lu dul jeex. Su ñu leen seetee ci leerug xalaat boobu, mbir bu nekk jot na benn solo bu bees. Ci dëgg yu gën a yomb ci wax sax, am na ay dogal yu kawe ni asamaan te yu ëmb àddina ak abadiyya.”</w:t>
      </w:r>
    </w:p>
    <w:p>
      <w:pPr>
        <w:pStyle w:val="ArticleScripture"/>
        <w:jc w:val="left"/>
      </w:pPr>
      <w:r>
        <w:rPr>
          <w:rFonts w:ascii="Times New Roman" w:hAnsi="Times New Roman" w:eastAsia="Times New Roman" w:cs="Times New Roman"/>
        </w:rPr>
        <w:t>“Pexe bu diggante Biibël bi, te mooy pexe bi ñeneen yépp ci téere bi bépp di wër, mooy pexe njotlu gi, mooy delloo ci ruu nit ki melokaanu Yàlla. Li dale ci jëfandikoo bu jëkk bi ci yaakaar, bi ñu waxee kaadu àtte ga ca Eden, ba ci digeb ndigël gu mujj, gu màgg te tedd, ci Kàddug Peeñ gi, ne: ‘Dañuy gis kanamam; te turam dina nekk ci seen jë.’ (Peeñ 22:4), li téere bu nekk ak wàll bu nekk ci Biibël bi di yégle mooy ubbilinu pexe bu yéeme bii,—yékati nit,—dooley Yàlla ji, ‘moo nu may ndam ci sunu Boroom Yeesu Kirist.’ 1 Korent 15:57.” Education, 123–125.</w:t>
      </w:r>
    </w:p>
    <w:p>
      <w:pPr>
        <w:pStyle w:val="ArticleBody"/>
        <w:jc w:val="left"/>
      </w:pPr>
      <w:r>
        <w:rPr>
          <w:rFonts w:ascii="Times New Roman" w:hAnsi="Times New Roman" w:eastAsia="Times New Roman" w:cs="Times New Roman"/>
        </w:rPr>
        <w:t>Ci kàddu bi ñu fàttewoon rekk, ñu wone na ne Biibël bi, bu ñu ko seetaan ci benn yoon wu nekk ci mbindum téere, moo gën fu sore bépp liggéeyu nit. Sœur White wax na ne: “Ci ay xëtam am na fa jaar-jaaru jamono ju gën a yàgg; dundug nit bu gën a dëgg te yem ci dund gu réy; yoonu nguur ngir saytu réew mi, ak ngir sàmm kër gi—yoon yu xelal nit mënul a jot moroom. Mu yor xam-xamu xel mu gën a xóot, bindu woy wu gën a neex te gën a màgg, wu gën a fees ak yëg-yëg te gën a yërëm,” te it “tabax bu mel noonu, kenn xel du ko man a xalaat walla bind ndare, lu dul xelu Ki Dul Jeex.”</w:t>
      </w:r>
    </w:p>
    <w:p>
      <w:pPr>
        <w:pStyle w:val="ArticleBody"/>
        <w:jc w:val="left"/>
      </w:pPr>
      <w:r>
        <w:rPr>
          <w:rFonts w:ascii="Times New Roman" w:hAnsi="Times New Roman" w:eastAsia="Times New Roman" w:cs="Times New Roman"/>
        </w:rPr>
        <w:t>Lépp yi sàrt yu ñu nangu ci nit ñi, te ñuy xamale sàrt yi di joxe tegukaayu mbind mi, Biibël bi moo leen raw. Ndëgër yi ñuy jàngale ci yuniversite yi ci nit ñi, te ñuy xamale wuute bi nekk diggante mbind mu diggante walla bu gën a suufe ak jëfandikookat yu màgg yi ci mbindum nit ñi, Biibël bi moo leen raw yépp. Kon nag, war nañu xam ne ngënéelu, moom taxawaayu mag bi ci seede bu yonent bu Biibël bépp, dañu ko tegu ci gisiin gu mujj gi Daniel. Moo di xonq-poset bi ci seede bu yonent bi, te amul genn ngënéel ci mbindum nit ñi buy jege seede bu Daniel saar 11, tambalee ci aaya bu njëkk ba wàcc ba ci saar 12 aaya 4.</w:t>
      </w:r>
    </w:p>
    <w:p>
      <w:pPr>
        <w:pStyle w:val="ArticleBody"/>
        <w:jc w:val="left"/>
      </w:pPr>
      <w:r>
        <w:rPr>
          <w:rFonts w:ascii="Times New Roman" w:hAnsi="Times New Roman" w:eastAsia="Times New Roman" w:cs="Times New Roman"/>
        </w:rPr>
        <w:t>Ci téereb Peeñu bi, téere yi yépp yu Biibël bi da ñuy daje te jeex fa, te ci peeñu boobu lañuy jàppaat ay rëdd yu benn yonneent ci téereb Danyeel bi; waaye ci seen diggante, téereb Danyeel mooy njàngale bu njëkk, te Peeñu mooy bu mujj. Lépp am na ci njàngale bu njëkk ba, te lépp am na itam ci téereb Danyeel; te ngir jeexal téere bi ci kaw, mooy vision bi ñu ko jox ci dexu Hiddékël. Jeexitalu xew-xew yi teewoon ci vision boobu tàmbalee na ci aaya ñeent-fukk, te dafay kontine ba téere bi tëj ci aaya ñeent ci saar fukk ak ñaar. Aaya yooyu da ñuy taxawal mujjantal gu mag gi ci bépp dëgg-gu-yonneent gu ñu mas a wax walla bind, ci kaw nit ñu sell ña yu jamono ju yàgg ji, boole ko ak Sœur White.</w:t>
      </w:r>
    </w:p>
    <w:p>
      <w:pPr>
        <w:pStyle w:val="ArticleBody"/>
        <w:jc w:val="left"/>
      </w:pPr>
      <w:r>
        <w:rPr>
          <w:rFonts w:ascii="Times New Roman" w:hAnsi="Times New Roman" w:eastAsia="Times New Roman" w:cs="Times New Roman"/>
        </w:rPr>
        <w:t>Li jiitu ci xalaat boobu ci sarax bu fukk ak benn mooy jaar-jaari mbir yi nekk ci biir sarax ba, yi jox seede ngir xam-xam bu jub ci juróom-benn aaya yu mujj yi ci sarax bu fukk ak benn, foofu ñetti noon yu ajanaabu ji, rab wa ak yonent bu dëggul ba léegi di jiite àddina bi ba ci jeexital waxtu nattu nit ñi. Yaay White tekki na jamono jii gu ne ci wér-gu-yaram.</w:t>
      </w:r>
    </w:p>
    <w:p>
      <w:pPr>
        <w:pStyle w:val="ArticleScripture"/>
        <w:jc w:val="left"/>
      </w:pPr>
      <w:r>
        <w:rPr>
          <w:rFonts w:ascii="Times New Roman" w:hAnsi="Times New Roman" w:eastAsia="Times New Roman" w:cs="Times New Roman"/>
        </w:rPr>
        <w:t>“Amunu jot ngir yàqu ci ñàkk. Jamono yu metti ngi nekk ci sunu kanam. Adina bi yépp dees na ko yëngal ak xel muuru. Te léegi, xew-xewu tiis yi waxees na ci yonent yi dinañu am. Yonent bi nekk ci Daniel sarax 11 agsi na ba jege ci matug yokkuteem. Lu bare ci taarix bi am ba tàbbi ci matug yonent bii dinañu ko delloo. Ci aaya 30, dañuy wax ci benn doole bu ‘di na metti xol, dellu, ba am mer ci kóllëre gu sell gi: noonu lay def; waaye dina dellu sax, bokk xel ak ñi bàyyi kóllëre gu sell gi. Te ay mbooloom xare dinañu taxaw ci wetam, te dinañu sobal kër-yàlla gu dëgër gi, te dinañu dindi sarax su bisub ne, te dinañu teg lu bon lu waral màbb. Te ñi di def lu bon ci kóllëre gi, dina leen yàq ak wax yu neex; waaye nit ñi xam seen Yàlla dinañu am doole, te dinañu def jëf yu mag. Te ñi am xam-xam ci biir nit ñi dinañu jàngal ñu bare: waaye dinañu daanu ci saamar, ak ci safara, ak ci njaam, ak ci alal juñu leen nangu, di ay fan yu bare. Te bu ñu daanee, dees na leen dimbali ak ndimbal lu tuuti: waaye ñu bare dinañu tàpp ci seen wet ak naaféq. Te yenn ci ñi am xam-xam dinañu daanu, ngir seetlu leen, ak sellal leen, ak weexal leen, ba ci jamono mujj ga: ndaxte mu ngi des ba ci jamono jisoon ba. Te buur bi dina def la ko neex; te dina yékkati boppam, maggal boppam sut Yàlla bu nekk, te dina wax ay wax yu yéeme ci sa Bés-bu-Yàlla; te dina am njariñ ba mer ma mat, ndaxte li dogaloo moom dina am.’ Daniel 11:30–36.”</w:t>
      </w:r>
    </w:p>
    <w:p>
      <w:pPr>
        <w:pStyle w:val="ArticleScripture"/>
        <w:jc w:val="left"/>
      </w:pPr>
      <w:r>
        <w:rPr>
          <w:rFonts w:ascii="Times New Roman" w:hAnsi="Times New Roman" w:eastAsia="Times New Roman" w:cs="Times New Roman"/>
        </w:rPr>
        <w:t>“Njàng mu mel ni yi ñu wax ci baat yii dina am. Nu ngi gis ay firnde yu wone ne Seytaane mu ngi gaaw a man a jàppe xel yi nit ñi, ñi amul ragal Yàlla ci seen kanam. Na ñépp jàng te xam lu ëmb ci waxi waxkat yi ci téere bii, ndaxte léegi nu ngi tàbbi ci jamono juy metti ji ñu waxoon ne:</w:t>
      </w:r>
    </w:p>
    <w:p>
      <w:pPr>
        <w:pStyle w:val="ArticleScripture"/>
        <w:jc w:val="left"/>
      </w:pPr>
      <w:r>
        <w:rPr>
          <w:rFonts w:ascii="Times New Roman" w:hAnsi="Times New Roman" w:eastAsia="Times New Roman" w:cs="Times New Roman"/>
        </w:rPr>
        <w:t>“‘Te ca jamono Michael dina taxaw, buur bu mag di doon taxaw ngir doomi sa xeet; te jamono tiis dina am, bu mel ni amagul woon mukk ba xeet amee ba ci jamono jooju. Te ci jamono jooju sa xeet dinañu mucc, képp ku ñu gis ne bind nañu ko ci téere bi. Te ñu bare ci ñi nelaw ci suuf si dinañu yeewu, ñenn ci dund gu dul jeex, te ñeneen ci rus ak xeeb gu dul jeex. Te ñi am xam-xam dinañu leer ni melax asamaan; te ñi yóbbu ñu bare ci njub, dinañu mel ni biddéew yi ba fàww ak fàww. Waaye yaw, yow Daniyel, tëjkal wax yi, ta fàt téere bi ba ci jamono mujj gi: ñu bare dinañu daw fu nekk, te xam-xam dina yokku.’ Daniyel 12:1–4.” Manuscript Releases, limu 13, 394.</w:t>
      </w:r>
    </w:p>
    <w:p>
      <w:pPr>
        <w:pStyle w:val="ArticleBody"/>
        <w:jc w:val="left"/>
      </w:pPr>
      <w:r>
        <w:rPr>
          <w:rFonts w:ascii="Times New Roman" w:hAnsi="Times New Roman" w:eastAsia="Times New Roman" w:cs="Times New Roman"/>
        </w:rPr>
        <w:t>Ci jumtukaay bii, Sister White njëkka jëfandikooñu kapituur 11 bu Daniel, te gannaaw loolu mu xamale njariñ bi ne, «baari ci jaar-jaar yi xewe ci matug waxu Yonent bi dinañu dellu amaat.» Gannaaw loolu mu wax ci yoon wu jub ndigal yi nekk ci aaya 30 ba 36, te topp ci wax ji ne, «mbir yu mel ni yiñu melal ci kàddu yii dinañu am.» Bu mu waxee aaya 30 ba 36, te wax ne mbir yu mel ni aaya yooyu dinañu am, gannaaw loolu mu xamale jeexital waxtu yiñu may nit ku nekk sañ-sañu tànn, bi Michael di taxaw, ci aaya 1 bu kapituur 12. Ci def loolu, mu ngi tànn rekk juróom-ñaari aaya yooyu, di leen teg ci jaar-jaar ji jiitu ci saa si Michael di taxaw.</w:t>
      </w:r>
    </w:p>
    <w:p>
      <w:pPr>
        <w:pStyle w:val="ArticleBody"/>
        <w:jc w:val="left"/>
      </w:pPr>
      <w:r>
        <w:rPr>
          <w:rFonts w:ascii="Times New Roman" w:hAnsi="Times New Roman" w:eastAsia="Times New Roman" w:cs="Times New Roman"/>
        </w:rPr>
        <w:t>Lu ëpp benn yoon ñu jàngat nañu jaar-jaaru ayet ñatt-fukk ak fanweer ba ñatt-fukk ak juróom-benn, ak ni ñuy àndandoo ak ayet ñeent-fukk ba ñeent-fukk ak juróom-ñaari ci Daniel fukki benn, te léegi dinañu tàmbali seet yeneen jamono yu jaar-jaaru waxi Yàlla ci saar bi fukki benn, yi ñu delloo ci juroom-benni ayet yu mujj yooyu. Waaye bala nu def loolu, dinañu dellu joxe ab tënk bu gàtt ci ni ayet ñatt-fukk ak fanweer ba ñatt-fukk ak juróom-benn di àndandoo ak ayet ñeent-fukk ba ñeent-fukk ak juróom-ñaari.</w:t>
      </w:r>
    </w:p>
    <w:p>
      <w:pPr>
        <w:pStyle w:val="ArticleBody"/>
        <w:jc w:val="left"/>
      </w:pPr>
      <w:r>
        <w:rPr>
          <w:rFonts w:ascii="Times New Roman" w:hAnsi="Times New Roman" w:eastAsia="Times New Roman" w:cs="Times New Roman"/>
        </w:rPr>
        <w:t>Aayaat ñetti fukk bi mo firnde jokkoo gi nekk diggante Room bu bokkoon ci ña xamul Yàlla ak Room bu bokkoon ci baap bi. Jaar-jaaru waxtu woowu dees na ko wax ci yeneen ay xët yu bare ci waxi yonent yi, yu jëfandikoo fan yii mel ni atum 330, 508, 533 ak 538. Am na yeneen ay màndarga yu yonent yi tektal ci soppiku gi nekk diggante ñeenteel nguur gi ak juróomeel nguur gi ci waxi yonent yi ci Biibël bi, waaye ci aayaat ñetti fukk ak benn, Room bu bokkoon ci ña xamul Yàlla taxaw na ngir baap bi, ni ko Clovis teewloo ci atum 496. Kàttan yu bokkoon ci ña xamul Yàlla yi, yi Clovis di jëkk a teewloo ci aayaat bi, moo matal liggéeyu dindi bépp bañu-bokku bu bokkoon ci ña xamul Yàlla (“daily”) ci yokkute baap bi ba ci atum 508. Xare yi amoon ci jamono yooyu indil na yàqute dëkku Room ci jaar-jaar boobu, ni ko “sanctuary of strength” di teewloo, te ba ci atum 538, kàttan yu bokkoon ci ña xamul Yàlla yi teg nañu baap bi ci gànguna suuf si, te mu daldi joxe yoonu Dibeer ci Kureelu Orleans.</w:t>
      </w:r>
    </w:p>
    <w:p>
      <w:pPr>
        <w:pStyle w:val="ArticleBody"/>
        <w:jc w:val="left"/>
      </w:pPr>
      <w:r>
        <w:rPr>
          <w:rFonts w:ascii="Times New Roman" w:hAnsi="Times New Roman" w:eastAsia="Times New Roman" w:cs="Times New Roman"/>
        </w:rPr>
        <w:t>Saar yi ñaar-fukk ak ñaar ba ñaar-fukk ak juroom-benn moo xamle xeexu rey nit, bi paapaas gi indi woon ci ñi Yàlla takku ci diggante at yu téeméeri ñaar ak juróom-benn-fukk yi ak juróom-benn-fukk yi ci Jamonoy Lëndëm. Mujj gi, paapaas gi dina agsi ci njéxitam ci saar bi ñaar-fukk ak juroom-benn. Ci saar bi ñeent-fukk, Reagan dafa sàkk booloo gu kumpa ak antikiriis bi, te loolu fekkale na jamono ji xeexal gi Protestantisma doon defee nekk nañu ko dindi, ni ko atum 508 di firndeel. Jëflante Reagan ci xaalis ak dooley xareem, dees na ko fekk ci misaal mi “loxo yi” taxawoon ngir dimbali paapaas gi ci atum 496. Alagug kër-gu-aay gi ak dooleem ci Room bu pagan, bi dëkkub Room di ko firndeel, moo mel ni alagug Dastuuru États-Unis bi ci ndigalu Dibeer bu mad a ñëw, ndaxte Dastuur bi mooy kër-gu-aay gi ak dooleem ngir États-Unis. Ci ndigalu Dibeer ba, paapaas gi dinaa dellu tegat ci gàngune suuf si, ni ko atum 538 di firndeel.</w:t>
      </w:r>
    </w:p>
    <w:p>
      <w:pPr>
        <w:pStyle w:val="ArticleBody"/>
        <w:jc w:val="left"/>
      </w:pPr>
      <w:r>
        <w:rPr>
          <w:rFonts w:ascii="Times New Roman" w:hAnsi="Times New Roman" w:eastAsia="Times New Roman" w:cs="Times New Roman"/>
        </w:rPr>
        <w:t>Kon la dina tàmbali jamono mujj gu papas yi di fitna ak rey taalibe Yàlla yu takku yi, ni mu amee woon ci jamonoy Lëndëm gi, dale ci 538 ba 1798. Loolu dina yóbbu ci jeexital xelookat nit ñi, bi Mikaayel di taxaw, ni ko 1798 di tegtale, ba papas gi, gi ame woon njariñ diirub junni ak ñaar téeméer ak juróom-benn fukk at, jàngoro mer mu réy mi ci gaañu dee gi.</w:t>
      </w:r>
    </w:p>
    <w:p>
      <w:pPr>
        <w:pStyle w:val="ArticleBody"/>
        <w:jc w:val="left"/>
      </w:pPr>
      <w:r>
        <w:rPr>
          <w:rFonts w:ascii="Times New Roman" w:hAnsi="Times New Roman" w:eastAsia="Times New Roman" w:cs="Times New Roman"/>
        </w:rPr>
        <w:t>Dina nañu wéyal njàngum bii ci waatukaay bi ci topp.</w:t>
      </w:r>
    </w:p>
    <w:p>
      <w:pPr>
        <w:pStyle w:val="ArticleScripture"/>
        <w:jc w:val="left"/>
      </w:pPr>
      <w:r>
        <w:rPr>
          <w:rFonts w:ascii="Times New Roman" w:hAnsi="Times New Roman" w:eastAsia="Times New Roman" w:cs="Times New Roman"/>
        </w:rPr>
        <w:t>“Benn yoon, bi ma nekkoonoon ca dëkkub New York, ca guddi ga lañu ma woo ngir ma gis tabax yu di yéeg etaas gannaaw etaas ba jëm asamaan. Tabax yooyu dafañu leen seedeel ne duñu lakk, te tabax nañu leen ngir màggal seen boroom ak seen tabaxkat. Gëna kawe ak gëna kawe la tabax yooyu di yéeg, te ci seen biir dañuy jëfandikoo jumtukaay yu gëna jafe njariñ. Ñi moom tabax yooyu nekkuñu di laaj seen bopp: ‘Nan lañu man a gëna màggale Yàlla?’ Boroom bi nekkul woon ci seen xel.”</w:t>
      </w:r>
    </w:p>
    <w:p>
      <w:pPr>
        <w:pStyle w:val="ArticleScripture"/>
        <w:jc w:val="left"/>
      </w:pPr>
      <w:r>
        <w:rPr>
          <w:rFonts w:ascii="Times New Roman" w:hAnsi="Times New Roman" w:eastAsia="Times New Roman" w:cs="Times New Roman"/>
        </w:rPr>
        <w:t>“Xalaat naa ne: ‘Éy, su ñi ngi nii di dugal seen alal man a gis seen yoon ni Yàlla koy gise! Ñu ngi dajale tabax yu mag te rafet, waaye séen waajal ak séen nattal, ci kanam Buur bi yor asamaan ak suuf, lu doy waar la. Duñu jàngat ak dooley xol sépp ak xel ngir xam ni ñuy mana màggal Yàlla. Ñu sàggane nañu lii, mooy kóllëre bu njëkk bu nit ki.’”</w:t>
      </w:r>
    </w:p>
    <w:p>
      <w:pPr>
        <w:pStyle w:val="ArticleScripture"/>
        <w:jc w:val="left"/>
      </w:pPr>
      <w:r>
        <w:rPr>
          <w:rFonts w:ascii="Times New Roman" w:hAnsi="Times New Roman" w:eastAsia="Times New Roman" w:cs="Times New Roman"/>
        </w:rPr>
        <w:t>“Bi këru yu mag yooyu di yéeg, boroom yi bégoon ak réy-réylu gu bëgg daraja, ndax am nañu alal ju ñuy jëfandikoo ngir neexal seen bopp te yóbbu seen dëkkandoo yi ci kiñaan. Lu bare ci alal ji ñu noonu dugaloon, jëlees na ko ci sonal nit ñi, ci daanakaane ba ñàkk doole yi. Fàtte nañu ne ca asamaan am na téere bu ñuy bind ci bépp jëf-jëf bu aju ci liggéey ak njëg; képp doxalin bu jubulwul, bépp jëf bu naxari, fa lañu ko bind. Waxtu wi ngi ñëw, bu ci seen nax ak seen xeeb nit ñi di agsi ci njëg mu ne Yàlla du leen may ñu weesu ko, te dinañu xam ne muñug Yowa am na kem-kàttan.”</w:t>
      </w:r>
    </w:p>
    <w:p>
      <w:pPr>
        <w:pStyle w:val="ArticleScripture"/>
        <w:jc w:val="left"/>
      </w:pPr>
      <w:r>
        <w:rPr>
          <w:rFonts w:ascii="Times New Roman" w:hAnsi="Times New Roman" w:eastAsia="Times New Roman" w:cs="Times New Roman"/>
        </w:rPr>
        <w:t>“Li ma ci topp te feeñu ma mooy yëngu ndaw ci mbind mi. Nit ñi xool nañu kër yu kawe te ñu defe woon ni duñu lakk, ne: ‘Wóor na bu baax ne amul dara lu leen di jot.’ Waaye kër yooyu lakk nañu mel ni ñu tabax leen ak xott. Masiini ndox yu ñuy faje safara mënuloo dara ngir tax ba alag ga taxaw. Ñi di liggéey ci fayda safara mënuloon jëfandikoo masiini ya.”</w:t>
      </w:r>
    </w:p>
    <w:p>
      <w:pPr>
        <w:pStyle w:val="ArticleScripture"/>
        <w:jc w:val="left"/>
      </w:pPr>
      <w:r>
        <w:rPr>
          <w:rFonts w:ascii="Times New Roman" w:hAnsi="Times New Roman" w:eastAsia="Times New Roman" w:cs="Times New Roman"/>
        </w:rPr>
        <w:t>“Dama ma neexal ne, bu waxtu Boroom bi ñëwee, su fekkee amul benn coppite ci xol yu nit ñi di boroom réy-réy ak bëgg-bopp, góor ñi dinañu gis ne loxo boobu doon am doole ngir musal, dina am doole it ngir alag. Amul benn kàttan gu àddina man a tere loxob Yàlla. Amul benn jumtukaay bu ñuy jëfandikoo ci tabax kër yi, bu leen man a aar ci alag bi, bu waxtu bi Yàlla dogal agsee ngir yónnee mbugal ci nit ñi ndax seeni xeeb yoonam ak ndax seen bëgg-boppu soxla.”</w:t>
      </w:r>
    </w:p>
    <w:p>
      <w:pPr>
        <w:pStyle w:val="ArticleScripture"/>
        <w:jc w:val="left"/>
      </w:pPr>
      <w:r>
        <w:rPr>
          <w:rFonts w:ascii="Times New Roman" w:hAnsi="Times New Roman" w:eastAsia="Times New Roman" w:cs="Times New Roman"/>
        </w:rPr>
        <w:t>“Du bare amul ñu, sax ci biir jàngalekat yi ak nit ñi di yor réew mi, yu xam lii di sabab yi tëdd ci suufu nekkinu askan wi fi nekk tey. Ñi yor kàllama nguur gi mënuñu saafaraal jafe-jafe bu ñaawug yëf-yëf, ñeew-doole, ñàkk-ji, ak gëna yokku ci tooñ. Ñoom dañuy xeex rekk ci neen ngir taxawal liggéey yu jëfandikoo alal ci wetu kaaraange gu gën a wóor. Su fekkee ne nit ñi dégluwoon bu baax njàngum Kàddu Yàlla, dinañu gis ab saafara ci jafe-jafe yi leen di jaaxal.”</w:t>
      </w:r>
    </w:p>
    <w:p>
      <w:pPr>
        <w:pStyle w:val="ArticleScripture"/>
        <w:jc w:val="left"/>
      </w:pPr>
      <w:r>
        <w:rPr>
          <w:rFonts w:ascii="Times New Roman" w:hAnsi="Times New Roman" w:eastAsia="Times New Roman" w:cs="Times New Roman"/>
        </w:rPr>
        <w:t>“Mbind mi dafa wax ne melokaanu àddina, tuuti lu jiitu ñëwaatu ñaareelu Kirist. Ci nit ñi di dajale alal yu bare lool ci sàcc ak naqarlu, bindees na ne: ‘Dangeen dajale alal ngir bés yu mujj yi. Xoolleen, peyu liggéeykat yi góob seen tool yi, bi ngeen leen téye ak nax, di yuux; te yuuxu ñi góobbi dugg na ci noppu Boroom Sabaot. Dangeen dund ci bànneex ci kaw suuf, te di bàyyi seen bopp ci yëf yu neex; dangeen yar seen xol, mel ni ci bésu rendi. Dangeen àtte ba rey ku jub; te du leen bañ.’ Jacques 5:3–6.”</w:t>
      </w:r>
    </w:p>
    <w:p>
      <w:pPr>
        <w:pStyle w:val="ArticleScripture"/>
        <w:jc w:val="left"/>
      </w:pPr>
      <w:r>
        <w:rPr>
          <w:rFonts w:ascii="Times New Roman" w:hAnsi="Times New Roman" w:eastAsia="Times New Roman" w:cs="Times New Roman"/>
        </w:rPr>
        <w:t>“Waaye mooy jàng moytu yi màndargay jamono yi di gaaw a matal di jox? Ban xel mooy jàpp ci kaw nit ñi àddina? Ban soppi mooy feeñ ci seen taxawaay? Du gën dara ci li feeñoon ci taxawaayu waa àddinay Nóoyaxa. Ñu lëmboo ci liggéeyu àddina ak bànneexam, nit ña lu jiitu ndox maadal xeexoon ‘xamuñu ba ker gi ñëw, daldi leen yóbbu yépp.’ Matthew 24:39. Am nañu woon artu yu jóge asamaan, waaye bañ nañu woon a déglu. Te tey itam, àddina si, bu yéeme woon ci baña sàkku baatub artu Yàlla, mingiy gaaw a daw jëm ci alkande gu fàww.”</w:t>
      </w:r>
    </w:p>
    <w:p>
      <w:pPr>
        <w:pStyle w:val="ArticleScripture"/>
        <w:jc w:val="left"/>
      </w:pPr>
      <w:r>
        <w:rPr>
          <w:rFonts w:ascii="Times New Roman" w:hAnsi="Times New Roman" w:eastAsia="Times New Roman" w:cs="Times New Roman"/>
        </w:rPr>
        <w:t>“Àddina bi yépp dafa yëngu ak xelum xare. Yëgleb ci saraxalek bu fukk ak benn ci téere Daniel jege na ba àgg ci matugam bu mat. Léegi ay xew-xewu tiis yi ñu wax ci yëgle yi dinañu am.”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Juroom-Ñeent fukk ak Juróom-benn</dc:title>
  <dc:subject>Soloobu yoonu Yàlla ci gis-gisu mujj bi Daniel: Feeñal dëgg ngir fan yu mujj yi</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