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Téeméeri ak juróom-ñett ak benn ci lim bi</w:t>
      </w:r>
    </w:p>
    <w:p>
      <w:pPr>
        <w:pStyle w:val="ArticleSubtitle"/>
        <w:jc w:val="left"/>
      </w:pPr>
      <w:r>
        <w:rPr>
          <w:rFonts w:ascii="Arial" w:hAnsi="Arial" w:eastAsia="Arial" w:cs="Arial"/>
        </w:rPr>
        <w:t>Ubbi giir: Xalaat-yéene ci Saar fukki ak benn bi ci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Léegi nag dina tàmbali jéem a wéy ci saar fukki benn bi ci Daniel.</w:t>
      </w:r>
    </w:p>
    <w:p>
      <w:pPr>
        <w:pStyle w:val="ArticleScripture"/>
        <w:jc w:val="left"/>
      </w:pPr>
      <w:r>
        <w:rPr>
          <w:rFonts w:ascii="Times New Roman" w:hAnsi="Times New Roman" w:eastAsia="Times New Roman" w:cs="Times New Roman"/>
        </w:rPr>
        <w:t>Man itam ci atum buurug Daryus, waaw Med, taxawoon naa ngir dëgëral ko te dooleel ko. Te léegi dinaa la won dëgg gi. Xoolal, am na ñetti buur yu des di jóg ci Perse; te ñeenteel bi dina gëna bare alal ñoom ñépp: te ci dooleem gu jógé ci alalam, dina yënguël ñépp ngir daldi jéggi nguurug Gres. Te buur bu am kàttan dina jóg, moom miy nguuru ak sañ-sañ bu mag, tey def lu ko soob. Te bu jógée, nguuram dina dammiku, te dina séddoo jëm ci ñeenti ngelaw yi yu asamaan; waaye du dem ci ay sëtam, mbaa mel ni sañ-sañam ga mu nguuroon; ndaxte nguuram dina rootiku, ba jëm ci ñeneen yu dul ñooñu. Daniel 11:1–4.</w:t>
      </w:r>
    </w:p>
    <w:p>
      <w:pPr>
        <w:pStyle w:val="ArticleBody"/>
        <w:jc w:val="left"/>
      </w:pPr>
      <w:r>
        <w:rPr>
          <w:rFonts w:ascii="Times New Roman" w:hAnsi="Times New Roman" w:eastAsia="Times New Roman" w:cs="Times New Roman"/>
        </w:rPr>
        <w:t>Gabriyel tàmbalee waxal Daanel ne moom itam dafa liggéeyoon ak Dariyus ci atam bu njëkk, mooy at mi sëtam Dariyus, jeneralam, jël Babilon te rey Belshassar. Daanel mooy jot gisi gi ci ñetteelu atu Sirus, ni ko aaya bu njëkk baat bi fukki ciib ne, ba taxna Gabriyel di màndargaal Dariyus ak Sirus ñoom ñaar ni ay misaal yu di tegtal “waxtu mujj gi.” Belshassar ak Babilon dañu leen jëlewoon ci loxo Mbooloom Mede ak Peres ci atum 538 b.c.</w:t>
      </w:r>
    </w:p>
    <w:p>
      <w:pPr>
        <w:pStyle w:val="ArticleScripture"/>
        <w:jc w:val="left"/>
      </w:pPr>
      <w:r>
        <w:rPr>
          <w:rFonts w:ascii="Times New Roman" w:hAnsi="Times New Roman" w:eastAsia="Times New Roman" w:cs="Times New Roman"/>
        </w:rPr>
        <w:t>“Siris dafa wër Babilon, te mu jël ci pexe ngir jàpp ko ci atum 538 balaa Kirist, te ak dee Buulsaasaar, kooku Pers yi rey, nguurug Babilon dafa jeex a am.” Uriah Smith, Daniel and the Revelation, 46.</w:t>
      </w:r>
    </w:p>
    <w:p>
      <w:pPr>
        <w:pStyle w:val="ArticleBody"/>
        <w:jc w:val="left"/>
      </w:pPr>
      <w:r>
        <w:rPr>
          <w:rFonts w:ascii="Times New Roman" w:hAnsi="Times New Roman" w:eastAsia="Times New Roman" w:cs="Times New Roman"/>
        </w:rPr>
        <w:t>Ci atum 538 ba J.K., Daniyeel bind na juróom-ñeenteel sarax.</w:t>
      </w:r>
    </w:p>
    <w:p>
      <w:pPr>
        <w:pStyle w:val="ArticleScripture"/>
        <w:jc w:val="left"/>
      </w:pPr>
      <w:r>
        <w:rPr>
          <w:rFonts w:ascii="Times New Roman" w:hAnsi="Times New Roman" w:eastAsia="Times New Roman" w:cs="Times New Roman"/>
        </w:rPr>
        <w:t>“Pexe mi ñu bind ci saraxal bi jiitu [saar ñetteel bi] amoon na ci ñetteelu atum Belshazzar, mooy 538 BC. Ci benn at moomu itam, te mooy woon njëkk atum Darius, la mbir yi ñu nettali ci saraxal bii [saar juróom-ñeenteel bi] ame.” Uriah Smith, Daniel and the Revelation, 205.</w:t>
      </w:r>
    </w:p>
    <w:p>
      <w:pPr>
        <w:pStyle w:val="ArticleBody"/>
        <w:jc w:val="left"/>
      </w:pPr>
      <w:r>
        <w:rPr>
          <w:rFonts w:ascii="Times New Roman" w:hAnsi="Times New Roman" w:eastAsia="Times New Roman" w:cs="Times New Roman"/>
        </w:rPr>
        <w:t>Atum Darayus ci jëkk, mooy atum Belshatsar bu ñetteelu te mujj, ci 538 lu jiitu Almasi bi, Boroom bi mbugal réewum Kalde yi, te def ko mu neen.</w:t>
      </w:r>
    </w:p>
    <w:p>
      <w:pPr>
        <w:pStyle w:val="ArticleScripture"/>
        <w:jc w:val="left"/>
      </w:pPr>
      <w:r>
        <w:rPr>
          <w:rFonts w:ascii="Times New Roman" w:hAnsi="Times New Roman" w:eastAsia="Times New Roman" w:cs="Times New Roman"/>
        </w:rPr>
        <w:t>Te suuf mépp dina nekk réer gu ñàkk njariñ ak lu doy waar; te xeeti réew yii dinañu jaam buurub Babilon diiru juróom-ñaar fukk at. Te bu juróom-ñaar fukk at yi mattee, dinaa mbugal buurub Babilon ak xeet booba, wax na Boroom bi, ndax seen tooñ, ak suuf su Kalde yi, te dinaa ko def muy réer gu sax. Yeremiya 25:11, 12.</w:t>
      </w:r>
    </w:p>
    <w:p>
      <w:pPr>
        <w:pStyle w:val="ArticleBody"/>
        <w:jc w:val="left"/>
      </w:pPr>
      <w:r>
        <w:rPr>
          <w:rFonts w:ascii="Times New Roman" w:hAnsi="Times New Roman" w:eastAsia="Times New Roman" w:cs="Times New Roman"/>
        </w:rPr>
        <w:t>Ci sarax fukki bu ngeent gi, Boroom bi jëfandikoo baat bi “gannaaw,” bi Mu dugge ci mbugalu Babilon. “Gannaaw” ba Babilon nexe, Boroom bi dina amal jëfam ju baax ngir nit ñi Yàlla.</w:t>
      </w:r>
    </w:p>
    <w:p>
      <w:pPr>
        <w:pStyle w:val="ArticleScripture"/>
        <w:jc w:val="left"/>
      </w:pPr>
      <w:r>
        <w:rPr>
          <w:rFonts w:ascii="Times New Roman" w:hAnsi="Times New Roman" w:eastAsia="Times New Roman" w:cs="Times New Roman"/>
        </w:rPr>
        <w:t>Ndax ni Boroom bi waxe ne: Bu juróom-ñaar-fukk at matsee ca Babilon, dinaa leen seetsi, ba def ci yéen sama baat bu baax bi, ci maye ngeen dellu ci bérab bii. Jeremiah 25:10.</w:t>
      </w:r>
    </w:p>
    <w:p>
      <w:pPr>
        <w:pStyle w:val="ArticleBody"/>
        <w:jc w:val="left"/>
      </w:pPr>
      <w:r>
        <w:rPr>
          <w:rFonts w:ascii="Times New Roman" w:hAnsi="Times New Roman" w:eastAsia="Times New Roman" w:cs="Times New Roman"/>
        </w:rPr>
        <w:t>Njàppug juróom-ñaar-fukk at yi tambalee na ci atum 606 B.C.</w:t>
      </w:r>
    </w:p>
    <w:p>
      <w:pPr>
        <w:pStyle w:val="ArticleScripture"/>
        <w:jc w:val="left"/>
      </w:pPr>
      <w:r>
        <w:rPr>
          <w:rFonts w:ascii="Times New Roman" w:hAnsi="Times New Roman" w:eastAsia="Times New Roman" w:cs="Times New Roman"/>
        </w:rPr>
        <w:t>“Miir juróom-ñaari at yi tàmbalee ci 606 BC, Daniel deggoo na ne léegi dañuy jege seen njëg.” Uriah Smith, Daniel and the Revelation, 205.</w:t>
      </w:r>
    </w:p>
    <w:p>
      <w:pPr>
        <w:pStyle w:val="ArticleBody"/>
        <w:jc w:val="left"/>
      </w:pPr>
      <w:r>
        <w:rPr>
          <w:rFonts w:ascii="Times New Roman" w:hAnsi="Times New Roman" w:eastAsia="Times New Roman" w:cs="Times New Roman"/>
        </w:rPr>
        <w:t>Jaamono ñaar-fukk ak juróom-ñaar at yi tambalee na ci 606 BC, te jeex na ci 536 BC, te loolu moo nekkoon ñaari at gannaaw deeji Belshazzar ak yàqub Babilon ci 538 BC. Moo doon at wu ñetteel waayu Cyrus. Gabriel dafa tënk waxu Hiddekel dex ga ci at wu ñetteel waayu Cyrus, te mu tàmbalee nettali gi nekk ci sàpp 11, dafa ci jëfandikoo waayu njëkk waayu Darius, te ci noonu mu ngi raññee ñaari at yu xóot. 538 BC ak 536 BC ñoom ñaar ñépp ay waxtu yu Yàlla dogaloon lañu woon; 538 BC moo doon waxtu wu Yàlla dogaloon ngir wax ju jaaroon ñaar-fukk ak juróom-ñaar at gi mat, te 536 BC moo doon waxtu wax yu Yàlla dogaloon ba “gannaaw” 538 BC, Boroom bi di amal jëfam ju baax ngir askanam.</w:t>
      </w:r>
    </w:p>
    <w:p>
      <w:pPr>
        <w:pStyle w:val="ArticleBody"/>
        <w:jc w:val="left"/>
      </w:pPr>
      <w:r>
        <w:rPr>
          <w:rFonts w:ascii="Times New Roman" w:hAnsi="Times New Roman" w:eastAsia="Times New Roman" w:cs="Times New Roman"/>
        </w:rPr>
        <w:t>538 JK ak 536 JK, ñoom ñaar ñépp di jamono yu ñu sàkkal, te ñoo ngi niroo ak ñaar ñu mag ci jaar-jaar, kenn ki mooy buur bu njëkk bu Medes yi, te ki mu topp mooy buur bu njëkk bu Perse yi. Jeexital at yu juróom-ñaar-fukk yi maanaa, bi Israayil gu dëgg nekk jaam ci Babilon bu dëgg, dafa tegtal at yu junni ak ñaar téeméer ak juróom-benn-fukk yi, yi Israayil gu xel nekk jaam ci Babilon bu xel, dale ci atum 538 AK ba 1798. 1798 dafa doon “jamono ju ñu sàkkal”, te gannaaw loolu jamono ji waxoon ci waxu yonent yi ne moo di “jamono ji mujj” tàmbalee. 538 JK ak 536 JK, yi ñu tegtale itam ni “jamono ju ñu sàkkal”, ñoo itam di màndarga tàmbali ab waxtu wu ñu tegtale ne moo di “jamono ji mujj”.</w:t>
      </w:r>
    </w:p>
    <w:p>
      <w:pPr>
        <w:pStyle w:val="ArticleScripture"/>
        <w:jc w:val="left"/>
      </w:pPr>
      <w:r>
        <w:rPr>
          <w:rFonts w:ascii="Times New Roman" w:hAnsi="Times New Roman" w:eastAsia="Times New Roman" w:cs="Times New Roman"/>
        </w:rPr>
        <w:t>“Jàngu Yàlla ci suuf dafa nekkoon ci njaam gu dëgg te wóor diirub jamono ju gudd jii, bi ñu ko doon fitnaal ak ay bundxata yu dul sax, ni la doom Israayil ya nekkoon ci njaam ca Babilon diirub gaadug réer ga.” Prophets and Kings, 714.</w:t>
      </w:r>
    </w:p>
    <w:p>
      <w:pPr>
        <w:pStyle w:val="ArticleBody"/>
        <w:jc w:val="left"/>
      </w:pPr>
      <w:r>
        <w:rPr>
          <w:rFonts w:ascii="Times New Roman" w:hAnsi="Times New Roman" w:eastAsia="Times New Roman" w:cs="Times New Roman"/>
        </w:rPr>
        <w:t>Yéen waxi nebbi yépp di jublu gëna bu baax ci fan yu mujj yi, ba mu gën a jublu ci fan yi ci bi mu njëkk a amee matal, ba tax 538 A.J.K. ak buur Darius, ak itam 536 A.J.K. ak buur Cyrus, dañuy tegu “waxtu mujj” bi ci 1989, te ñaari buur yooyu dañuy melal Président Reagan ak Président Bush bu njëkk bi. 538 A.J.K. ak 536 A.J.K. dañuy tegu ab taxawaayu melokaan bu am matal, te ñaari at yooyu dañuy ñëw ci xel ni ñuy tegu benn taxawaayu melokaan bi. Taxawaayu melokaan bu “waxtu mujj” bi dafay yor ñaari simbóol, te yenn saa, ni ci Reagan ak Bush bu njëkk bi, ñaari simbóol yooyu dañuy am matal ci benn at. Waaye loolu mooy lu saxul ci yoonu bi, ndax taxawaayu melokaan bu “waxtu mujj” bi ci jamonoju Musaa mooy juddug Aaróon ak Musaa, te ñetti at a leen diggante woon. Ci jaar-jaaru Kirist, mooy juddug Yaxya mi di Sóobkat bi ak Kirist, te juróom-benn weer a leen diggante woon.</w:t>
      </w:r>
    </w:p>
    <w:p>
      <w:pPr>
        <w:pStyle w:val="ArticleBody"/>
        <w:jc w:val="left"/>
      </w:pPr>
      <w:r>
        <w:rPr>
          <w:rFonts w:ascii="Times New Roman" w:hAnsi="Times New Roman" w:eastAsia="Times New Roman" w:cs="Times New Roman"/>
        </w:rPr>
        <w:t>Ak “waxtu mujjug jeex bi,” ci jaar-jaaru antikrist bi, mooyoon 1798 ak 1799. Révolusiyoŋu Franse bi mooy benn mbirum yoonent, te tàmbalee na ci 1789, ba sax fukki at, jeex ci 1799 ci waxtoom woññees bi, ni 1798 itam nekkoon waxtu wu woññees. Ñoom ñaar benn lañuy won ci benn yoon gaañu rey gi ñu jox malaaka mi, te itam jigéen ja waroon ci kawam te nguur ci moom. Dariyus moo doon buur bi daan sa noon bi ak yónnee ay xarekatam ñu dugg jaarale ci “miir” mi, te dafay tegtal Reagan, mi daan noonam bi daanel “miir” mu “lawu weñ gu ñuul gi.” Cyrus dafay tegtal Bush bu njëkk bi, ndax Cyrus xam nañu ko ni Cyrus Mag, te George Bush bu njëkk bi mooy Bush bu gëna mag, te Bush bu mujj bi mooy Bush bu gëna ndaw.</w:t>
      </w:r>
    </w:p>
    <w:p>
      <w:pPr>
        <w:pStyle w:val="ArticleBody"/>
        <w:jc w:val="left"/>
      </w:pPr>
      <w:r>
        <w:rPr>
          <w:rFonts w:ascii="Times New Roman" w:hAnsi="Times New Roman" w:eastAsia="Times New Roman" w:cs="Times New Roman"/>
        </w:rPr>
        <w:t>Ndaxte buur yii ñaar ak ñaari bés yi ñuy tektal, ci dëgg benn rekk lañuy misaal. Benn bi mooy mandargaal juróom-ñaari fukki at yi Babilon di nguur. Jotnañu ci waxtu wi ñu tencoon ci 538 BC, te Dariyus la ko di teewal. Jeexital njàppute bu juróom-ñaari fukki at jotna ci waxtu wi ñu tencoon ci 536 BC, te Siris la ko di teewal. Ñoom ñaar ñépp a ngi teewal “waxtu mujj gi,” bi leerug yóonent war a ubbeeku. Ci 1798, malaaka bi njëkk ci Peeñu 14 agsi na ci “waxtu mujj gi,” te Sœur White nee malaaka boobu “du woon kenn ku gën a nekk Yeesu Kirist.”</w:t>
      </w:r>
    </w:p>
    <w:p>
      <w:pPr>
        <w:pStyle w:val="ArticleBody"/>
        <w:jc w:val="left"/>
      </w:pPr>
      <w:r>
        <w:rPr>
          <w:rFonts w:ascii="Times New Roman" w:hAnsi="Times New Roman" w:eastAsia="Times New Roman" w:cs="Times New Roman"/>
        </w:rPr>
        <w:t>Ci ñetteelu atum Siirus, Mikayel, buur Yàlla yi ci askanu Yàlla, te mooy malaaka bu mag bi ci yeneen malaaka yi, wàcc na ngir jëfandoo ak Siirus te dëggal leer gi di gindee Siirus ba mu wax jëkkër gi ci ñetti ndigal yi, yu di may askanu Yàlla dellusi Yerusalem, te tabaxaat dëkk ba, kër gu sell ga, ak mbedd yi ak miir yi. Liggéey boobu dafa misaal liggéeyu malaaka bu njëkk ak ñaareel bi, mi tambalee ca “waxtu mujj ga” ci atum 1798.</w:t>
      </w:r>
    </w:p>
    <w:p>
      <w:pPr>
        <w:pStyle w:val="ArticleBody"/>
        <w:jc w:val="left"/>
      </w:pPr>
      <w:r>
        <w:rPr>
          <w:rFonts w:ascii="Times New Roman" w:hAnsi="Times New Roman" w:eastAsia="Times New Roman" w:cs="Times New Roman"/>
        </w:rPr>
        <w:t>Wàccug Mixael ci jamono ji mujj, ca fan yi Dariyus ak Sirus, mooy melokaanuwaay ngëneel malaaka bu jëkk bi ci atum 1798; te ñoom ñépp benn lañuy màndargaal: ngëneelu beneen malaaka boobu, ci “jamono ji mujj,” ci 1989. Atum 1989 moo tàmbalee diiru “jamono ji mujj,” te itam mooyoon ab jamono ju ñu tànn. Jamono ju ñu tànn day màndargaal jeexital benn diir bu jamono ci waxi yonent yi. Ñaawteefu 1863, ca jëkk “Kades” ngir Israayil bu xel bu bees bi, moo doon njàlbéenu benn diirub téeméeri at ak ñaar-fukk ak juróom-benn, bi jeexee ci “jamono ji ñu tànn” ci 1989. Téeméeri at ak ñaar-fukk ak juróom-benn mooy asaka, walla fukkéelu, ci junni ak ñaar téeméer ak juróom-fukk, te ca jeexitalu junni ak ñaar téeméer ak juróom-fukk at ci 1798, yëngu-yëngu malaaka bu jëkk bi agsi na ci jaar-jaaru bind. Ca jeexitalu téeméeri at ak ñaar-fukk ak juróom-benn, ci 1989, yëngu-yëngu malaaka bu ñetteel bi agsi na ci jaar-jaaru bind.</w:t>
      </w:r>
    </w:p>
    <w:p>
      <w:pPr>
        <w:pStyle w:val="ArticleBody"/>
        <w:jc w:val="left"/>
      </w:pPr>
      <w:r>
        <w:rPr>
          <w:rFonts w:ascii="Times New Roman" w:hAnsi="Times New Roman" w:eastAsia="Times New Roman" w:cs="Times New Roman"/>
        </w:rPr>
        <w:t>Ci waajal bi ci bennetu Daniel saar fukk ak benn, Jibriil feeñal na ak moytu gu baax te leer ne taariix bi fa mel ni lu ñuy tektal, tàmbalee na ak Siris, ca waxtu mujj ga ci 1989. Siris Mag mi fa dafa tektal Bush bu gën a mag, mi ñu wara topp ak ñetti buur, te gannaaw loolu buur bu ñetteel bi mooy ki gën a bare alal ñoom ñépp. Kon nag, buur bu ñetteel bi bare alal, biy yëngal Gereg yépp, mooy juróomeelu président bi dale 1989.</w:t>
      </w:r>
    </w:p>
    <w:p>
      <w:pPr>
        <w:pStyle w:val="ArticleBody"/>
        <w:jc w:val="left"/>
      </w:pPr>
      <w:r>
        <w:rPr>
          <w:rFonts w:ascii="Times New Roman" w:hAnsi="Times New Roman" w:eastAsia="Times New Roman" w:cs="Times New Roman"/>
        </w:rPr>
        <w:t>Ci tukki téere fukk ba, Daniel feeñ na ni muy metit te di jooy; te ci xam-xamam bu jooy boobu, soppeeku na ba mel ni Krist, bi muy xool peeñ mi. Fanweer gu ñaar-fukk ak benn gu jooy googu, di wone ab jamono bu dee, buy jeexee ci ndekkitey-dellusi. Ci téere fukk ba, Mikael wàcc na jóge asamaan, te ci Jude juróom-ñaariy benn, bu Mu wàcce, Mu dekkal Musaa. Ci Peeñu Yowaana téere fukk ak benn, Musaa (ak Eli) ñu rey leen, te ñu nekk dee ci mbedd mi diirub ñetti fan ak genn-wàll buy misaal. Gannaaw loolu, Musaa (ak Eli itam) ñu dekkal leen jaarale ko ci “baat bu réy”.</w:t>
      </w:r>
    </w:p>
    <w:p>
      <w:pPr>
        <w:pStyle w:val="ArticleScripture"/>
        <w:jc w:val="left"/>
      </w:pPr>
      <w:r>
        <w:rPr>
          <w:rFonts w:ascii="Times New Roman" w:hAnsi="Times New Roman" w:eastAsia="Times New Roman" w:cs="Times New Roman"/>
        </w:rPr>
        <w:t>Gannaaw ñetti fan ak genn xaajub fan, Xel mu dund gu jóge ci Yàlla dugg ci ñoom, te ñu taxaw ci seen tànk; te ragal gu réy dal ci ñi leen gis. Te ñu dégg baat bu réy bu jóge asamaan, di leen wax ne: Yéegleen fii. Te ñu yéeg asamaan ci aw niir; te seen noon gis leen. Peeñu 11:11, 12.</w:t>
      </w:r>
    </w:p>
    <w:p>
      <w:pPr>
        <w:pStyle w:val="ArticleBody"/>
        <w:jc w:val="left"/>
      </w:pPr>
      <w:r>
        <w:rPr>
          <w:rFonts w:ascii="Times New Roman" w:hAnsi="Times New Roman" w:eastAsia="Times New Roman" w:cs="Times New Roman"/>
        </w:rPr>
        <w:t>“Baat bu réy” bi dekkloo mooy baatu arxaanjël bi, te arxaanjël bi mooy Mikaa’el.</w:t>
      </w:r>
    </w:p>
    <w:p>
      <w:pPr>
        <w:pStyle w:val="ArticleScripture"/>
        <w:jc w:val="left"/>
      </w:pPr>
      <w:r>
        <w:rPr>
          <w:rFonts w:ascii="Times New Roman" w:hAnsi="Times New Roman" w:eastAsia="Times New Roman" w:cs="Times New Roman"/>
        </w:rPr>
        <w:t>Ndax Boroom bi ci boppam dina wàcce ci asamaan ak xaacu, ak baatu malaaka bu mag ba, ak saxaaru Yàlla; te ñi dee te nekk ci Kirist dinañu jëkk a dekki. 1 Tesalonig 4:16.</w:t>
      </w:r>
    </w:p>
    <w:p>
      <w:pPr>
        <w:pStyle w:val="ArticleBody"/>
        <w:jc w:val="left"/>
      </w:pPr>
      <w:r>
        <w:rPr>
          <w:rFonts w:ascii="Times New Roman" w:hAnsi="Times New Roman" w:eastAsia="Times New Roman" w:cs="Times New Roman"/>
        </w:rPr>
        <w:t>Jaar-jaar bi Muuse ak Eliyañ ñu rey leen te dekkiwaat, mooy jaar-jaaru sàccale nit ñi téeméer yu ñent fukk ak ñeent junni. Jaariñu taariix boobu tàmbalee na ci 11 Suweññe, 2001 ak “baat bu njëkk bi” bu malaakam Apokalips 18, bi Sœur White wax ne agsi na ba keroog kër yu mag yi nekk New York City daanu. “Baat bu ñaareel bi” ci wet gu 18 gu Apokalips, dees na ko yégle ci yoonu Dibeer bu ñuy ñëw bu gaaw, ba juróom-ñaareelu juróom-ñenteel geen gi Yàlla woowee génne Babilon. Mooy jaar-jaar boobu, jaar-jaaru sàccale bi, fa ñuy tekki Danyeel ni mu soppeeku ci nataalu Kirist ci xool peyu “marah” gi, te mooy wax ju jigéen ci peyu “mareh” gi. Mooy peyu “causative” bi, bi “jur” ne nataal bi ñuy gis di màggat ci ñi koy xool.</w:t>
      </w:r>
    </w:p>
    <w:p>
      <w:pPr>
        <w:pStyle w:val="ArticleBody"/>
        <w:jc w:val="left"/>
      </w:pPr>
      <w:r>
        <w:rPr>
          <w:rFonts w:ascii="Times New Roman" w:hAnsi="Times New Roman" w:eastAsia="Times New Roman" w:cs="Times New Roman"/>
        </w:rPr>
        <w:t>Jàngoro tëjji ci mbind mi, ak ci soppikuwu Daniyel ci saar fukk, dafay boole wàccu Miikaayel bi mu dekkal te soppi ñi Musaa, Eliyaas ak Daniyel di teewal. Moo matal ndekkite gi ak “baat bu mag” bu malaaka mu mag mi, noonu di joxe ñetteelu “baat,” ci diggante baat bu jëkk ak bu mujj yi, te ñoom ñaar ñi benn lañu, ndaxte ñoom ñépp a ngi doon baatu Peeñug Yàlla saar fukk ak juróom-ñett. Baat bu digg bi, foofa la ñu di teewal ñàkk dégg-dëgg, ndaxte ba Miikaayel dekkalee Musaa, xulóowul ak Seytaane, doonte Seytaane, moom mi di soskatug ñàkk dégg-dëgg, era woon fa ngir bañ.</w:t>
      </w:r>
    </w:p>
    <w:p>
      <w:pPr>
        <w:pStyle w:val="ArticleScripture"/>
        <w:jc w:val="left"/>
      </w:pPr>
      <w:r>
        <w:rPr>
          <w:rFonts w:ascii="Times New Roman" w:hAnsi="Times New Roman" w:eastAsia="Times New Roman" w:cs="Times New Roman"/>
        </w:rPr>
        <w:t>Waaye Mikaayel, malaaka mu mag ka gën a màgg, bi muy xeex ak Seytaane te di xuloo ci yaramu Muuse, mooñu koo gaawa jiiñ ak ñaawteef gu di tasaaroo; waaye mu wax ne: “Boroom bi na la yedd.” Jude 7.</w:t>
      </w:r>
    </w:p>
    <w:p>
      <w:pPr>
        <w:pStyle w:val="ArticleBody"/>
        <w:jc w:val="left"/>
      </w:pPr>
      <w:r>
        <w:rPr>
          <w:rFonts w:ascii="Times New Roman" w:hAnsi="Times New Roman" w:eastAsia="Times New Roman" w:cs="Times New Roman"/>
        </w:rPr>
        <w:t>Njalo biir buñ tàmmbalee bu tàmbee 11 Septembre 2001 te di jeex ci yoonu-dibéeru dimanche bu nekk ci kanam, màndargaalam mooy sàkk bu “Dëgg,” ndaxte ci diggante jamono jooju, ci weeru juillet 2023, baat bu réy bu malaaka mu mag mi tàmbee liggéeyu dekkal ñi deeoon ci Kirist, ñiy tànn a dégg baatam bu digg bi. Seetleen ne 2023 ñëw na ginnaaw ñaar-fukk ak ñaar at ginnaaw 2001, te ñaar-fukk ak ñaar mooy benn fukki ñaari téeméer ak ñaar-fukk, te loolu mooy màndarga lëkkalookug Yàlla ak nit, te itam mooy màndargay yeesalaat.</w:t>
      </w:r>
    </w:p>
    <w:p>
      <w:pPr>
        <w:pStyle w:val="ArticleBody"/>
        <w:jc w:val="left"/>
      </w:pPr>
      <w:r>
        <w:rPr>
          <w:rFonts w:ascii="Times New Roman" w:hAnsi="Times New Roman" w:eastAsia="Times New Roman" w:cs="Times New Roman"/>
        </w:rPr>
        <w:t>Ci weeru 2023, malaaka bu mag tegu, bi kenn du ku dul Yeesu Kirist, te moom mooy Dëgg gi, moom itam mi ngi nekk Miikaayil, te moom mooy Alfa ak Omega bi wàcc ak benn bataaxal ci Yaramam. Téere bu ndaw bi nekk ci loxoom mooy wàll bu Daniyeel biñ tëj ba bés yu mujj ya.</w:t>
      </w:r>
    </w:p>
    <w:p>
      <w:pPr>
        <w:pStyle w:val="ArticleScripture"/>
        <w:jc w:val="left"/>
      </w:pPr>
      <w:r>
        <w:rPr>
          <w:rFonts w:ascii="Times New Roman" w:hAnsi="Times New Roman" w:eastAsia="Times New Roman" w:cs="Times New Roman"/>
        </w:rPr>
        <w:t>«Ci Biir bu Sell bi, téere yi yépp ci Biibël bi daje te muj fi. Fii la matale téereb Daniel nekk. Benn bi ab yonent la; beneen bi nag ab xamle la. Téere biñ tëj ak kërëm, du Biir bu Sell bi, waaye mooy boobu cér ci yonent gi Daniel bu jëm ci bés yu mujj yi. Malaakam bi santaane ne: “Waaye yaw, éy Daniel, tëjël wax yi, te tëj téere bi ba ci jamono ji mujj.” Daniel 12:4.» Acts of the Apostles, 585.</w:t>
      </w:r>
    </w:p>
    <w:p>
      <w:pPr>
        <w:pStyle w:val="ArticleBody"/>
        <w:jc w:val="left"/>
      </w:pPr>
      <w:r>
        <w:rPr>
          <w:rFonts w:ascii="Times New Roman" w:hAnsi="Times New Roman" w:eastAsia="Times New Roman" w:cs="Times New Roman"/>
        </w:rPr>
        <w:t>Benn ci yonent yi ci kàddug wax ju Daniel, te jëm ci mujjug àddina, mooy benn-fukki benn. Moo di juróom-benni aaya yu mujj yi ci benn-fukki benn, waaye gën a wér, mooy jaar-jaari mboolem nettali yi nekk ci biir benn waxtu ci surgaas boobu, te ñu delloo leen ci juróom-benni aaya yu mujj ya.</w:t>
      </w:r>
    </w:p>
    <w:p>
      <w:pPr>
        <w:pStyle w:val="ArticleScripture"/>
        <w:jc w:val="left"/>
      </w:pPr>
      <w:r>
        <w:rPr>
          <w:rFonts w:ascii="Times New Roman" w:hAnsi="Times New Roman" w:eastAsia="Times New Roman" w:cs="Times New Roman"/>
        </w:rPr>
        <w:t>«Amunu jotul benn baña yàqu. Jamono yu metti ñëw nañu ci sunu kanam. Àddina bi yëngu na ak xelum xare. Léegiul dara, ay xew-xewi metit yi waxees na ci yoonent yi dinañu am. Yoonent bi nekk ci Daniel saraxleek 11 jot na ngir mat sëkk. Lu bare ci jaar-jaar bi amoon ngir matal yoonent bii, dina dellu am.» Manuscript Releases, number 13, 394.</w:t>
      </w:r>
    </w:p>
    <w:p>
      <w:pPr>
        <w:pStyle w:val="ArticleBody"/>
        <w:jc w:val="left"/>
      </w:pPr>
      <w:r>
        <w:rPr>
          <w:rFonts w:ascii="Times New Roman" w:hAnsi="Times New Roman" w:eastAsia="Times New Roman" w:cs="Times New Roman"/>
        </w:rPr>
        <w:t>Saar fukki ci Daniel kapitel fukk ak benn, day wone jaar-jaar buy dellu ci saar ñeent-fukk ak benn, ndax ci saar ba buur bu bëj-gànnaar taxaw ci suuf su tedd ji. Jaar-jaaru saar fukk ak benn bi day xamale kanam bi sëriñ xare bu Room bi, Pompey, duggale Yuda ak Yerusalem ci njaam.</w:t>
      </w:r>
    </w:p>
    <w:p>
      <w:pPr>
        <w:pStyle w:val="ArticleScripture"/>
        <w:jc w:val="left"/>
      </w:pPr>
      <w:r>
        <w:rPr>
          <w:rFonts w:ascii="Times New Roman" w:hAnsi="Times New Roman" w:eastAsia="Times New Roman" w:cs="Times New Roman"/>
        </w:rPr>
        <w:t>Waaye ki ñëw aay ci moom dina def li mu bëgg, te kenn du taxaw ci kanamam; te dina taxaw ci suuf su tedd bi, te ci loxoom lañuy ko alag. Daniel 11:16.</w:t>
      </w:r>
    </w:p>
    <w:p>
      <w:pPr>
        <w:pStyle w:val="ArticleBody"/>
        <w:jc w:val="left"/>
      </w:pPr>
      <w:r>
        <w:rPr>
          <w:rFonts w:ascii="Times New Roman" w:hAnsi="Times New Roman" w:eastAsia="Times New Roman" w:cs="Times New Roman"/>
        </w:rPr>
        <w:t>Maa ngi bëgg a jëfandikoo kàddu bii ni ab taxawaayu dëgër ngir seet sunu xalaat ci kàddu yi jiitu kàddu boobu, moo tax dinaa tëral jëfandikoo xam-xam boobu ba noppi. Danu namm a won ne jaar-jaar bi topp te ànd ak tasug nguuru Aleksaandar Maag mi ci kàddu ñetteel ak ñeenteel, tambalee na ci atum 1989, te mu teg seen bopp ci xamale xare bu Ukrain bii fi nekk léegi, ndamug Putin ci kaw doole yi Gànnaar yi, ak noonu itam ñàkkam bi mu ci topp, te loolu di dugal ci kàddu fukk ak juroom-benn.</w:t>
      </w:r>
    </w:p>
    <w:p>
      <w:pPr>
        <w:pStyle w:val="ArticleScripture"/>
        <w:jc w:val="left"/>
      </w:pPr>
      <w:r>
        <w:rPr>
          <w:rFonts w:ascii="Times New Roman" w:hAnsi="Times New Roman" w:eastAsia="Times New Roman" w:cs="Times New Roman"/>
        </w:rPr>
        <w:t>«Ndaxte Misra mënul woon a taxaw ci kanam Antiokis, buur bu bëj-gànnaar, Antiokis it mënul woon a taxaw ci kanam waa Room, yi ñëw nag di ko xeex. Benn nguurat dootuloon a man a doxandéem ak kàttan gii di yokku. Siri waa Room daan nañu ko, te yokk ko ci nguurug Room, ba mu nekke woon ne Pompée, atum balaa Kirist 65, dindi Antiokis Asiaticus ay alalam, te wàññi Siri ba muy jëm di porowaasu Room.»</w:t>
      </w:r>
    </w:p>
    <w:p>
      <w:pPr>
        <w:pStyle w:val="ArticleScripture"/>
        <w:jc w:val="left"/>
      </w:pPr>
      <w:r>
        <w:rPr>
          <w:rFonts w:ascii="Times New Roman" w:hAnsi="Times New Roman" w:eastAsia="Times New Roman" w:cs="Times New Roman"/>
        </w:rPr>
        <w:t>“Doole boobu la waroon itam taxaw ci Réew mi Sell mi, te rey ko. Rooma am na lëkkalook ak askanu Yàlla, Yawut yi, ci jàppale gu ñoo bokk, ci atum kanam gi J.K. 161, te bu ba noppi dale fa la am berab bu mag ci kalandriye wu yëglekatu wax yi. Waaye moom, amuloon sañ-sañu nguuru ci Yude ngir nangu ko ci ay xeetu xare yu dëgg, ba ci atum kanam gi J.K. 63; te loolu amoon na ci ni mu topp.”</w:t>
      </w:r>
    </w:p>
    <w:p>
      <w:pPr>
        <w:pStyle w:val="ArticleScripture"/>
        <w:jc w:val="left"/>
      </w:pPr>
      <w:r>
        <w:rPr>
          <w:rFonts w:ascii="Times New Roman" w:hAnsi="Times New Roman" w:eastAsia="Times New Roman" w:cs="Times New Roman"/>
        </w:rPr>
        <w:t>“Bi Pompee delloo gannaaw ba mu jógee ci xareem ak Mithridates, buur bu Pontus, ñaari nit ñuy xeexante, Hyrkanus ak Aristobulus, dañoo doon jàppante ngir kaalaama bu Yude. Seen mbir àgg na ci kanam Pompee, te mu gaaw a gis ne waxin Aristobulus jubul; waaye dafa bëgg a yeggale dogal ci mbir moomu ba gannaaw yoonam bu mu yàggoon a bëgg ca Araabi, di digoon ne bu ko defee dina dellusi, te àtte seen mbir ni ko mel ne moo yell te baax. Aristobulus, mi xam xalaatu Pompee ci biir dëgg, gaawoon a dellu Yude, jëfandikoo ay armam ci nitam, te waajal aaru gu tar, dogu ne ci bépp loraange dina denc kaalaama ga, gi mu gisoon ne dees na ko dogal kenn ku ko moomul. Pompee topp ko bu baax, di dàq ki daw. Ba mu jëgee Yerusalem, Aristobulus, mi tàmbalee réccu yoonam, génn na ngir daje ak moom, te jéem a defar mbir yi ak kóllëre gu mat sëkk ak xaalis yu réy. Pompee, nangu xayma boobu, yónnee Gabinius ak kurélug xarekat ngir jot xaalis yi. Waaye bi njiitu mbooloo xare boobu agsee Yerusalem, fekk na bunt yi tëj ci kanamam, te ñu wax ko ca kaw tata ya ne dëkk ba du sax ci kóllëre googu.”</w:t>
      </w:r>
    </w:p>
    <w:p>
      <w:pPr>
        <w:pStyle w:val="ArticleScripture"/>
        <w:jc w:val="left"/>
      </w:pPr>
      <w:r>
        <w:rPr>
          <w:rFonts w:ascii="Times New Roman" w:hAnsi="Times New Roman" w:eastAsia="Times New Roman" w:cs="Times New Roman"/>
        </w:rPr>
        <w:t>“Pompey, ngir bañu ko man a nax ci noonu te du ci mbugal, mu jébbal Aristobulus, ki mu woon dëkkoo ak moom, ci jéng; te ci saa si mu jóg yoon dem Yerusalem ak bépp mbooloom soldaaram. Ñi doon topp Aristobulus dañoo bëgg a aar bérab ba; ñi doon topp Hyrcanus, ñoom, a ubbi bunt yi. Gannaaw ñoo ëppoon te ñoo manoon ci mbir mi, Pompey jot na ci dugg gu libre ci dëkk ba. Noonu nag, ñi doon ànd ak Aristobulus dañu dëgmal ca tundu kër Yàlla ga, te ñu dogu woon bu mat a ne dañuy aar fa ni Pompey itam dogu woon a jël ko ci doole. Gannaaw ñetti weer, ñu def nañu ab xar ci miir ma mu tolloo ak ngir man a songe; te ñu jël bérab ba ci gémmiñ sabar. Ci rey-rey bu metti ba mu topp, fukk ak ñaar junni nit ñu rey. Li daldi doon lu yéem, ndax, ni bindkat jàllale ko, dafa metti xol gis saraxalekat yi, bi ñuy def seen liggéeyu Yàlla booba, nekk ak loxo gu dal ak xel mu sax di topp seen liggéey gu ñu daan def, mel ni xamuñu jàq-jàq bu doy waar wi dëppoo lépp ci seen wër, doonte seeni xarit di ñu rey ci seen wet, te doonte sax yeneen yoon seen deret booleek deretu sarax yi ñuy jébbal.”</w:t>
      </w:r>
    </w:p>
    <w:p>
      <w:pPr>
        <w:pStyle w:val="ArticleScripture"/>
        <w:jc w:val="left"/>
      </w:pPr>
      <w:r>
        <w:rPr>
          <w:rFonts w:ascii="Times New Roman" w:hAnsi="Times New Roman" w:eastAsia="Times New Roman" w:cs="Times New Roman"/>
        </w:rPr>
        <w:t>«Bi Pompei jeexalee xare bi, mu yàqaat miiri Yerusalem, jël ay dëkk yu bare jële leen ci nguurug Yudee di leen jox ci sañ-sañu Siri, te mu teg Yawut yi wareef. Noonu la, yoon wu njëkk, Yerusalem nekk ci loxoy kàccookat gu réy ga nga xam ne mooy gaaw gi war a yor “suuf su tedd si” ci ay loxoom yu weex-jëf, ba mu ko rey lépp te alag ko.» Uriah Smith, Daniel and the Revelation, 259, 260.</w:t>
      </w:r>
    </w:p>
    <w:p>
      <w:pPr>
        <w:pStyle w:val="ArticleBody"/>
        <w:jc w:val="left"/>
      </w:pPr>
      <w:r>
        <w:rPr>
          <w:rFonts w:ascii="Times New Roman" w:hAnsi="Times New Roman" w:eastAsia="Times New Roman" w:cs="Times New Roman"/>
        </w:rPr>
        <w:t>Dina yokk sunu njàngat ci sunu waatukaay bu bees bi di ñëw.</w:t>
      </w:r>
    </w:p>
    <w:p>
      <w:pPr>
        <w:pStyle w:val="ArticleScripture"/>
        <w:jc w:val="left"/>
      </w:pPr>
      <w:r>
        <w:rPr>
          <w:rFonts w:ascii="Times New Roman" w:hAnsi="Times New Roman" w:eastAsia="Times New Roman" w:cs="Times New Roman"/>
        </w:rPr>
        <w:t>“Li ëpp ne amul benn xuloo mbaa yëngu-yëngu ci biir askanu Yàlla waruñu koo jàppe ni loolu mooy firnde gu wér ne ñoom dañuy sax ci njàngale gu wér. Am na lu war a tax ñu ragal ne xanaa duñu xàllale bu leer dëgg ak njuumte. Bu amul benn laaj bu bees buy tàmbalee ndax seet ci Mbind mi Sell mi, bu amul it benn wuuteb gis-gis buy tax nit ñi seet Biibël bi ci seen bopp ngir wóor ne am nañu dëgg gi, ba noppi dina am ñu bare léegi, ni ci jamono yu yàgg ya, yu daan sax ci cosaan te di jaamu lu ñu xamul.”</w:t>
      </w:r>
    </w:p>
    <w:p>
      <w:pPr>
        <w:pStyle w:val="ArticleScripture"/>
        <w:jc w:val="left"/>
      </w:pPr>
      <w:r>
        <w:rPr>
          <w:rFonts w:ascii="Times New Roman" w:hAnsi="Times New Roman" w:eastAsia="Times New Roman" w:cs="Times New Roman"/>
        </w:rPr>
        <w:t>“Ñu ma won ne ñu bare ñi wax ne am nañu xam-xam ci dëggu jamono jii xamuñu li ñuy gëm. Xamuñu firnde yi aju ci seen ngëm. Amuñu xam-xam gu jub ci liggéeyu jamono jii. Bu waxtu nattu gi agsee, am na ay nit ñi di waareel léegi ci kanamu ñeneen te dinañu gis, bu ñu seetee xalaat yi ñuy taxawal, ne am na ci ay mbir yu ñu mënul a joxe benn sabab bu neex te doy. Ba ñu leen nattu noonu, xamuñuwoon seen réyug ñàkk xam-xam. Te itam am na ñu bare ci mbooloo mi ñuy jàpp ne xam nañu li ñuy gëm; waaye, ba pexe ak werante génnee, xamuñu seen bopp ci seen néew doole. Bu ñu tàqalee ak ñi bokk ak ñoom benn ngëm te ñu war a taxaw kenn ci boppam, moom rekk te doŋŋ, ngir leeral seen ngëm, dinañu yéemu gis ne seen xalaat ci li ñu nangu woon ni dëgg dafa jaxasoo lool. Wóor na ne am na ci sunu biir dëddug Yàlla miy dund ak dellu ci nit ñi, di teg xel mu nit fa xel mu Yàlla waroon nekk.”</w:t>
      </w:r>
    </w:p>
    <w:p>
      <w:pPr>
        <w:pStyle w:val="ArticleScripture"/>
        <w:jc w:val="left"/>
      </w:pPr>
      <w:r>
        <w:rPr>
          <w:rFonts w:ascii="Times New Roman" w:hAnsi="Times New Roman" w:eastAsia="Times New Roman" w:cs="Times New Roman"/>
        </w:rPr>
        <w:t>«Yàlla dina yégle ay nitam; bu yeneen yooni jàppul, ay njàngat yu jubadi dinañu dugg ci seen biir, te loolu dina leen setal, tase xeex bi ak pepp bi. Boroom bi woote na ñépp ñi gëm kàddoom, ngir ñu yewwu génn nelaw. Leer gu am solo agsi na, te méngoo na ak jamono jii. Moo di dëggu Biibël bi, buy wone fitna yi nekk ci sunu wet. Leer googu war na nu jiite ci jàng Mbind mi ak far seet gu wér te gëna xóot ci taxawaay yi nu yor. Yàlla bëgg na ñu seet ba xam bu baax, ak muñ ak sax, mbooleem wàll yi ak taxawaayi dëgg, ci ñaan ak woor. Gëmkat yi waruñu dal ci njort ak xel yu leerul ci lu dëgg di. Seen ngëm war na sampu bu dëgër ci kàddu Yàlla, ngir bu waxtu nattu bi agsee te ñu yóbbu leen kanamu kuréeli àtte ngir ñu tontu ci seen ngëm, ñu man a joxe lay ci yaakaar ji nekk ci ñoom, ak lewet ak ragal.»</w:t>
      </w:r>
    </w:p>
    <w:p>
      <w:pPr>
        <w:pStyle w:val="ArticleScripture"/>
        <w:jc w:val="left"/>
      </w:pPr>
      <w:r>
        <w:rPr>
          <w:rFonts w:ascii="Times New Roman" w:hAnsi="Times New Roman" w:eastAsia="Times New Roman" w:cs="Times New Roman"/>
        </w:rPr>
        <w:t>“Yëngal, yëngal, yëngal. Mbir yi nu di joxe àddina war na nekk ci nun ab dëgg gu wóor te dund. Am na solo lool ci ne, bu nuy sàmm njàngale yi nu jàppe ne ay dogal yu njëkk ci ngëm, bu nu bañ a may sunu bopp nu jëfandikoo ay xalaat yu baaxul ba mat sëkk. Loolu man naa jariñ ngir noppi ku nuy werante, waaye du maggal dëgg gi. War na nu joxe ay xalaat yu wér, yu dul rekk noppi sunuy weddi-kat, waaye yu mana dékku ci seetlu gu gën a jege te gën a xëy. Ci ñi jàngal seen bopp ngir di werante, am na fi màggalug risku ne duñu doxale Kàddu Yàlla ak njub gu wóor. Bu nu daje ak ku nuy weddi, sunu coono bu dëgg war na nekk ci joxe mbir yi ak anam wu mana yóbbu kóolute ci xelam, te bañ a seet rekk ni nu di yokk kóolute ci boroom ngëm.”</w:t>
      </w:r>
    </w:p>
    <w:p>
      <w:pPr>
        <w:pStyle w:val="ArticleScripture"/>
        <w:jc w:val="left"/>
      </w:pPr>
      <w:r>
        <w:rPr>
          <w:rFonts w:ascii="Times New Roman" w:hAnsi="Times New Roman" w:eastAsia="Times New Roman" w:cs="Times New Roman"/>
        </w:rPr>
        <w:t>“Lu nit nit ndaw xel nit ki mën a yokk, bu bañ benn xeesal xalaat ne amul soxla ci seet bu mat te sax ci Mbind mi Sell yi ngir gëna am leer. Nun, ni nit ñu woote, ku nekk ci sunu bopp dañu nu woo ngir doon taalibey waxu yonent yi. War nañu wottu ak farlu ngir man a xam benn leeru ndamte bu Yàlla di nu wone. War nañu jàpp njalbéen yu njëkk yu dëgg; te jaarale ko ci njàng mu ànd ak ñaan, mën nañu jot ci leer lu gëna rõy, te loolu manees na koo indil kanam ñeneen.”</w:t>
      </w:r>
    </w:p>
    <w:p>
      <w:pPr>
        <w:pStyle w:val="ArticleScripture"/>
        <w:jc w:val="left"/>
      </w:pPr>
      <w:r>
        <w:rPr>
          <w:rFonts w:ascii="Times New Roman" w:hAnsi="Times New Roman" w:eastAsia="Times New Roman" w:cs="Times New Roman"/>
        </w:rPr>
        <w:t>“Bu waa Yàlla nekk ci jàmm te doy seen xam-xam bu ñu am léegi, kon man nanu wóor ne du leen may ndam. Coobareem mooy ñuy sax di dem kanam ngir jot leer gu yokku te di gën a yokku, gi leen di leeral. Taxawaayu kërceg gi léegi neexul Yàlla. Dafa amoon ag muñoo-bopp gu tax ñu gisul ne am na soxla ci yeneen dëgg ak leer gu gën a mag. Nu ngi dund ci jamono jii nga xam ne Seytaane mi ngi liggéey ci sunu ndeyjoor ak ci sunu càmmoñ, ci sunu kanam ak ci sunu gannaaw; teewul ñu nit ñi nu doon, nu ngi nelaw. Yàlla bëgg na baat bu ñu dégg, buy yëngal ay doomam ngir ñu jëf.”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Téeméeri ak juróom-ñett ak benn ci lim bi</dc:title>
  <dc:subject>Ubbi giir: Xalaat-yéene ci Saar fukki ak benn bi ci Daniel</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