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Benn bi ci juróom-benn téeméeri fanweer ak juróom-ñeent</w:t>
      </w:r>
    </w:p>
    <w:p>
      <w:pPr>
        <w:pStyle w:val="ArticleSubtitle"/>
        <w:jc w:val="left"/>
      </w:pPr>
      <w:r>
        <w:rPr>
          <w:rFonts w:ascii="Arial" w:hAnsi="Arial" w:eastAsia="Arial" w:cs="Arial"/>
        </w:rPr>
        <w:t>Njariñu Yonent bi nekk ci Daniel 11: Leerali Solo yu Tariix ak yi ñëw ci ëllëg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Ci njënt fukk ci ayu-benn Daniel fukki ak benn, am na ci wax ne Pompey dafa not Yuda ak Yerusalem ci atum 63 bala Kirist. Loolu dafay tektale yoonu Dibeer bi mu ngi ñëw léegi ci États-Unis, ngir matal benn-fukk ak benn ci aayu benn boobu ci benn sarax. Jaar-jaar bu ànd ak aayu bi day wone xareb réew mi ngay am ba noppi bi dëkk bi ñu jàpp, ba noonu di xamale delluwaatug xareb biir-réew bu États-Unis, bi léegi di am ci États-Unis. Masaa xët yi génn nañu wala déedéet, ñaari xeet yi léegi dañuy bëgg a yore sañ-sañu États-Unis. Bi Pompey notee Yerusalem, loolu dafa firndeel ne Yerusalem dina des ci boroom nguurug Room ba kera muñu ko alag ci atum 70 gannaaw Kirist. Noonu nag, mujj na ci ne loolu dafa doon misaal bu yoonu Dibeer bi mu ngi ñëw léegi, bi muy màndarga mujjug juróomeel bennoo nguur gi ci kàddu-yëgleb Bibli bi.</w:t>
      </w:r>
    </w:p>
    <w:p>
      <w:pPr>
        <w:pStyle w:val="ArticleBody"/>
        <w:jc w:val="left"/>
      </w:pPr>
      <w:r>
        <w:rPr>
          <w:rFonts w:ascii="Times New Roman" w:hAnsi="Times New Roman" w:eastAsia="Times New Roman" w:cs="Times New Roman"/>
        </w:rPr>
        <w:t>Pompey mooy ki jiitu ci ñeenti dooley Room yiñu xamle ci kàddu gi. Marc Antony itam, ndaxte Room la woon, ñu xamle ko itam; waaye ci ñeenti dooley yiñu wone ne ay njiitu Room lañu, Antony dafa tey njiitu gu Room gu weddi te bokk ak Misra ngir jàppandoo ak Room. Pompey, Julius Caesar, Augustus Caesar ak Tiberius Caesar ñoo di ñeenti waa Room yiñu jëfandikoo ci yëgleb ngir tegtal ñeenti maas yu kàddug réew mi ci bëndu-repiblik bu rab wu suuf si.</w:t>
      </w:r>
    </w:p>
    <w:p>
      <w:pPr>
        <w:pStyle w:val="ArticleBody"/>
        <w:jc w:val="left"/>
      </w:pPr>
      <w:r>
        <w:rPr>
          <w:rFonts w:ascii="Times New Roman" w:hAnsi="Times New Roman" w:eastAsia="Times New Roman" w:cs="Times New Roman"/>
        </w:rPr>
        <w:t>Pompey, miy tegu njàmbaarug xeexu biir réew bu États-Unis ci maasinu 1863, day melit itam maasinu mujj gi ak “xeexu biir réew” bii taxaw tey. Julius Caesar day tegu ñaareelu maasin, bi États-Unis sampoon na bu baax ni réew mi gën a mag ci diggante xeet yi, waaye ñu rey ko ci 1913, ba nguurug sistemu xaalis bi joxeesoon sistemu bank yu globalist yi, te liggéeyu benn gouvernementu àddina tàmbali. Caesar Augustus day tegu at yi teddoon ci ndam ak màggat gu àddina ci ñaari xeexi àddina yi njëkk, ba ci lu dul deret ju tuuru, États-Unis doon mbégteefu àddina. Noonu itam ci maasinu mujj gi, Tiberius Caesar, mi siiw ci naanam ak daajale Kirist, day tegu jamono ji tàmbalee bu baax ak tànneef John F. Kennedy, njëkk prezidaŋ bu Katolik, noonu di fësal maasin gi di sujjóot Room.</w:t>
      </w:r>
    </w:p>
    <w:p>
      <w:pPr>
        <w:pStyle w:val="ArticleBody"/>
        <w:jc w:val="left"/>
      </w:pPr>
      <w:r>
        <w:rPr>
          <w:rFonts w:ascii="Times New Roman" w:hAnsi="Times New Roman" w:eastAsia="Times New Roman" w:cs="Times New Roman"/>
        </w:rPr>
        <w:t>Mbiri yu wax ci kàddug yonent yi teewul ci Pompey am na solo, waaye fii nu ngi ci di seet rekk ci mbiri yonent yi jiitu Pompey ak wërsëg 16, di mbir moo tàmbali ci ñaari wërsëg yu njëkk yi ci bàyyi bi, te di jàngale 1989 ne mooy jamono ju mujj ji, ba noppi di tàkkalee ne President bu juróom-bennoo waare bi gëna bare alal gannaaw Reagan, mooy kiy yëngal globalist yi, ni Trump dëgg-dëgg def ko bu baax.</w:t>
      </w:r>
    </w:p>
    <w:p>
      <w:pPr>
        <w:pStyle w:val="ArticleBody"/>
        <w:jc w:val="left"/>
      </w:pPr>
      <w:r>
        <w:rPr>
          <w:rFonts w:ascii="Times New Roman" w:hAnsi="Times New Roman" w:eastAsia="Times New Roman" w:cs="Times New Roman"/>
        </w:rPr>
        <w:t>Trump mel naññal ci buur bu ñeenteel bi topp Ciiruus, turam Xersees, buur-u Perse bu bare alal, mi itam ñu xam ni mooy Ahasweroos ci nettali Ester. Ci aaya yi, buur bi ci topp Xersees mooy Alekseen bu Mag bi ci aaya ñetteel. Ci cosaan, amoon na juróom-ñaar ñetti buur yu nekk ci diggante Xersees ak Alekseen bu Mag. Dale ci Trump ba ca nguur gu benn adina gi Alekseen bu Mag di firndeel, fukk buur lañu teewal; Trump mooy ki jëkk, te Alekseen mooy ki mujj.</w:t>
      </w:r>
    </w:p>
    <w:p>
      <w:pPr>
        <w:pStyle w:val="ArticleBody"/>
        <w:jc w:val="left"/>
      </w:pPr>
      <w:r>
        <w:rPr>
          <w:rFonts w:ascii="Times New Roman" w:hAnsi="Times New Roman" w:eastAsia="Times New Roman" w:cs="Times New Roman"/>
        </w:rPr>
        <w:t>Rëdd yi ci yonent bi wone ne ñépp buur yi ci suuf si dinañu def njaalook ak papauté bi ci mujug àddina, te buur yooyu dañu leen tekki ni “fukki buur”. Akab, mi doon boppu nguur gu am fukk, te mi takkoon Yeesabel, dafay tey wax ne doonte fukki buur yi ñépp dañuy def njaalook ak papauté bi, amna benn buur bu njëkk buy jigéen ci lii. Bi papauté bi jëkk a joxee gangu suuf si, buur bu njëkk boobu mooy Klowis, buurub Faràng yi (France) ci atum 496 gannaaw Almasi bi. Loolu méngook na ak li papauté bi di woowe France doom bu njëkk bu Kàtólik gi, ak jigéen bu mag bu njëkk bu Kàtólik gi.</w:t>
      </w:r>
    </w:p>
    <w:p>
      <w:pPr>
        <w:pStyle w:val="ArticleBody"/>
        <w:jc w:val="left"/>
      </w:pPr>
      <w:r>
        <w:rPr>
          <w:rFonts w:ascii="Times New Roman" w:hAnsi="Times New Roman" w:eastAsia="Times New Roman" w:cs="Times New Roman"/>
        </w:rPr>
        <w:t>Liggéeyi yoonent bi Fraans defoon ci di teg Room ci gangunaayu àddina su ñu man a wax ne dafa xamle liggéeyu yoonent bi États-Unis di def. Sàrti Dibéeri bésu dund gi ci yoonent yu Biibël bi tambalee na ci États-Unis, te gannaaw loolu réew mu nekk ci kaw suuf topp na misaal moomu. Rëdd ak rëdd ci yoonent yi, dañuy wone ne buur bu njëkk ci fukki buur ya, mooy ki jëkk te gën a mag ci ñi di njaaloo ak góor-guy bàkkaar bi ci fan yu mujj yi, mooy États-Unis. Doonte ne benn buur feeñul diggante Xerxès, buur bu njëkk bi gëna am alal, ak Alexandre le Grand, buur bu mujj bi, ci aaya ñaar ak ñett, waaye jaar-jaar bi dafay xamle fukki buur. Limu fukk dafay tegtal nattu, te itam dafay tegtal booloo gu ànd.</w:t>
      </w:r>
    </w:p>
    <w:p>
      <w:pPr>
        <w:pStyle w:val="ArticleBody"/>
        <w:jc w:val="left"/>
      </w:pPr>
      <w:r>
        <w:rPr>
          <w:rFonts w:ascii="Times New Roman" w:hAnsi="Times New Roman" w:eastAsia="Times New Roman" w:cs="Times New Roman"/>
        </w:rPr>
        <w:t>Nattu bi moome àddina di jànkoonte mooy sampug ab yoon wu màndargaat ci àddina bépp, te mi ngi ko tekki ni mooy nataalu rab wu bon wi. Boobu nattu tambali na ca États-Unis bi ci yoonu Dibéer bu ñuy ñëw léegi, te mu jeex bu xeet yi yépp ci suuf si toppalee misaal boobu. Yeesu dafa sax di misaalal mujju mbir ak njàlbéenam; moo tax, doonte buur yu nekk ci diggante buur bu gëna am alal ak Aleksàndar amuñu leen bind ci aaya 2 ak 3, waaye taarix moo xamle ne am na jëfandikoo bu nattu, buy tambalee ak president bi gëna bare alal, te alalam jóg na ci ay liggéeyam yu mu doon def ci wàllu biznes, waaye du ndax dafa sos alal bi mu bokk ci sistem politig bu yàqu.</w:t>
      </w:r>
    </w:p>
    <w:p>
      <w:pPr>
        <w:pStyle w:val="ArticleBody"/>
        <w:jc w:val="left"/>
      </w:pPr>
      <w:r>
        <w:rPr>
          <w:rFonts w:ascii="Times New Roman" w:hAnsi="Times New Roman" w:eastAsia="Times New Roman" w:cs="Times New Roman"/>
        </w:rPr>
        <w:t>Tur, “America” jóg na ci wersiyoŋ bu Latiin bu tur wi “Amerigo,” te loolu jóge na ci Amerigo Vespucci, ab Italian buy tukki ngir seet ak buy yóbbu gaal, mi doon ku def ay tukki yu bari jëm ci Àdduna bu Bees bi ci mujjug at yu 15e ak tambaleg at yu 16e. Ci ëmbéem, seet-setalu Vespucci yi ame nañu ndimbal ci dooleb xaalis ak yokkute kapitaal yu sponsëër ak aar-kat yu gisoon ay yoon ngir am njariñ, yaatal, ak terànga ci seet-setalug Àdduna bu Bees bi. Tur wi “America” mooy tektalug jëf ju jëm ci jur njariñ.</w:t>
      </w:r>
    </w:p>
    <w:p>
      <w:pPr>
        <w:pStyle w:val="ArticleBody"/>
        <w:jc w:val="left"/>
      </w:pPr>
      <w:r>
        <w:rPr>
          <w:rFonts w:ascii="Times New Roman" w:hAnsi="Times New Roman" w:eastAsia="Times New Roman" w:cs="Times New Roman"/>
        </w:rPr>
        <w:t>Yeesu dafay mel ni mujjug benn mbir di ànd ak njàlbéenam, te njàlbéenu fukki buur yi, ñiy firndeel jéego ji jóge ci nguuru Medo-Perse gu am ñaari béjjén ba ag nguuru benn àddina bi Aleksàndar Bu Mag mi di tegtal, dafay tàmbalee ci buur bu bare alal bi, miy prezidentu nguuru gi Fraas ak Axaab di misaalal, te moom itam dina nekk bopp bi Aleksàndar Bu Mag mi di tegtal, bu àddina bépp jànkoonte ak wàllu ekonomii yi méngook kàttanu Etazini, bi muy forcé àddina bépp sujjóot ci kanam kërkatu Katolik, su fekkee ne bëgg nañu mana jënd ak jaay.</w:t>
      </w:r>
    </w:p>
    <w:p>
      <w:pPr>
        <w:pStyle w:val="ArticleBody"/>
        <w:jc w:val="left"/>
      </w:pPr>
      <w:r>
        <w:rPr>
          <w:rFonts w:ascii="Times New Roman" w:hAnsi="Times New Roman" w:eastAsia="Times New Roman" w:cs="Times New Roman"/>
        </w:rPr>
        <w:t>Nguuru jirom-ñaareel bi ci téereb Peeñ mi, saraxale fukk yi la; te benn ci jikko yu wax ci jamono yu saraxale fukk yooyu mooy ne dañuy sax rekk ab “jamono ju gàtt”, bala ñu bokk ci ndigal gi di jox seen nguuru jirom-ñaareel bi ca jigéen ju ndaw ji ca Babilon, mi sax rekk “benn waxtu”. Li tax ci waxu yàlla ñu nangu boobu ndigal mooy ndaxte dafañu màndi ak biiñu Babilon. Ci mbirum nettali, Aleksàndar bu Mag bi itam nguuram saxul lu yàgg, ndax dundam jeex na lu gaaw ni nguuram taxawee; ndaxte dafa naan ba dee, noonu muy misaalal jamono ju gàtt ak màndi gi ci saraxale fukk yu Mbootaay Adduuna bi. Bu Aleksàndar bu Mag bi jógée rekk, mu yàqu, te ñu jox nguuram ci ñeenti ngélaw yi, loolu di seetlu njàppale gi topp ngir delloo waat nguuram gu njëkk.</w:t>
      </w:r>
    </w:p>
    <w:p>
      <w:pPr>
        <w:pStyle w:val="ArticleScripture"/>
        <w:jc w:val="left"/>
      </w:pPr>
      <w:r>
        <w:rPr>
          <w:rFonts w:ascii="Times New Roman" w:hAnsi="Times New Roman" w:eastAsia="Times New Roman" w:cs="Times New Roman"/>
        </w:rPr>
        <w:t>Te itam ci atum jëkk ci jamono bu njëkk bu Dariyus, Mède bi, man it sax naa ngir dëgëral ko te dooleel ko. Léegi nag dinaa la won dëgg gi. Xoolal, am na ñetti buur yu ciy yokkute ci Pers; te ñenteel bi dina gëna bare alal ñoom ñépp. Te ci dooleem gu bawoo ci alalam, dina yëngal ñépp ngir jëm ci nguurug Geres. Te buur bu am kàttan dina taxaw, kooku dina nguuru ak boroom sañ-sañ gu mag, te dina def li ko soob. Waaye bu taxawee, nguuram dina damm, te dina séddoo jëm ci ñeenti ngelaw yi ci asamaan; waaye du dem ci ay sëtam, mbaa ci sañ-sañ ga mu doon nguuru; ndaxte nguuram dees na ko root, ba jox ko ay keneen yu dul ñoom. Daniel 11:1–4.</w:t>
      </w:r>
    </w:p>
    <w:p>
      <w:pPr>
        <w:pStyle w:val="ArticleBody"/>
        <w:jc w:val="left"/>
      </w:pPr>
      <w:r>
        <w:rPr>
          <w:rFonts w:ascii="Times New Roman" w:hAnsi="Times New Roman" w:eastAsia="Times New Roman" w:cs="Times New Roman"/>
        </w:rPr>
        <w:t>Nguuru Aleksàndar tasaaroo gaaw ga mu jëkk a booloo, ndaxte moo mel ni mu tegtal fan yu mujj yi, yi ci yonent bi santalee ne dinañu ame bu gaaw.</w:t>
      </w:r>
    </w:p>
    <w:p>
      <w:pPr>
        <w:pStyle w:val="ArticleScripture"/>
        <w:jc w:val="left"/>
      </w:pPr>
      <w:r>
        <w:rPr>
          <w:rFonts w:ascii="Times New Roman" w:hAnsi="Times New Roman" w:eastAsia="Times New Roman" w:cs="Times New Roman"/>
        </w:rPr>
        <w:t>“Kuréli ñu bon yi di boole seen doole te di dëppoo. Ñu ngi gën a doole ngir kris bu mag bu mujj bi. Coppite yu mag yu bari dinañu xeew lu gaaw ci sunu àddina, te yëngu-yëngu yu mujj yi dinañu gaaw lool.” Testimonies, volume 9, 11.</w:t>
      </w:r>
    </w:p>
    <w:p>
      <w:pPr>
        <w:pStyle w:val="ArticleBody"/>
        <w:jc w:val="left"/>
      </w:pPr>
      <w:r>
        <w:rPr>
          <w:rFonts w:ascii="Times New Roman" w:hAnsi="Times New Roman" w:eastAsia="Times New Roman" w:cs="Times New Roman"/>
        </w:rPr>
        <w:t>Ñetteelu Islam gi dafa tabaxu ci melokaan yu yonent yi ñu joxoon jëfandikoo ci njëkk wa ak ñaareel wa. Ci njëkk wa, amoon na ab diir bu tàmbalee ak ñëwug Mohammed te dafa wéy ba ci beneen diir bi, bi ñu xamle ni mooy “juróom-weer” walla téeméeri at ak fukki at, bi Islam di “lor” mbooloom xarekat yu Room. Jeexitalu yonentug jamonoy téeméeri at ak juróom-fukk yi, ci benn yoon, mooy tambali yonentug ñeent téeméeri at ak ñent-fukk ak benn at ak fukki fan yi, bi Islam bu ñaareelu ñetteelu wa, di noonu “rey” mbooloom xarekat yu Room.</w:t>
      </w:r>
    </w:p>
    <w:p>
      <w:pPr>
        <w:pStyle w:val="ArticleBody"/>
        <w:jc w:val="left"/>
      </w:pPr>
      <w:r>
        <w:rPr>
          <w:rFonts w:ascii="Times New Roman" w:hAnsi="Times New Roman" w:eastAsia="Times New Roman" w:cs="Times New Roman"/>
        </w:rPr>
        <w:t>11 Sàttumbar 2001 moo màndarga ag jamono ji Mohammed mi ci njëkk “woe” teewaloon, te jamono jooju dafay boole 7 Oktoobar 2023 muy màndarga tambali jamono ji Islaam di “lor” “xarekat yu Room” ci “Réew mi Tedd ba” bu yàgg ya, te réew moomu dafay taxawal Etats-Unis, te gannaaw 7 Oktoobar 2023, mbirum toggoor yi Islaam di def ci kaw xarekat Room, mu ngi jëgëral ñaar téeméeri ataka yi ba ci saafara bindu mbind mi ci 17 Fewriye 2024.</w:t>
      </w:r>
    </w:p>
    <w:p>
      <w:pPr>
        <w:pStyle w:val="ArticleBody"/>
        <w:jc w:val="left"/>
      </w:pPr>
      <w:r>
        <w:rPr>
          <w:rFonts w:ascii="Times New Roman" w:hAnsi="Times New Roman" w:eastAsia="Times New Roman" w:cs="Times New Roman"/>
        </w:rPr>
        <w:t>Ci yoon bi ñëw bu gaaw te di Santaare gaay yiir ci dibeer, États-Unis dees na ko “rey” ni mu nekk bu njël jukóon bennoo bii juróom-benni nguur yi ci waxu yonent yi ci Biibël, te loolu méngoo na ak ñetti téeméeri ak juróom-benn fukk ak benn at ak fukk ak juróom fan yu xarey Islaam doon songe ba rey mbooloom xarekat yi Roma yu jëkk ya, bi xareem jihaad bu mag bu ñetteel di gën a metti. Bu Mikael taxawee, àtteb doom-aadama tëj na, te ñeenti ngelaw yi bàyyiku nañu leen ba mu mat ci biir juróom-ñaari musiba yu mujj ya.</w:t>
      </w:r>
    </w:p>
    <w:p>
      <w:pPr>
        <w:pStyle w:val="ArticleScripture"/>
        <w:jc w:val="left"/>
      </w:pPr>
      <w:r>
        <w:rPr>
          <w:rFonts w:ascii="Times New Roman" w:hAnsi="Times New Roman" w:eastAsia="Times New Roman" w:cs="Times New Roman"/>
        </w:rPr>
        <w:t>“Gis naa ne mer xeeti yi, meru Yàlla, ak waxtu wi ñuy àtte dee yi nekk nañu yu wuutante te xàju, kenn di topp kenn; te it gis naa ne Mixael boogu woonagul taxaw, te jamono tiis bi mel ni musiba gu meloo woonagul dara lu ko ni mel, tàmbalagul woon. Léegi xeeti yi mer nañu, waaye bu sunu Saraxalekat bu Kowe jeexalee liggéeyam ci bérab bu sell bi, dina taxaw, sol yére yi ngir fey, te ba noppi juróom-ñaari mbugal yu mujj ya dinañu leen tuuru.”</w:t>
      </w:r>
    </w:p>
    <w:p>
      <w:pPr>
        <w:pStyle w:val="ArticleScripture"/>
        <w:jc w:val="left"/>
      </w:pPr>
      <w:r>
        <w:rPr>
          <w:rFonts w:ascii="Times New Roman" w:hAnsi="Times New Roman" w:eastAsia="Times New Roman" w:cs="Times New Roman"/>
        </w:rPr>
        <w:t>“Gis naa ne ñent malaaka yi dinañu téye ñent ngelaw yi ba keroog liggéeyu Yeesu jeexee ci bérabu sell ba, te gannaaw loolu juróom-ñaari musiba yu mujj yi dinañu ñëw.” Early Writings, 36.</w:t>
      </w:r>
    </w:p>
    <w:p>
      <w:pPr>
        <w:pStyle w:val="ArticleBody"/>
        <w:jc w:val="left"/>
      </w:pPr>
      <w:r>
        <w:rPr>
          <w:rFonts w:ascii="Times New Roman" w:hAnsi="Times New Roman" w:eastAsia="Times New Roman" w:cs="Times New Roman"/>
        </w:rPr>
        <w:t>“Ñent yi” Sister White misaale leen ni “fas bu mere, di wut a rocci te indi dee ak yàqute ci yoonam,” te ñu bàyyi leen bu baax bu mat bi xëyug xamle tëjée. Ñu feeñoon ne ñu bàyyi leen ci ñaareelu ay, ci ni “ñenti malaaka”, waaye du woon ñent yi.</w:t>
      </w:r>
    </w:p>
    <w:p>
      <w:pPr>
        <w:pStyle w:val="ArticleScripture"/>
        <w:jc w:val="left"/>
      </w:pPr>
      <w:r>
        <w:rPr>
          <w:rFonts w:ascii="Times New Roman" w:hAnsi="Times New Roman" w:eastAsia="Times New Roman" w:cs="Times New Roman"/>
        </w:rPr>
        <w:t>Mu wax malaaka bu juróom-beneel bi mi amoon buxus bi ne: “Bàyyi ñent malaaka yi ñu jëbbal ci dex gu mag gi, Euphrates.” Noonu ñent malaaka yaa ñu bàyyi, ñi ñu waajaloon ngir benn waxtu, ak benn bés, ak benn weer, ak benn at, ngir rey ñetteelu nit ñi. Peeñu Yàlla 9:14, 15.</w:t>
      </w:r>
    </w:p>
    <w:p>
      <w:pPr>
        <w:pStyle w:val="ArticleBody"/>
        <w:jc w:val="left"/>
      </w:pPr>
      <w:r>
        <w:rPr>
          <w:rFonts w:ascii="Times New Roman" w:hAnsi="Times New Roman" w:eastAsia="Times New Roman" w:cs="Times New Roman"/>
        </w:rPr>
        <w:t>“Ñaari ngelaw yi” walla “ñaari malaaka yi” ñoom ñépp ay ràññee yu Islam lañu, ni ko jëfandikookat bu ràññe bi di wone ci mbir mi fa mu nekk. Bi Alekseer Bu Mag bi jógée, nguuram, mi di ndigal gu juróom-ñaareel gi, maanaam benn ci ñetti xaaj yi nguur gu ñett-benn gi bu njiit, rab wi ak yonent bu dëggul bi, “bu mu taxawee, dees na damm nguuram, te séddale ko jëm ci ñaari ngelaw yi ci asamaan.” Bu waxtu nattu nit ñi tëjee, dees na bàyyi ñaari ngelaw yi, walla ñaari malaaka yi, te ñoom dañuy damm nguuram, ndaxte nguuram “dees na ko damm.” Fekk na booba, fukki buur yooyu ak seeni bokk, jaaykat yu globalist yi, dinañu taxaw fu sore, di jooy, di metti xol, di yuuxu.</w:t>
      </w:r>
    </w:p>
    <w:p>
      <w:pPr>
        <w:pStyle w:val="ArticleScripture"/>
        <w:jc w:val="left"/>
      </w:pPr>
      <w:r>
        <w:rPr>
          <w:rFonts w:ascii="Times New Roman" w:hAnsi="Times New Roman" w:eastAsia="Times New Roman" w:cs="Times New Roman"/>
        </w:rPr>
        <w:t>Ndaxte buur ya dajale woon nañu; ñu romb ci benn yoon. Gis nañu ko, ba noppi ñu waaru; tiit jàpp na leen, te ñu gaaw a daw. Foofa ragal moo leen jàpp; metit it, ni jigéen ju nekk ci mat. Yaa damm gaal yu Tarsis ak ngelaw gu jóg ci penku. Sabóor 48:4–7.</w:t>
      </w:r>
    </w:p>
    <w:p>
      <w:pPr>
        <w:pStyle w:val="ArticleBody"/>
        <w:jc w:val="left"/>
      </w:pPr>
      <w:r>
        <w:rPr>
          <w:rFonts w:ascii="Times New Roman" w:hAnsi="Times New Roman" w:eastAsia="Times New Roman" w:cs="Times New Roman"/>
        </w:rPr>
        <w:t>Jëfandikooku ekonomig bu fukki buur yi dañu ko dammale ak “ngilaw gu bëj-gànnaar” gu Islaam.</w:t>
      </w:r>
    </w:p>
    <w:p>
      <w:pPr>
        <w:pStyle w:val="ArticleScripture"/>
        <w:jc w:val="left"/>
      </w:pPr>
      <w:r>
        <w:rPr>
          <w:rFonts w:ascii="Times New Roman" w:hAnsi="Times New Roman" w:eastAsia="Times New Roman" w:cs="Times New Roman"/>
        </w:rPr>
        <w:t>Ñi woykat yi indi la ca ndox yu réy; ngelawlu penku bi dam la ci diggu géej yi. Sa alal, ak say maarket yi, sa njëg, say gaal-kat, ak say jiitekat, say defarkat gaal, ak ñiy liggéey ci sa njëg, ak sa ñépp ñu bokk ci xare bi nekk ci yaw, ak sa mboolem mbooloo mi nekk ci sa biir, dinañu daanu ci diggu géej yi bésub sa yàqub. Ezekiel 27: 26, 27.</w:t>
      </w:r>
    </w:p>
    <w:p>
      <w:pPr>
        <w:pStyle w:val="ArticleBody"/>
        <w:jc w:val="left"/>
      </w:pPr>
      <w:r>
        <w:rPr>
          <w:rFonts w:ascii="Times New Roman" w:hAnsi="Times New Roman" w:eastAsia="Times New Roman" w:cs="Times New Roman"/>
        </w:rPr>
        <w:t>“ngelaw buur” gu Islaam di toj nguurug fukki buur ya ci “bésu seen musiba,” ni ko mel ni nguurug Alekseenër Bu Mag bañ a “toju” te ñu jox ko ci ñenti ngelaw yi. Lu bare ci jaar-jaar bi xeewoon ci Daniel sarax fukk ak benn dina dellusi su sarax fukk ak benn di agsi ci matam gu mujj. Xam fu war a tëddoo jaar-jaar yooyu ci yoon wu jub mooy liggéeyu waxandéef bu ñeel ñi ñu woo ngir ñu doon taalibey waxandéef. Juróom-benn baat yu mujj yi ci Daniel sarax fukk ak benn di jeex ci tëjjeefu xelinu nit, bi Mikaayel taxawee. Bi ñu séddee nguurug Alekseenër Bu Mag ci ñenti ngelaw yi, dafay tegtal tëjjeefu xelinu nit, te di wone ne jaar-jaaru waxandéef bi topp ci aaya juróom, ak lu ko gën a weesu, war nañu koo jàpp ni mooy sàrtu waxandéef wu bees.</w:t>
      </w:r>
    </w:p>
    <w:p>
      <w:pPr>
        <w:pStyle w:val="ArticleBody"/>
        <w:jc w:val="left"/>
      </w:pPr>
      <w:r>
        <w:rPr>
          <w:rFonts w:ascii="Times New Roman" w:hAnsi="Times New Roman" w:eastAsia="Times New Roman" w:cs="Times New Roman"/>
        </w:rPr>
        <w:t>Aayaat wurom ba fukk ak juróom-benn ba aayaat fukk ak juróom-ñaar jëfandikoo nañu ngir xamle taariixu at 538 ba baatu Dimaas bu dium ñëw. Aayaat wurom ba juróom-ñett dañuy tegtal taariixu junni ak ñaar téeméeri at ak juróom-benn-fukk yu nguurug baap bu njëkk mi, mi tambalee ci atum 538 te jeex ci waxtu mujj ga ci 1798. Aaya fukk mooy xamle taariix bi mel ni aaya ñent-fukk, ba baap bu njëkk mi daggalee Bëj-gànnaaru Soviet ci waxtu mujj ga ci 1989. Aaya fukk ak benn ak aaya fukk ak ñaar dañuy xamle xareb yónnee-kat bii léegi ci Ukraine, bi Putin ak Russie di koy am ndam, waaye li di topp ndamu Putin dina méngoo ak “xareb Ninive,” ak “mbëggeelu Chosroes,” mi doon “caabi bi ubbi kër gu xóotul te amul suuf,” gi génne Islam ci taariixu njëkk aak.</w:t>
      </w:r>
    </w:p>
    <w:p>
      <w:pPr>
        <w:pStyle w:val="ArticleBody"/>
        <w:jc w:val="left"/>
      </w:pPr>
      <w:r>
        <w:rPr>
          <w:rFonts w:ascii="Times New Roman" w:hAnsi="Times New Roman" w:eastAsia="Times New Roman" w:cs="Times New Roman"/>
        </w:rPr>
        <w:t>Gannaaw jàmmaar gu gàtt gi Putin amoon, États-Unis, ci aaya yi fukk ak ñett ba fukk ak juróom, dina daan xareb wàlluwaay bi; loolu mooy jeexital xareb wàlluwaay ba ñu doon doxal dale ko ci Xare Aduna bi Ñaareel. Xaaj bi mi ngi tudde ñetti xare: xare bu njëkk bi jeex na ci 1989, ngir matal aaya fukk ak ñeent; ñaareel xare bi, mooy xare bi léegi ci Ukraine, te muy wone aaya fukk ak benn ak fukk ak ñaar; te ñetteel xareb wàlluwaay bi, miy feeñal ndam mu mujj mu États-Unis, mi ngi nekk ci aaya fukk ak ñett ba fukk ak juróom.</w:t>
      </w:r>
    </w:p>
    <w:p>
      <w:pPr>
        <w:pStyle w:val="ArticleBody"/>
        <w:jc w:val="left"/>
      </w:pPr>
      <w:r>
        <w:rPr>
          <w:rFonts w:ascii="Times New Roman" w:hAnsi="Times New Roman" w:eastAsia="Times New Roman" w:cs="Times New Roman"/>
        </w:rPr>
        <w:t>Li waral ñetti jamono yii ñu tektal ci ay saar yu njëkk jógé ci aaya juróom-ba jàpp ci fukk ak juróom-benn, mooy ne ñaari jamono yu mujj yi, yiy tektal xare bi leegi nekk ci Ukraine, te gannaaw loolu fayu Ameerik, dañuy am ci waxtu màndarga gi. Aaya fukk ak juróom-benn day wone yoonu dundub bésu Dibéer bu gaaw a ñëw ci Etats-Unis. Aaya juróom-ba ba fukk dañuy tektal jaar-jaari jamono 538 ba jàpp ci waxtu mujj ga ci 1798, te gannaaw loolu ba ci waxtu mujj ga ci 1989. Kon nag, ñaari xeex yi ci xare proxy bu mujj bi, yi ñu tektal ci aaya fukk ak benn ba fukk ak juróom, dañuy mat ci jamono ji Ezekiel saar fukk ak ñaar waxe ne njeexital bépp gis-gis day am mat.</w:t>
      </w:r>
    </w:p>
    <w:p>
      <w:pPr>
        <w:pStyle w:val="ArticleBody"/>
        <w:jc w:val="left"/>
      </w:pPr>
      <w:r>
        <w:rPr>
          <w:rFonts w:ascii="Times New Roman" w:hAnsi="Times New Roman" w:eastAsia="Times New Roman" w:cs="Times New Roman"/>
        </w:rPr>
        <w:t>Ñaari gis, dañu ko wonn Ézékiel ni “ay roue yu nekk ci biir ay roue”, te Sœur White sant ko ni mooy “jàppante yu lëmbët yu xew-xewi nit ñi.” Jaar-jaari xare bi ci Ukraine, ndam li Putin am, ak gannaawam sa tas, toppanteek ndam li États-Unis am, mooy benn ci yiwut-yiwuti line upon line yu gëna jafe-jafe yi ñu feeñal ci Kàddug Yàlla.</w:t>
      </w:r>
    </w:p>
    <w:p>
      <w:pPr>
        <w:pStyle w:val="ArticleBody"/>
        <w:jc w:val="left"/>
      </w:pPr>
      <w:r>
        <w:rPr>
          <w:rFonts w:ascii="Times New Roman" w:hAnsi="Times New Roman" w:eastAsia="Times New Roman" w:cs="Times New Roman"/>
        </w:rPr>
        <w:t>Ci wax ci “wheels within wheels” yu Ezekiel, Sœur White ne, bi Ezekiel jëkk a gis yooyu roue, dafa mel ni njaxlaf la; waaye mujj ga Ezekiel xam ne am na njëkkute gu mat ci biir yooyu roue, te yooyu mooy “jàppante yu jafe-jafe yu xew-xewu nit ñi”. Ngir séddoo bu jub ci jaar-jaaru nettali gi ñu teewal ci aaya yi fukk ak benn ba fukk ak juróom, war nañu xam bu baax njàppante bi nekk diggante kàngi Katolik ak Allemagne naasi yi, ndaxte njiitu Nazi yi ci Ukraine ñooy wàllukaay yu njàppante boobu.</w:t>
      </w:r>
    </w:p>
    <w:p>
      <w:pPr>
        <w:pStyle w:val="ArticleBody"/>
        <w:jc w:val="left"/>
      </w:pPr>
      <w:r>
        <w:rPr>
          <w:rFonts w:ascii="Times New Roman" w:hAnsi="Times New Roman" w:eastAsia="Times New Roman" w:cs="Times New Roman"/>
        </w:rPr>
        <w:t>Liit na itam xamle jëfandikook doxalin feeñug ki ñuy wax ne mooy njabootu Janqente Marya ca Fatima, Portugal, ci atum 1918, booleek ñetti kumpa yi ki ñuy wax ne mooy njabootu Janqente Marya bàyyiwoon ak ñetti xale ya ca mbind mi. Taxawaayu ñetti yégle yooyu, yi di melokaan buuboo ci diggante kanisa katolig ak Rusi buy weddi Yàlla, ak Ñaareelu Xareb Aduna bi, bokk na ci yégleb Fatima bi ñuy tegtal ci xare bi ci Ukraine.</w:t>
      </w:r>
    </w:p>
    <w:p>
      <w:pPr>
        <w:pStyle w:val="ArticleBody"/>
        <w:jc w:val="left"/>
      </w:pPr>
      <w:r>
        <w:rPr>
          <w:rFonts w:ascii="Times New Roman" w:hAnsi="Times New Roman" w:eastAsia="Times New Roman" w:cs="Times New Roman"/>
        </w:rPr>
        <w:t>Révolusion bu Farãs, ak njàppandikoom gu yàgg ci waxi yonent yi ak kërgóor gu Katolik, te ci mujj Napoléon Bonaparte, mi di wone Putin, mooy itam benn ci “rotaas yi” ñuy tegtal ci xare bi ci Ukraine. Njàppandikoom bu yonent bu Révolusion bu Farãs ak États-Unis bi itam dafa tegtal ci taarix bi, ndax ni Putin di wone ci Napoléon ba Farãs di suux, noonu itam Ronald Reagan, mi nekkoon jëfkat bu masin yu film te doon boppu mbootaayu xare yi yu Katolik ci xeexu 1989 bi, dafay melal jëfkat bu masin yu film bu njëkk bi, Zelenskyy, ba Ukraine di suux. Ci rotaas yi di daje te lëkkale ci ay aaya yooyu, lu mujj te gën a metti ngir politig yi Demokaraat yi ci États-Unis, ñi doon tey yëngal Zelenskyy, dina Putin feeñal ko bu mu nottee.</w:t>
      </w:r>
    </w:p>
    <w:p>
      <w:pPr>
        <w:pStyle w:val="ArticleBody"/>
        <w:jc w:val="left"/>
      </w:pPr>
      <w:r>
        <w:rPr>
          <w:rFonts w:ascii="Times New Roman" w:hAnsi="Times New Roman" w:eastAsia="Times New Roman" w:cs="Times New Roman"/>
        </w:rPr>
        <w:t>Dina kontine sunu jang ci njàng mi ci beneen mbind mi ci topp.</w:t>
      </w:r>
    </w:p>
    <w:p>
      <w:pPr>
        <w:pStyle w:val="ArticleScripture"/>
        <w:jc w:val="left"/>
      </w:pPr>
      <w:r>
        <w:rPr>
          <w:rFonts w:ascii="Times New Roman" w:hAnsi="Times New Roman" w:eastAsia="Times New Roman" w:cs="Times New Roman"/>
        </w:rPr>
        <w:t>“Ci wetu dexu Kebar, Esekiyel gis na mbëx mu mel ni mu jóge bëj gànnaar, ‘niir gu réy, ak safara su diangoo boppam, ak leer gu ko wër, te ca biiram mel ni rangu suukar.’ Ay wil yu bare, yu duggante seen bopp, ñoom la ñenti mbindeef yu dund yi doon yëngal. Fu kawe loolu lépp ‘amoon na fa ni melow gangune, mel ni dojwu safir; te ci kow melow gangune ga amoon na ni melow nit ku nekk ci kawam.’ ‘Te ca diggante serub yi feeñ na melow loxo nit ci suuf seeni laaf.’ Esekiyel 1:4, 26; 10:8. Wil ya nag, seen tabax dafa waral ba, bu njëkk gis, mel ni dañoo jaaxle; waaye dañoo doon dox ci matug déggoo. Mbindeef yi ca asamaan, yu loxo li nekk ci suuf laafi serub yi doon taxawu di leen gindi, ñoom lañu doon yënguël wil yooyu; te ci seen kaw, ci kow gangune gu safir ga, Aji Fàww mi moo fa nekkoon; te wër gangune ga amoon na ko won gu taw bi, muy màndarga yërmandey Yàlla.”</w:t>
      </w:r>
    </w:p>
    <w:p>
      <w:pPr>
        <w:pStyle w:val="ArticleScripture"/>
        <w:jc w:val="left"/>
      </w:pPr>
      <w:r>
        <w:rPr>
          <w:rFonts w:ascii="Times New Roman" w:hAnsi="Times New Roman" w:eastAsia="Times New Roman" w:cs="Times New Roman"/>
        </w:rPr>
        <w:t>“Ni ñu doon jiite jumtukaay yu mel ni roue yi ci loxo li nekk ci suufu laaf yi mu kerub yi, noonu itam jaxasoo bu xew-xewi nit ñi miinoo nekk ci suufu nguuru Yàlla. Ci diggante xuloo ak coono xeeti réew yi, Ki toog ca kaw kerub yi dafa ba tey di jiite mbiri suuf.”</w:t>
      </w:r>
    </w:p>
    <w:p>
      <w:pPr>
        <w:pStyle w:val="ArticleScripture"/>
        <w:jc w:val="left"/>
      </w:pPr>
      <w:r>
        <w:rPr>
          <w:rFonts w:ascii="Times New Roman" w:hAnsi="Times New Roman" w:eastAsia="Times New Roman" w:cs="Times New Roman"/>
        </w:rPr>
        <w:t>« Jaar-jaarug xeetu réew yi, yi benn ginnaaw beneen jël seen waxtu ak seen bérab bi ñu leen séddale woon, te di seede ci xam-xam bu dëgg bi te ñoom ci seen bopp xamoonuñu lu muy tekki, daf nuy wax. Ci bépp réew ak ci bépp nit ci tey, Yàlla tëral na bérab ci mbir mu mag. Tey nit ñi ak réew yi dañu leen di natt ak filàmbu bi nekk ci loxo Ki dul juum mukk. Ñépp, ci seen tànn bu seen bopp, dañuy dogal seen peeg, te Yàlla mi ngi jiite lépp ngir àggale ay pexeem. »</w:t>
      </w:r>
    </w:p>
    <w:p>
      <w:pPr>
        <w:pStyle w:val="ArticleScripture"/>
        <w:jc w:val="left"/>
      </w:pPr>
      <w:r>
        <w:rPr>
          <w:rFonts w:ascii="Times New Roman" w:hAnsi="Times New Roman" w:eastAsia="Times New Roman" w:cs="Times New Roman"/>
        </w:rPr>
        <w:t>“Jaar-jaar bi Yow bu Mag ma naan, «MAN MOOY KI MAAN», màndargaal ci Kàdduam, boolee lëkkale bu nekk ak beneen ci jàppaleg waxu yonent yi, dale ci màndute gu weesu ba ci màndute gu ñëw, mooy wax nu fu nu toll tey ci doxalin jamono yi, ak liñu man a seentu ci jamono jiy ñëw. Lépp lu waxu yonent yi waxoon ne dina am, ba ci jamono bii nu nekk, seetaan nañu ko ci xët yi jaar-jaar; te mën nañu wóor ne lépp lu desaat a ñëw dina mat ci ay yoonam.”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Benn bi ci juróom-benn téeméeri fanweer ak juróom-ñeent</dc:title>
  <dc:subject>Njariñu Yonent bi nekk ci Daniel 11: Leerali Solo yu Tariix ak yi ñëw ci ëllëg</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