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Benn 167</w:t>
      </w:r>
    </w:p>
    <w:p>
      <w:pPr>
        <w:pStyle w:val="ArticleSubtitle"/>
        <w:jc w:val="left"/>
      </w:pPr>
      <w:r>
        <w:rPr>
          <w:rFonts w:ascii="Arial" w:hAnsi="Arial" w:eastAsia="Arial" w:cs="Arial"/>
        </w:rPr>
        <w:t>Tekki kàddu yu Yàlla yi: ubbi solo bu jaar-jaar ak bu yëgseen ci Daniel 11:10 ak li ci topp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Saaru ñent-fukki ci Daniel sarax 11, tambalee na ca waxtu mujj ga ci atum 1798, ba buur bu bëj-gànnaaw bi jotee ay gaañu deyukaayam ci loxo buur bu bëj-saalum bi. Jaar-jaaru mboolem nettali woowu dafa amoon misaal ci atum 246 BC, ba Ptolemy indiwaayee feyug meram ci nguur gu bëj-gànnaaw gi, te itam ci Farãs Napoléon bi jël baab bi ay jaam, jàpp ko, ci 1798. Gannaaw bu buur bu bëj-saalum bi dellusee Masar ci saar 9, kon saar 10 day wone ne buur bu bëj-gànnaaw bi dina yékkati xare ngir fexe buur bu bëj-saalum bi.</w:t>
      </w:r>
    </w:p>
    <w:p>
      <w:pPr>
        <w:pStyle w:val="ArticleScripture"/>
        <w:jc w:val="left"/>
      </w:pPr>
      <w:r>
        <w:rPr>
          <w:rFonts w:ascii="Times New Roman" w:hAnsi="Times New Roman" w:eastAsia="Times New Roman" w:cs="Times New Roman"/>
        </w:rPr>
        <w:t>Kon buur bëj-gànnaar bi dina dugg ci nguuram, te dina dellu ci réewam. Waaye doomam yi dees na leen yëngël, te dinañu dajale mbooloom mbooloo yu mag; te kenn ci ñoom dina ñëw bu wóor, te daldi walbati, jaar; gannaaw loolu dina dellu, te dees na ko yëngël, ba ca pakkaam. Daniel 11:9, 10.</w:t>
      </w:r>
    </w:p>
    <w:p>
      <w:pPr>
        <w:pStyle w:val="ArticleBody"/>
        <w:jc w:val="left"/>
      </w:pPr>
      <w:r>
        <w:rPr>
          <w:rFonts w:ascii="Times New Roman" w:hAnsi="Times New Roman" w:eastAsia="Times New Roman" w:cs="Times New Roman"/>
        </w:rPr>
        <w:t>Bala nu nuy xalaat ci waxin Uriya Smith ci mbirum taarix bi matal aaya fukki, nanu seet baat bi ne: “daanu, te jaar.” Kàddu Ebërë yi ñu tekki noonu, dañu ko itam tekki ci aaya ñeent-fukk bi ne: “daanu te weesu.” Mooy benn kàddu gi ci cosaanu Ebërë ba. Du feeñ benn yoon rekk ci beneen bérab ci Mbind mi.</w:t>
      </w:r>
    </w:p>
    <w:p>
      <w:pPr>
        <w:pStyle w:val="ArticleScripture"/>
        <w:jc w:val="left"/>
      </w:pPr>
      <w:r>
        <w:rPr>
          <w:rFonts w:ascii="Times New Roman" w:hAnsi="Times New Roman" w:eastAsia="Times New Roman" w:cs="Times New Roman"/>
        </w:rPr>
        <w:t>Te dina jaar ci Yuda; dina xëpp ba réy, dina weesu; dina yegg ba ci baat bi; te tàllalug ay laafam dina feesal yaatu réewum sa, yaw Immanuwel. Esayi 8:8.</w:t>
      </w:r>
    </w:p>
    <w:p>
      <w:pPr>
        <w:pStyle w:val="ArticleBody"/>
        <w:jc w:val="left"/>
      </w:pPr>
      <w:r>
        <w:rPr>
          <w:rFonts w:ascii="Times New Roman" w:hAnsi="Times New Roman" w:eastAsia="Times New Roman" w:cs="Times New Roman"/>
        </w:rPr>
        <w:t>Ci kaw waajur xaj bi ci aaya fukk ba ak ci aaya ñeent-fukk, te gannaaw loolu ci Esayi sarax bët juróom-ñett ba ak ñaar, benn waxin bu Hebré bi kenn lañu ko tekki ci ñetti anam yu wuute, te saxte ñoom ñépp dañuy yëgle benn tekki. Baatu mujj bi ci waxin boobu, mooy baatu Hebré bi “abar,” diñu ko feeñal walla di ko tekki ci “jaar,” ci aaya fukk, “rombi,” ci aaya ñeent-fukk, te gannaaw loolu “wàcc jaar” ci Esayi. Tekki bi, ci dëgg-dëgg, benn la ci ku nekk ci ñetti misaal yooyu, waaye ci Esayi am na itam beneen lëkkalooku yoonent bi ci diggante njëg yi.</w:t>
      </w:r>
    </w:p>
    <w:p>
      <w:pPr>
        <w:pStyle w:val="ArticleBody"/>
        <w:jc w:val="left"/>
      </w:pPr>
      <w:r>
        <w:rPr>
          <w:rFonts w:ascii="Times New Roman" w:hAnsi="Times New Roman" w:eastAsia="Times New Roman" w:cs="Times New Roman"/>
        </w:rPr>
        <w:t>Aaya bi ci Esayiya mat na, bi buur Asiri jël Yuda te ñëw Yerusalem, waaye masul a not dëkk ba ci boppam. Mu yéeg ba “ci baat bi,” waaye masul a not “bopp bi.” Ci benn waxu yonent boobu sax, Esayiya dafa sàkku benn tektal gu yonent buy won li “bopp” di tekki, te mu jàppale ne “bopp” mooy péeyub nguur gi, te buurub nguur gi it mooy “bopp bi.” Mu joxe ñaari seede yu dëggu yonent yi ne bopp mooy buur, te nguur, te gannaaw loolu mu wax ko ci anam gu kumpa ne, su taalibé yonent bi nanguwul te xam dëgg gii, du sax. Aaya bu kumpa bii bokk na ci benn waxu yonent boobu sax buy won ne buur bëj-gànnaar bi dina daldi wàll te jéggi, waaye ba “ci baat bi” rekk.</w:t>
      </w:r>
    </w:p>
    <w:p>
      <w:pPr>
        <w:pStyle w:val="ArticleScripture"/>
        <w:jc w:val="left"/>
      </w:pPr>
      <w:r>
        <w:rPr>
          <w:rFonts w:ascii="Times New Roman" w:hAnsi="Times New Roman" w:eastAsia="Times New Roman" w:cs="Times New Roman"/>
        </w:rPr>
        <w:t>Ndax njiitu Siri mooy Damask, te njiitu Damask mooy Resin; te ci biir juróom-benni-fukk ak juróom ñaari at, Efrayim dinañu ko dam ba muy dootu nekk xeet. Te njiitu Efrayim mooy Samari, te njiitu Samari mooy doomu Remaliya. Su ngeen gëmul, wóor na ne du ngeen sax. Esayi 7:8, 9.</w:t>
      </w:r>
    </w:p>
    <w:p>
      <w:pPr>
        <w:pStyle w:val="ArticleBody"/>
        <w:jc w:val="left"/>
      </w:pPr>
      <w:r>
        <w:rPr>
          <w:rFonts w:ascii="Times New Roman" w:hAnsi="Times New Roman" w:eastAsia="Times New Roman" w:cs="Times New Roman"/>
        </w:rPr>
        <w:t>“Bopp” réewum Siri mooy dëkkub njiti ga “Damas,” te “bopp” “Damas” (dëkkub njiti ga) mooy “Resin,” buurub Siri. Noonu itam, “bopp” réewum Efrayim mooy dëkkub njiti ga “Samariya,” te “bopp” “Samariya” (dëkkub njiti ga) mooy “doomam Remalya” (Peka), buurub Samariya. Ci benn waxiin wax jii itam, ci saraxal bi ci topp, ci aaya juróom ñett, Buur Senakerib bu Asiri wër Jerusalëm, te ci aaya juróom ñett, mu tëral ne wërugam Jerusalëm dafa yéeg ba ci baat bi.</w:t>
      </w:r>
    </w:p>
    <w:p>
      <w:pPr>
        <w:pStyle w:val="ArticleBody"/>
        <w:jc w:val="left"/>
      </w:pPr>
      <w:r>
        <w:rPr>
          <w:rFonts w:ascii="Times New Roman" w:hAnsi="Times New Roman" w:eastAsia="Times New Roman" w:cs="Times New Roman"/>
        </w:rPr>
        <w:t>Aayaat juróom-ñaareel ak juróom-ñetteel yi, yi samp ci ñaari seede, misaalu waxu yoon wi ñuy wax ne “bopp,” te muy tegtal buur bi ak réewum nguuram, mooy waxi yonent gi ci juróom-benn fukki at ak juróom, buy xamale buntu ndoorteel bi ci ñaari waxi yonent yi ci ñaar junni ak juróom-ñaar fukk ak ñaar at yi jëm ci buur-gi bëj-gànnaaru ak buur-gi bëj-saalumu Israyil. Moo tax, loolu aaya bu lëjje bu baax la, ndaxte moom dafay jokk ak aaya fukk ak ñeent-fukk ci saar fukki-benn ci Danyeel, yu ñoom itam di xamale jëfandikoo yi buy am bés bu buur bu bëj-gànnaar di song buur bu bëj-saalu, ni Seenakerib, buur bu bëj-gànnaar, songoon Yuda, buur bu bëj-saalu, ci aaya juróom-ñetteel, ci Isayi saar juróom-ñaar.</w:t>
      </w:r>
    </w:p>
    <w:p>
      <w:pPr>
        <w:pStyle w:val="ArticleBody"/>
        <w:jc w:val="left"/>
      </w:pPr>
      <w:r>
        <w:rPr>
          <w:rFonts w:ascii="Times New Roman" w:hAnsi="Times New Roman" w:eastAsia="Times New Roman" w:cs="Times New Roman"/>
        </w:rPr>
        <w:t>Buut bi boolee jëfandikoo yii ci diggante buur bu bëj-gànnaar ak buur bu bëj-saalum mooy “bopp,” ak “wàcc ba fees, ba jall.” Bi buur bu bëj-gànnaar feyee buur bu bëj-saalum ci aaya fukki, ci sarax-leer gu fukk ak benn, mu daan xeex bi, waaye mu bàyyi “bopp bi,” ndaxte moom “dëgërsi, fees ba jall” “ba” ca “tata-fortarees” bu buur bu bëj-saalum. Jaar-jaar bu aaya fukki di wone ndamug buur bu bëj-gànnaar ci kaw buur bu bëj-saalum, waaye duggul Misra (fortarees bi), péeyu réew mi—“bopp bi.”</w:t>
      </w:r>
    </w:p>
    <w:p>
      <w:pPr>
        <w:pStyle w:val="ArticleBody"/>
        <w:jc w:val="left"/>
      </w:pPr>
      <w:r>
        <w:rPr>
          <w:rFonts w:ascii="Times New Roman" w:hAnsi="Times New Roman" w:eastAsia="Times New Roman" w:cs="Times New Roman"/>
        </w:rPr>
        <w:t>Bi buur buur gi jant bi daan na buur buur gi bëj-gànnaar ci ay sarax 7 ak 8, moom “dugg na ca dëkk gu dëgërug buur bu bëj-gànnaar, te” “not na ndam te” “yóbbu na ay jaam yu ñu jàpp” dellu “Misra.” Ci ndamug feyug buur bu bëj-gànnaar bi, dugguwul ca Misra; loolu nag dafay misaal ne bi ñu lembee Sowiyet Yooniyoŋ bi ci 1989, Risi, ak péeyam gu mag ga — muy boppam — des na taxaw. “Bu ngeen gëmul, kon dungeen taxaw.” Risi la, miñu tektal ni mooy buur bu bëj-saalum ci ay sarax 11 ak 12, moo jël ndam ci xareb suufu digg bi, bi nekkoon Rafia ci jamono ju yàgg ji, te tey mooy Ukreen.</w:t>
      </w:r>
    </w:p>
    <w:p>
      <w:pPr>
        <w:pStyle w:val="ArticleScripture"/>
        <w:jc w:val="left"/>
      </w:pPr>
      <w:r>
        <w:rPr>
          <w:rFonts w:ascii="Times New Roman" w:hAnsi="Times New Roman" w:eastAsia="Times New Roman" w:cs="Times New Roman"/>
        </w:rPr>
        <w:t>“‘AAYAAT 10. Waaye doomam yi dinañu yëngu, te dinañu dajale mbooloom mbooloo yu réy yu bari; te kenn ci ñoom dina ñëw bu wóor, di xàbbi ba weesu; gannaaw loolu dina dellu, te dinaat yëngu, ba ca saxaaram.’”</w:t>
      </w:r>
    </w:p>
    <w:p>
      <w:pPr>
        <w:pStyle w:val="ArticleScripture"/>
        <w:jc w:val="left"/>
      </w:pPr>
      <w:r>
        <w:rPr>
          <w:rFonts w:ascii="Times New Roman" w:hAnsi="Times New Roman" w:eastAsia="Times New Roman" w:cs="Times New Roman"/>
        </w:rPr>
        <w:t>“Xaaj bu jëkk bii ci aaya bii wax na ci ay doom, ci walug ñu bare; waaye xaaj bu mujj bi wax na ci benn, ci walug kenn. Doomi Seleucus Callinicus yaa doon Seleucus Ceraunus ak Antiochus Magnus. Ñoom ñépp ñaar daan nañu dugg ak farlu ci liggéeyu feddali ak feyloo mbirum seen baay ak seen réew. Ki gën a mag ci ñoom, mooy Seleucus, moo jëkka toog buur. Moom dajal na mbooloo mu réy ngir delloo nguurug baayam; waaye ndaxte nekkoon na buur bu néew doole te ragal, ci yaram ak ci xaalis, te amul alal, te mënul woon saxal njabootam ci déggal, ñaari ay jeneralam daan ko poisonee gannaaw nguuru gu ñàkk màggat gu ñaar walla ñetti at. Rakkam mi ko gën a man, Antiochus Magnus, ci kaw loolu yéglees na ko buur; moom, bi mu jàppee yëf njaboot gi, delloo na Seleucia te jëlaat Siri, di sang boppam boroom yenn barab ci jàmmu kàddu, te yeneen ci kàttanu xeex. Gannaaw loolu ab noflaay topp na, bi ñaari wet yi waxoo ngir jàmm, waaye di waajal xare; gannaaw loolu Antiochus dellu na te daan Nicolas, jeneral bu Misra, ci xare, te am it xel mu dugg Misra sax. Fii la nekk ki doon ‘benn bi’ miy wéyal te romb.” Uriah Smith, Daniel and the Revelation, 253.</w:t>
      </w:r>
    </w:p>
    <w:p>
      <w:pPr>
        <w:pStyle w:val="ArticleBody"/>
        <w:jc w:val="left"/>
      </w:pPr>
      <w:r>
        <w:rPr>
          <w:rFonts w:ascii="Times New Roman" w:hAnsi="Times New Roman" w:eastAsia="Times New Roman" w:cs="Times New Roman"/>
        </w:rPr>
        <w:t>Dàq gu Yooniyo Sowiyet bi ca atum 1989, moo màndargaal “jamono ju mujj ji”, te ñaari doomi ci kàddug benn bi, dañuy tegtal ñaari waymark yi di Reagan ak Bush bu njëkk. Ndaxte “jamono ju mujj ji,” ci atum 1798, fa la aaya ñeent-fukk bu Daniel fukk ak benn tàmbalee, jigéenu ndaw wa bu Room dees na ko fàtte, ndax moom, ni Jezabel, mu des ca Samariya, bi muy jëkkër Ahab di wax ak Eliya ca tundu Karmel. Mu nekkoon ci kumpa, waaye ci sutura moo doon jiite mbir yi, ni mu ko woon ci Xareb Àddina bu njëkk ak Xareb Àddina bu ñaareel. Jëkkëram mooy ay soxlayam gu ñu ko teg ci boppam ngir xeex ak buur bu bëj-saalum. Bi mu feyee ci 1989, moom, ni buur bu bëj-gànnaar, indi na gaal yu xare, ay gaal ak ay war-wall.</w:t>
      </w:r>
    </w:p>
    <w:p>
      <w:pPr>
        <w:pStyle w:val="ArticleScripture"/>
        <w:jc w:val="left"/>
      </w:pPr>
      <w:r>
        <w:rPr>
          <w:rFonts w:ascii="Times New Roman" w:hAnsi="Times New Roman" w:eastAsia="Times New Roman" w:cs="Times New Roman"/>
        </w:rPr>
        <w:t>Te bu mujjug jeexital bi, buur bu bëj-gànnaar bi dina ko daq; te buur bu bëj-saalum bi dina dikk ci moom ni ngelawlu bër, ak woto yi, ak waa fas yi, ak gaal yu bare; dina duggu ci réew yi, te dina weesu ba tëb, ba jàll. Daniel 11:40.</w:t>
      </w:r>
    </w:p>
    <w:p>
      <w:pPr>
        <w:pStyle w:val="ArticleBody"/>
        <w:jc w:val="left"/>
      </w:pPr>
      <w:r>
        <w:rPr>
          <w:rFonts w:ascii="Times New Roman" w:hAnsi="Times New Roman" w:eastAsia="Times New Roman" w:cs="Times New Roman"/>
        </w:rPr>
        <w:t>Moom boppam ci mbugal moomu dañuy ko tektal ci “gaal yi,” yi di kàttanu koom-koom, ak ci “wàllu xare ak boroom fas yi,” yi di dooley xare. Dooley xare ak kàttanu koom-koom ñooy ñaari melokaan yu waxu yonent yi di jàngale ci mbirum États-Unis ci yonent yi yu fan yu mujj, ndaxte États-Unis dina tere ñi dul sujjóot ci Yeseebel ngir ñu jënd ak jaay, te su ñu sax di bañ màndargay sañ-sañam Yeseebel, dees na leen rey. Kàttanu koom-koom ak dooley xare yu États-Unis lañu jëfandikoo, ci liggéey gu ànd ak paapauté bi, ngir indi tasaru Union soviétique bi ci atum 1989, doonte Russie desoon na taxaw.</w:t>
      </w:r>
    </w:p>
    <w:p>
      <w:pPr>
        <w:pStyle w:val="ArticleBody"/>
        <w:jc w:val="left"/>
      </w:pPr>
      <w:r>
        <w:rPr>
          <w:rFonts w:ascii="Times New Roman" w:hAnsi="Times New Roman" w:eastAsia="Times New Roman" w:cs="Times New Roman"/>
        </w:rPr>
        <w:t>Jaar-jaar gi am lakk war a mottaliw ñaareelu fukki aaya bu benn ci Daniel sarax fukk ak benn, dellusi na ci jaar-jaar gi ci ñaareelu xaaj bu aaya fukk ci juróom-ñeent, mi joxe xamle waxtu mujj gi ci atum 1989. Aaya juróom-benn ba juróom-ñeent represent nañu jaar-jaar gi indi woon ba ci waxtu mujj gi, mi xamlewoon ci njëkkëru xaaj bu aaya fukk ci juróom-ñeent. Aaya juróom-benn ba fukk ci Daniel sarax fukk ak benn wone nañu bu mat jaar-jaar bu aaya fukk ci juróom-ñeent ci Daniel fukk ak benn, ndax ni Sœur White bindee ko: “lu bare ci jaar-jaar gi matsees ba noppi ci Daniel fukk ak benn dina dellu amaat.”</w:t>
      </w:r>
    </w:p>
    <w:p>
      <w:pPr>
        <w:pStyle w:val="ArticleBody"/>
        <w:jc w:val="left"/>
      </w:pPr>
      <w:r>
        <w:rPr>
          <w:rFonts w:ascii="Times New Roman" w:hAnsi="Times New Roman" w:eastAsia="Times New Roman" w:cs="Times New Roman"/>
        </w:rPr>
        <w:t>Aayaat yu njëkk bañeent ci Daniel fukki benn jëfandikoo Kiris ngir xamale buur bu ñaareel bu xeetu réew mi am ñaari geñ, ca jamonoy mujj gi ci fan yu mujj ya. “Jamonoy mujj” ci fan yu mujj ya mooy woon 1989, te njiitu réew bu ñaareel bi, mi Kiris di tegtal, sos na tegteg gu yonnee bu may jàngatkat bu waxi yëgle kaññ ci njiitu réew bu juróomeel bennoon bi gannaaw 1989, kooku di njiit bi gën a bare alal, te mooy yënguël (yeewu) dooley dragóŋ yu globalist yi, muy globalist yi ci àddina si walla yi nekk ci États-Unis. Gannaaw loolu, taarixu waxi yëgle boobu dafa tàbbi ci juróom ñaareelu nguur gi ci yëgleb Bibil bi, muy fukki buur yi ci Mbootaayu Xeet yi, te dafa xamale buuram bu njëkk te bu mag bi, mi Alekandar Maag mi di tegtal (“Xarekatub Nit ñi”), ak tasare nguuram gu mujj gi, bi ñeenti ngëlaw yi ci Islaam génnee bu baax ba noppi, ci tëj gu mujj gi ci xelal nit ñi.</w:t>
      </w:r>
    </w:p>
    <w:p>
      <w:pPr>
        <w:pStyle w:val="ArticleBody"/>
        <w:jc w:val="left"/>
      </w:pPr>
      <w:r>
        <w:rPr>
          <w:rFonts w:ascii="Times New Roman" w:hAnsi="Times New Roman" w:eastAsia="Times New Roman" w:cs="Times New Roman"/>
        </w:rPr>
        <w:t>Ba ci ay aaya yu juróom ba juróom-ñeent yi, ñu ngi woney taariix bi jamono ji jiitu woon ñu samp boppu Papaas ci gàngune ba ca 538, ndaxte bu jëkk, doole bi war a nekk buur bu bëj-gànnaar war na daan ñetti tere yu geografik, ni Ko Seleucus defe woon, moo tax mu daldi nekk buur bu bëj-gànnaar. Gannaaw loolu, diirub ñetti at ak genn-wàll, ni ko ñetti-fukk ak juróom at yu dëgg-dëgg tektale, buur bu bëj-gànnaar daan na nguuru, ba keroog buur bu bëj-saalum dugge ci tataam, jàpp ko jaam, te gannaaw ga mu dee Misra ngir mu daanu ci kaw fas. Noonu nag, ay aaya yi dañuy faramxal taariix bi jeexee ca jamonoy mujj ga ca 1798.</w:t>
      </w:r>
    </w:p>
    <w:p>
      <w:pPr>
        <w:pStyle w:val="ArticleBody"/>
        <w:jc w:val="left"/>
      </w:pPr>
      <w:r>
        <w:rPr>
          <w:rFonts w:ascii="Times New Roman" w:hAnsi="Times New Roman" w:eastAsia="Times New Roman" w:cs="Times New Roman"/>
        </w:rPr>
        <w:t>Saar fukki bi jëfandikoo jaar-jaaru waxtu mujj gi ci atum 1989, te bokk ak saar yi juróom ak juróom-benn ba juróom-ñeent, ñoom di wone jaar-jaaru saar fukki, ni noonu itam jaar-jaaru saar ñett-fukk ba ñett-fukk ak juróom-benn. Moo tax, dale ko ci saar bu njëkk ba ci saar fukki, rëcc ci kaw rëcc, am na ñaari rëy-rëy yu wax ci yooni waxu Yàlla. Bu njëkk bi mooy wax ci njiiti juróom-benni buur ak juróom-ñaareel buur, doonte am na benn berab bu amul dara ci diggante juróom-benni buur ak njiit bi gëna am alal ci juróom-benni buur ak juróom-ñaareel buur.</w:t>
      </w:r>
    </w:p>
    <w:p>
      <w:pPr>
        <w:pStyle w:val="ArticleBody"/>
        <w:jc w:val="left"/>
      </w:pPr>
      <w:r>
        <w:rPr>
          <w:rFonts w:ascii="Times New Roman" w:hAnsi="Times New Roman" w:eastAsia="Times New Roman" w:cs="Times New Roman"/>
        </w:rPr>
        <w:t>Rëddu ñaareel bi dafay ëmb jaar-jaaru dindi ñetti tere yi, diirub bu buur bu bëj-gànnaar gi nguuruwoon, ak kan moom lañu dalee dindi ci atum 1798, ba ci 1989, ak itam ñaareelu president bi, mi ñu teewaloon ci rëddu bi jiitu niiru Cyrus.</w:t>
      </w:r>
    </w:p>
    <w:p>
      <w:pPr>
        <w:pStyle w:val="ArticleBody"/>
        <w:jc w:val="left"/>
      </w:pPr>
      <w:r>
        <w:rPr>
          <w:rFonts w:ascii="Times New Roman" w:hAnsi="Times New Roman" w:eastAsia="Times New Roman" w:cs="Times New Roman"/>
        </w:rPr>
        <w:t>Aayaat fukk ak ñaar ñooy tegtuñu benn ñetteelu xeetu taarix buy am gannaaw njiitu barele bu aaya ñaareel bi wax, waaye ci benn jamono gannaaw daanu Réewum Soviet bi ca waxtu mujj ga ci 1989, ak ci benn barab bu nekk laata yoonu Dibeer bi ci États-Unis, ni ko aaya fukk ak juróom-benn bi tekki.</w:t>
      </w:r>
    </w:p>
    <w:p>
      <w:pPr>
        <w:pStyle w:val="ArticleBody"/>
        <w:jc w:val="left"/>
      </w:pPr>
      <w:r>
        <w:rPr>
          <w:rFonts w:ascii="Times New Roman" w:hAnsi="Times New Roman" w:eastAsia="Times New Roman" w:cs="Times New Roman"/>
        </w:rPr>
        <w:t>Jaar-jaar ginnaaw waxtu mujj mi ci 1989, yóbbu nañu ko ca juróom-beneel njiit bu weesu te gëna am alal, miy xiir globalist yi, tàmbali ci 2016, ci njëlbéeg bu njëkk ba. Jaar-jaaru waxu yëgale bi yóbbu nañu ko ba ci 1989, ci ñaareelu njëlbéeg ba. Xareb Raphia (“The Borderline”) ci aaya yi fukk ak benn ak fukk ak ñaar, jiitu na aaya fukk ak ñett, fa buur bu bëj-gànnaar bi, mi ñu daan rekk a yeesal ay xarekatam, ba noppi daan buur bu bëj-saalum bi, lu jiitu ndigalu Dibeer bu aaya fukk ak juróom-benn ba wax. Kàttanu buur bu bëj-gànnaar bi gu muy jëfandikoo ci aaya fukk ak ñett, mooy mujj ga ci juróom-ñaar ñi di njiit, ñiy nguuru dale ci 1989 ba ci ndigalu Dibeer ba. Kon nag, aaya fukk ak ñett war na am ci walla gannaaw tànnug juróomeel njiit bi, mi bokk ci juróom-ñaar ña. Aaya yi fukk ak benn ak fukk ak ñaar tàmbali nañu tuuti lu jiitu juróom-beneel njiit bu weesu te gëna am alal bi, te man naa xalaat ne mujj nañu tuuti lu jiitu tànnug noonu njiit boobu benn bi, miy nekk juróomeel bi bokk ci juróom-ñaar ña, te mooy ku jàll ci ñetteelu xareb proxy war bi, ci aaya yi fukk ak ñett ba fukk ak juróom.</w:t>
      </w:r>
    </w:p>
    <w:p>
      <w:pPr>
        <w:pStyle w:val="ArticleBody"/>
        <w:jc w:val="left"/>
      </w:pPr>
      <w:r>
        <w:rPr>
          <w:rFonts w:ascii="Times New Roman" w:hAnsi="Times New Roman" w:eastAsia="Times New Roman" w:cs="Times New Roman"/>
        </w:rPr>
        <w:t>Feyug buur bi ñaari aaya yi fukk ak benn ak fukk ak ñaar, mooy tontu ci noonu ci noppalu buur bi bëj-gànnaar daj woon ci aaya fukk. Aaya fukk moo xamle ndamalu buur bi bëj-saalum ci atum 1989, te ndam loolu am na ndax goxoo gu nëbbu ga diggante Etats-Unis ak Vatikan. Ndamal mbooloom ngor gi bëj-saalum moo doon xare bu jëkk bi ci xarey wutale. Xare bu tàng bu dëgg ba matoon ci jamono yu yàgg ya dafa meloon misaal bu xarey wutale ci fan yu mujj yi; kon ndam lañu wax ci aaya yi fukk ak benn ak fukk ak ñaar dina doon ndamu buur bi bëj-gànnaar ci ñaareelu xare bi ci xarey wutale yi.</w:t>
      </w:r>
    </w:p>
    <w:p>
      <w:pPr>
        <w:pStyle w:val="ArticleBody"/>
        <w:jc w:val="left"/>
      </w:pPr>
      <w:r>
        <w:rPr>
          <w:rFonts w:ascii="Times New Roman" w:hAnsi="Times New Roman" w:eastAsia="Times New Roman" w:cs="Times New Roman"/>
        </w:rPr>
        <w:t>Am na ñetti xare yi nekk ci sarax 10 ba 15, te ñoom ñépp amoon nañu yëngu ci jamono yu weesu yi, ci xare yu tang yu dëgg-dëgg; waaye dañuy tegtal ñetti xare ci xare yu proxy yi ci fan yu mujj yi. Jëkkër bi ci xare yooyu dafa nekk xare bi bennoon mbootaay bu kumpa diggante rab wi ak yonent bu dëggul bi, ci kaw jëfandikukat bi, bàyyi seex bi ci atum 1989. Ñaareel xare bi ci xare yu proxy yi, doole seex bi buy weddi Yàlla, moom buur bu bëj-saalum, mooy ko daan ci kaw mbootaayu pápp bi ak sàndarmu proxyam. Ñetteel xare bi ci xare yu proxy yi, sàndarmu proxy buur bu bëj-gànnaar bi mooy ko daan, ni ko sarax 13 ba 15 di ko tegtale.</w:t>
      </w:r>
    </w:p>
    <w:p>
      <w:pPr>
        <w:pStyle w:val="ArticleBody"/>
        <w:jc w:val="left"/>
      </w:pPr>
      <w:r>
        <w:rPr>
          <w:rFonts w:ascii="Times New Roman" w:hAnsi="Times New Roman" w:eastAsia="Times New Roman" w:cs="Times New Roman"/>
        </w:rPr>
        <w:t>Ci waxu yonent yi am na ñetti xare yu metti yu addina bi, ñetti xare yu ay nit di doxal ci turu ñeneen, te ñoom itam dañuy ànd ak ñetti xeex, ak xareb ñetti musiba yi Islam. Am na itam ab xareb réew mi ci biir ak ab xareb soppig yoon. Ñaareel xeex bi ci xare yi ay nit di doxal ci turu ñeneen léegi dafa jàll ci Ukraine, “The Borderline”, ni ko Raphia di feeñale, te moom moo doon wetu diggante buur bu bëj-saalum ak buur bu bëj-gànnaar, ba ay sarax yi ak fukki benn ak fukki ñaar njëkk a mat ci taarix.</w:t>
      </w:r>
    </w:p>
    <w:p>
      <w:pPr>
        <w:pStyle w:val="ArticleBody"/>
        <w:jc w:val="left"/>
      </w:pPr>
      <w:r>
        <w:rPr>
          <w:rFonts w:ascii="Times New Roman" w:hAnsi="Times New Roman" w:eastAsia="Times New Roman" w:cs="Times New Roman"/>
        </w:rPr>
        <w:t>Ci jamono ji benn, bi ñuy defe ñaareelu xareb proxy yi ci Ukraine, ñaareelu ci ñetti xeeti tasu Islam ci kaw suuf su tedd siit itam dafay am. Jëkkëru tasu bu ñetteelu musiba bi agsi na ci 11 septembre 2001, te tàggat ga ñeel benn téeméer ak ñeent-fukk ak ñeent junniy nit ñi tambali na. Jamonoju tàggat jooju di jeex ci yoonu Dibeér bu nirook a ñëw ci États-Unis, bi Islam bu ñetteelu musiba bi di dellu nekkatiis bañe États-Unis. Jëkkëru mbëkk mi ak mujj mi benn lañu, te ñoom ñaar ñépp dañuy màndargaal baatub malaaka bu Révélation 18, te boobu mooy itam baatub ñetteelu malaaka bi, te boobu mooy itam li trompet bu juróom-ñaareel bi di yëgle, te boobu mooy itam ñetteelu musiba bi.</w:t>
      </w:r>
    </w:p>
    <w:p>
      <w:pPr>
        <w:pStyle w:val="ArticleBody"/>
        <w:jc w:val="left"/>
      </w:pPr>
      <w:r>
        <w:rPr>
          <w:rFonts w:ascii="Times New Roman" w:hAnsi="Times New Roman" w:eastAsia="Times New Roman" w:cs="Times New Roman"/>
        </w:rPr>
        <w:t>Ci diggante ñaari xeeti jëfandikoo yu mel ni ñaari baat yi, te yu di riir bu juróom-ñaareelu trompet bi, Islaam bu ñetteelu musiba ba daanale woon du suuf su xel te màggat bu jamono jii, waaye suuf su màggat te dëggu gu yàgg ga, ci 7 Oktoobar 2023.</w:t>
      </w:r>
    </w:p>
    <w:p>
      <w:pPr>
        <w:pStyle w:val="ArticleBody"/>
        <w:jc w:val="left"/>
      </w:pPr>
      <w:r>
        <w:rPr>
          <w:rFonts w:ascii="Times New Roman" w:hAnsi="Times New Roman" w:eastAsia="Times New Roman" w:cs="Times New Roman"/>
        </w:rPr>
        <w:t>Xare ba tàmbali woon, léegi mu ngi xew ci bëccëg bi sax ci benn goxu bi njuumteb Rafiya ame woon, ni ko aaya yi fukki ak benn ak fukki ak ñaar waxe. Bànqaasu Gaza mooy diggante bi ci weerug réew mu bëj-gànnaar bu Yuda ak Misra. 7 Oktoobar 2023 mooy benn wil ci biir yeneen wil yi, buy màndargaal ngàngóo gi, walla araf wu fukki ak ñett bi ci alifbe ebrë, te moom, boolees ko ak araf bu jëkk ak bu mujj, dafay sos baat bi ñuy wax “dëgg.”</w:t>
      </w:r>
    </w:p>
    <w:p>
      <w:pPr>
        <w:pStyle w:val="ArticleBody"/>
        <w:jc w:val="left"/>
      </w:pPr>
      <w:r>
        <w:rPr>
          <w:rFonts w:ascii="Times New Roman" w:hAnsi="Times New Roman" w:eastAsia="Times New Roman" w:cs="Times New Roman"/>
        </w:rPr>
        <w:t>Ñaareelu ñaareel bi Islam bu ñetteel ñaax bi dalde ci suuf su màgg sa, am na woon 7 Oktoobar 2023, te am na woon ci bérab boobu dëpp-dëpp fa xareb Raphia gu yàgg ga amee, ngir matal ay sarax yi nekk ci waxi 11 ak 12. Ñaareelu ñaareel bi ci suuf su màgg sa, ci misaalu yoon wu aju ci waxtu-jëfandikoo ak suufu àddina ci kàddug yonent, dafa lëkkalook ñaareelu xareb xare yi ñuy xeexee ci turu keneen, ni ko xareb Ukraine di tektale.</w:t>
      </w:r>
    </w:p>
    <w:p>
      <w:pPr>
        <w:pStyle w:val="ArticleBody"/>
        <w:jc w:val="left"/>
      </w:pPr>
      <w:r>
        <w:rPr>
          <w:rFonts w:ascii="Times New Roman" w:hAnsi="Times New Roman" w:eastAsia="Times New Roman" w:cs="Times New Roman"/>
        </w:rPr>
        <w:t>Xaat ci xaat, ñaareelu xareb xare yi ñuy yëngu ci kanamu ñeneen, bi léegi di dox ci Ukraine (Suuf-sàmm bi), dafay boole ñaareelu kàddug trompet bi ci ñetteelu ay, (7 Oktoobar 2023), te loolu mat na ci mujjug jamonoy tëj gi ci ñaar-fukki ak ñeenti junni. Xeetu tëj boobu, Daniel moo ko firndeel ci saar 10, ba mu gis peeñ “marah” gi gannaaw fanweeri ak benn yu mëtit gu ñu nekkee ci naqari, te loolu mooy ñetti fan ak genn-wàll, yi ñaari yonent yi nekk woon dee ci mbedd mi. Peeñ ga ñu ko tekki woon ni mooy leeralu “li war a dal askanu Yàlla ci fan yu mujj yi.”</w:t>
      </w:r>
    </w:p>
    <w:p>
      <w:pPr>
        <w:pStyle w:val="ArticleBody"/>
        <w:jc w:val="left"/>
      </w:pPr>
      <w:r>
        <w:rPr>
          <w:rFonts w:ascii="Times New Roman" w:hAnsi="Times New Roman" w:eastAsia="Times New Roman" w:cs="Times New Roman"/>
        </w:rPr>
        <w:t>Dëgg giñu tegu ci kaw peeñug dexu Hiddekel, te mooy dëgg gu jiital ci màndarga, mat na ci taarixu yoonent yi nekk ci ay aaya yu fukk ak benn ba fukk ak juróom. Loolu mooy taarixu aaya ñent-fukk bi tambalee ci atum 1989, te mu wéy ba ci aaya ñent-fukk ak benn ak yoonu Dibéeri bi di ñëw léegi. Mooy itam taarixu buuru bu juróom-benni ci alal bi nekk ci aaya ñaar, miñu tegu ba ci juróomeel nguurug “Alexandre le Grand” ni ko ñu seetale ci aaya ñett.</w:t>
      </w:r>
    </w:p>
    <w:p>
      <w:pPr>
        <w:pStyle w:val="ArticleBody"/>
        <w:jc w:val="left"/>
      </w:pPr>
      <w:r>
        <w:rPr>
          <w:rFonts w:ascii="Times New Roman" w:hAnsi="Times New Roman" w:eastAsia="Times New Roman" w:cs="Times New Roman"/>
        </w:rPr>
        <w:t>Jaar-jaaru gi tàmbalee ci ndombo ñaareelu xarey waralante yi ci atum 2014, te bi mu toppoon njiitu réew mi gëna bare xaalis mi tàmbalee kampaañam ci 2015, mooy barab bu neen ci sarax 40, dale ko ci 1989 ba agsi ci yoonu Dimaas bi nekk ci sarax 41; te itam mooy barab bu neen bi jóge ci juróomeelu njiitu réew, mi gëna bare xaalis, ci sarax 2, ba ci juróomeel fukki nguur gi. Moo di jaar-jaar ji tàmbalee ak baat bu njëkk bi ci Peeñu 18 ci 11 Sàttumbar 2001, te mu jeex ak baat bu ñaareel bi ca waxtu buy yëngu suuf bu mag ba ci Peeñu 11. Jaar-jaar jooju itam mooy jamono ji Esekiyel jox turam ci saar 12, fa gis-gis yépp di mat. Jamono jooju mooy jamonoy tàllalug téeméeri ñeent fukki ñent ak ñeent junni. Sellalug askanu Yàlla mat na jaarale ko ci Kàddug Yàlla.</w:t>
      </w:r>
    </w:p>
    <w:p>
      <w:pPr>
        <w:pStyle w:val="ArticleScripture"/>
        <w:jc w:val="left"/>
      </w:pPr>
      <w:r>
        <w:rPr>
          <w:rFonts w:ascii="Times New Roman" w:hAnsi="Times New Roman" w:eastAsia="Times New Roman" w:cs="Times New Roman"/>
        </w:rPr>
        <w:t>Sellal leen ci sa dëgg; sa kàddu mooy dëgg. Yowaana 17:17.</w:t>
      </w:r>
    </w:p>
    <w:p>
      <w:pPr>
        <w:pStyle w:val="ArticleBody"/>
        <w:jc w:val="left"/>
      </w:pPr>
      <w:r>
        <w:rPr>
          <w:rFonts w:ascii="Times New Roman" w:hAnsi="Times New Roman" w:eastAsia="Times New Roman" w:cs="Times New Roman"/>
        </w:rPr>
        <w:t>Danu yokk ci sunu xam-xam bii ci beneen waxtaan bi ci topp.</w:t>
      </w:r>
    </w:p>
    <w:p>
      <w:pPr>
        <w:pStyle w:val="ArticleScripture"/>
        <w:jc w:val="left"/>
      </w:pPr>
      <w:r>
        <w:rPr>
          <w:rFonts w:ascii="Times New Roman" w:hAnsi="Times New Roman" w:eastAsia="Times New Roman" w:cs="Times New Roman"/>
        </w:rPr>
        <w:t>“Ñetti gis, Yexeskeel am na ko Yàlla jox ba xelam feesoon ak xalaat yu lëndëm yu muy xaar lu bon. Mu gis réewu ay maamam ne dafa nekk ay néewte. Dëkk ba bés bu njëkk feesoon ak nit, kenn dootul fa dëkk. Baatu mbégte ak woyug cant gu ñuy yékkati Yàlla, dootuñu ko déggati ci biiram ay miiram. Yonent bi moom itam, ab doxandéem la woon ci réew mu doy waar, fa bëgg-bëgg gu amul kem ak ñaawte gu soxor di nguur. Li mu gis ak li mu dégg ci sañ-sañu nit ak tooñ, dalal na fitam; te dafa jooy lu metti bëccëg ak guddi. Waaye kéemaan yi yéeme yi ñu ko wone ca kanamam tewet dexu Kebar, feeñal nañu ab kàttan gu ëpp doole sañ-sañu buur yi ci suuf. Ca kaw buur yu réy te réyoojiwu Asiri ak Babilon, Yàllay yërmande ak dëgg moo toogoon ci gàngunaam.”</w:t>
      </w:r>
    </w:p>
    <w:p>
      <w:pPr>
        <w:pStyle w:val="ArticleScripture"/>
        <w:jc w:val="left"/>
      </w:pPr>
      <w:r>
        <w:rPr>
          <w:rFonts w:ascii="Times New Roman" w:hAnsi="Times New Roman" w:eastAsia="Times New Roman" w:cs="Times New Roman"/>
        </w:rPr>
        <w:t>“Jafe-jafe yu mel ni ayiir te feeñ ci kanamu yonent bi ni ñu lëmbale woon ak noonu yëngu-yëngu ak jaxasoo, nekkoon ci njiitu loxo bu dul am àpp. Xelum Yàlla, bi ñu ko won ci moom ni muy yëngal te di jubal yii jafe-jafe, indi woon déggoo ak yoonu tegu ci biir jaxasoo ba; noonu itam addina bépp nekkoon na ci sañ-sañam. Miliyoŋ yu barey mbind mu sellaaloo woon taxaw woon ci waxam ngir dindi dooley ak pexey nit ña bon, te indi lu baax ñi koy sàmm.”</w:t>
      </w:r>
    </w:p>
    <w:p>
      <w:pPr>
        <w:pStyle w:val="ArticleScripture"/>
        <w:jc w:val="left"/>
      </w:pPr>
      <w:r>
        <w:rPr>
          <w:rFonts w:ascii="Times New Roman" w:hAnsi="Times New Roman" w:eastAsia="Times New Roman" w:cs="Times New Roman"/>
        </w:rPr>
        <w:t>“Ni mel noonu, bi Yàlla doon waajal a ubbi ci Yowaana mi bëggéeku mboolem jamono yi di ñëw ci jaar-jaari mbooloom gëmkat yi, Mu may ko kóllëre bu wér ci seen xare ak sàmmug Musalkat bi ci ay nitam, bi Mu ko feeñalalee ‘Kenn ku ni mel ni Doomu nit ki,’ di dox ci diggante cantara yi, yi doon misaalu juróom-ñaari mbooloo yi. Naka lañu won Yowaana xeex yu mag yu mujj yu mbooloom gëmkat yi ak kàttani suuf si, noonu itam ñu may ko mu gis ndam li mujj ak musalug ñi takku ci ngëm. Mu gis mbooloo mi nekk ci jàppante buy rey ak rab wi ak nataalam, te ñu di gaññi jaamu rab wi ci tënku dee. Waaye bi mu xoolee weesu saxaaru xare ba ak rëy-rëyam, mu gis booloo buy taxaw ci Tundu Siyon ak Xar mi, te bàyyi màndargay rab wi, am nañu ‘turuu Baay bi bind ci seen jë.’ Teaat noonu mu dellu gis ‘ñi dajale ndam ci kaw rab wi, ak ci kaw nataalam, ak ci kaw màndargaam, ak ci kaw limu turam, taxaw ci géeju weer gi, yor xalamu Yàlla yi,’ te di woy woyu Muuse ak Xar mi.”</w:t>
      </w:r>
    </w:p>
    <w:p>
      <w:pPr>
        <w:pStyle w:val="ArticleScripture"/>
        <w:jc w:val="left"/>
      </w:pPr>
      <w:r>
        <w:rPr>
          <w:rFonts w:ascii="Times New Roman" w:hAnsi="Times New Roman" w:eastAsia="Times New Roman" w:cs="Times New Roman"/>
        </w:rPr>
        <w:t>“Jàngale yii ñu ngi ñu waral nu njariñ. War na nu dëgëral sunu ngëm ci Yàlla, ndaxte am na lu nekk ci sunu kanam te mu ngi ëpp a wut xol yi. Kirist, ci Tundu Oliw ya, waxaat na àtte yu tiit ya waroon jiitu dikkam ñaareel bi: ‘Dingeen dégg ay xare ak ay xibaaru xare.’ ‘Xeet dina jóg ci xeet, nguur ci nguur; te ay xiif, ay mbas, ak yëngu-yëngug suuf dina am ci berab yu bare. Loolu lépp mooy ndoorte metit yi.’ Naka ni yonent yii amoon nañu benn matug yoon ci sankug Yerusalem, noonu itam dañoo gën a jëm ci jamono yu mujj yi.”</w:t>
      </w:r>
    </w:p>
    <w:p>
      <w:pPr>
        <w:pStyle w:val="ArticleScripture"/>
        <w:jc w:val="left"/>
      </w:pPr>
      <w:r>
        <w:rPr>
          <w:rFonts w:ascii="Times New Roman" w:hAnsi="Times New Roman" w:eastAsia="Times New Roman" w:cs="Times New Roman"/>
        </w:rPr>
        <w:t>“Nu taxaw naa ci buntu mbir yu mag te yu tedd. Kàddug wax ji ngi gaaw a mat. Boroom bi mungi ci bunt bi. Dinaa léegi ubbi ci sunu kanam jamono ju fees ak njàqare bu metti ci ñi niile. Werante yi weesu woon dinañu dellusi; werante yu bees dinañu jóge. Li nuy oynale ci sunu àddina amagul sax ci xel yu ko xalaat. Seytaane dafay liggéey jaarale ko ci nit ñi. Ñi di jéem a soppi Dastuur bi te am yoon wu di gaawal sàmm Dibéer, xamuñu bu baax li ci séq di doon. Ab jafe-jafe ju réy mungi ci sunu wet.”</w:t>
      </w:r>
    </w:p>
    <w:p>
      <w:pPr>
        <w:pStyle w:val="ArticleScripture"/>
        <w:jc w:val="left"/>
      </w:pPr>
      <w:r>
        <w:rPr>
          <w:rFonts w:ascii="Times New Roman" w:hAnsi="Times New Roman" w:eastAsia="Times New Roman" w:cs="Times New Roman"/>
        </w:rPr>
        <w:t>«Waaye jaam yu Yàlla waruñoo wéeru seen bopp ci jafe-jafe ju mag jii. Ci peeñ yi ñu jox Esayi, Esekiel ak Yowaana, gis nañu ni asamaan jege lool ak mbir yi di xew ci kaw suuf, te ni Yàlla di fagaru lool ñi ko takku. Àddina amulul Boroom. Porogaraamu xew-xew yi di ñëw nekk na ci loxo Boroom bi. Kéemaanu asamaan bi moo yor ci saytu boppam yooni xeeti réew yi, noonu itam jafe-jafey mbooloom njàngaleem.» Testimonies, voliyum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Benn 167</dc:title>
  <dc:subject>Tekki kàddu yu Yàlla yi: ubbi solo bu jaar-jaar ak bu yëgseen ci Daniel 11:10 ak li ci topp</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