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Daniel — Nimero benn téeméeri ak juróom-ñaar-fukk ak juróom-ñent</w:t>
      </w:r>
    </w:p>
    <w:p>
      <w:pPr>
        <w:pStyle w:val="ArticleSubtitle"/>
        <w:jc w:val="left"/>
      </w:pPr>
      <w:r>
        <w:rPr>
          <w:rFonts w:ascii="Arial" w:hAnsi="Arial" w:eastAsia="Arial" w:cs="Arial"/>
        </w:rPr>
        <w:t>Kérug Xol bi: Xam-xamu Nekkute Yàlla ci kaw ngelaw ak Coppite gi ci wàllu Kàddug yonent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Buntu ngir xam ne Russi mooy doole bi tàmbalee xareb Ukrain ci atum 2014 mooy “kër gu dëgër gi,” te loolu mooy bopp bi, walla dëkku buur gi. Kërug nit gi dafa am bopp ak yaram. Bopp bi mooy xarala gu kawe, te yaram bi mooy xarala gu suufe. “Juróom-ñaari jamono yi” yi jeexee ci 1844, dañoo war a booleek Yerusalem, mi nekkoon boppu Yuda. Ci kër Yàlla gi nekk Yerusalem la gàngunaayu buur bi nekkoon, moom mi di boppu Yerusalem, te Yerusalem mooy boppu Yuda. Booleb Yàllay ak nit, miy tegtal màndargay téjj gi ñeel téeméeri junni ak ñeent-fukki ak ñeenti junni, dañu ko tegtal ni jot “xelu Kirist.” Xel mi mooy xarala gu kawe, te moo tax muy “bopp” bi.</w:t>
      </w:r>
    </w:p>
    <w:p>
      <w:pPr>
        <w:pStyle w:val="ArticleBody"/>
        <w:jc w:val="left"/>
      </w:pPr>
      <w:r>
        <w:rPr>
          <w:rFonts w:ascii="Times New Roman" w:hAnsi="Times New Roman" w:eastAsia="Times New Roman" w:cs="Times New Roman"/>
        </w:rPr>
        <w:t>Bu ñi mel ni Daniel buleen gis peeñ gu jigéenu, gu doon sabab bi di leen soppi ba ñuy mel ni Kirist, dañu jot xelum Kirist, mi di ñaareelu Aadama te di ku ñuy. Ca jamono jooju seen xel bu yàgg bu suufu, bi ñu amoon ndax seen màggat ci njëkk Aadama gannaaw ba mu daanee te mu delloo toftaleesinu bindam, dafa ñu ko daaj ci bant ba. Xel bu suufu, bi xeex ak yoonu Yàlla, bi ñu jot te amuñu woon benn tànkku ci seen juddu, dafa ñu ko wecci ak xelum Kirist, bi ñuy jot ci seen bopp tànkku, te muy déggal yoonu Yàlla bu mat sëkk. Seen xel bu bees ak xelum Kirist daldi nekk benn xel, te ñoom ñépp ñoo bokk toog ci gànguna gi ci bérab yu asamaan. Am na bérab ci biir kër Yàlla bi nekk bérabu gànguna Yàlla, te nit ñi, ñi ñu bind ci melo Yàlla, am nañu benn bérab bu taxaw ci biir kër ga, bu ñu def ngir nekk kërug kanamu Yàlla.</w:t>
      </w:r>
    </w:p>
    <w:p>
      <w:pPr>
        <w:pStyle w:val="ArticleBody"/>
        <w:jc w:val="left"/>
      </w:pPr>
      <w:r>
        <w:rPr>
          <w:rFonts w:ascii="Times New Roman" w:hAnsi="Times New Roman" w:eastAsia="Times New Roman" w:cs="Times New Roman"/>
        </w:rPr>
        <w:t>Bérab boobu nekkul ci seen jikko ju suufe, jiñu tektale woon ak nguuru bëj-gànnaar bi. Waaye mu ngi ci bérab bi nguuru bëj-saalum bi di tektale, fa Yàlla tànn a samp turam, mooy jikkoom. Bérab boobu nekk na ci Yerusalem, waaye ndaxte Yerusalem mooy péeyu Yuda, Yerusalem mooy bopp bi; te boppu péey bi mooy buur bi. Te Yerusalem tànnees na ngir doon péey bi, waaye noonu itam tànnees na ko ngir mu doon bérab ba Yàlla di samp këram gu sell gi. Gannaaw loolu, ci këram gu sell ga la samp gangunaam. Nguuru bëj-saalum bi di tektale jikko ju kawe ji ci nit, waaye itam am na néegu ganguna bu bees ngir buur bi. Rakku jigéen White woowe na bérab boobu “sitadel” bu bàkk bi. “Sitadel”, ci ni ñu koy faramfàcce, dafa doon kër gu ñu tàbbal bu dëgër.</w:t>
      </w:r>
    </w:p>
    <w:p>
      <w:pPr>
        <w:pStyle w:val="ArticleScripture"/>
        <w:jc w:val="left"/>
      </w:pPr>
      <w:r>
        <w:rPr>
          <w:rFonts w:ascii="Times New Roman" w:hAnsi="Times New Roman" w:eastAsia="Times New Roman" w:cs="Times New Roman"/>
        </w:rPr>
        <w:t>“Warug xol bépp bi waral Yàlla, te lu dul loolu, dëggug Yàlla du am doole ju sellal ci dund ak jikko. Waaye, lu ñaaw la ne, ñu bare ci ñi di woowe turu Kirist, bésuñu seen xol ko ci njub ak sellaay. Mënuñu woon xam yëngu-yëngu gu metti gu dëggu gu jëbbale gu mat ci li Kiristaanug Yàlla di laaj; te noonu tax na ne dooley dëgg di soppi nekkul ci seen dund; xol bu sëf ak yëngu-yëngu bu nooy buy wàññi buy jóge ci mbëggeelu Kirist feeñul ci dund ak jikko. Waaye ndaw li ñu man a def ci yar géttug Yàlla bu réy la, su fekkee ne ñi di sàmm gétt ba ci suufu dañuy daanu ak Kirist ci bant ba, te di dundal Yàlla ngir bokk liggéey ak Kiif Sàmmkatug gétt ba! Kirist woo na nit ñi ngir ñu liggéey ni mu liggéeye woon. Am na soxla ci seede gu gën a xóot, gën a dëgër, gën a not ci dooley dëgg, ni ñuy ko gis ci ragal Yàlla gu aju ci jëf, ci ñi wax ne dañu ko gëm. Mbëggeelu Musalkat bi ci bakkan bi dina jur coppite gu leer ci anam wi liggéeykat yi di liggéeye ngir bàkkanu ñiy sànku. Bu dëgg jëlée kër gu mag gi ci bakkan bi, Kirist toog ci buur ci xol bi, te noonu nit ki man naa wax ne: ‘Damaa daanu ak Kirist ci bant ba; waaye tey maangi dund; te du man, waaye Kirist moo dund ci man; te dund gi maa ngi dund léegi ci yaram wi, ci ngëm laa ko dundee ci Doomug Yàlla ji ma bëgg te joxe boppam ngir man.’” Review and Herald, 9 octobre 1894.</w:t>
      </w:r>
    </w:p>
    <w:p>
      <w:pPr>
        <w:pStyle w:val="ArticleBody"/>
        <w:jc w:val="left"/>
      </w:pPr>
      <w:r>
        <w:rPr>
          <w:rFonts w:ascii="Times New Roman" w:hAnsi="Times New Roman" w:eastAsia="Times New Roman" w:cs="Times New Roman"/>
        </w:rPr>
        <w:t>“Sitadelu xol bi” mooy fa “Kirist toogee ci nguuram.” Yékkati Kirist ci nguuram am na bu soxla bi dafa dees ko daaj ci bant bi, te soxla bi, ci ni Pawulo ko tekkee, mooy binduwaay bu suufe bi, te mooy buurug bërëb bu bëj-gànnaar bi. Loolu moo tax waxu yonent yi ci buurug bërëb bu bëj-gànnaar bi yeggiwoon na rekk ba ci 1798. Binduwaay bu suufe bi mënul bokk ak Yàllaay gi; war na soppeeku ci benn xëy bu ndaw ci ñëw gu ñaareel gi. Buurug bërëb bu bëj-saalum bi nag, mi ëmb “bopp” bi di Yerusalem, ak “bopp” bi di kër-yàlla ga, yeggoon na ba ci 1844, ndaxte moo doon melokaan binduwaay bu kaw bi, bi man a tann a daaj soxla bi ci bant bi te, ci ngëm, dugg ci sitadelu Barab bu Gëna Sell bi, te toog ci gàngune bi ak Kirist. Berab bi fa boole boobu ak yékkati nguur googu di am, mooy ci sitadelu kër nit ki. Aaya fukki bi ci saar fukki ak benn bi tekki na bopp bi ni mooy tata ji, waaye dëgg googu sax na rekk ak seede Esayi, mi di laaj ngir dëgg gi jëm ci tata ji (sitadel bi) ñu xam ko ci njariñam ci biti ak ci biir.</w:t>
      </w:r>
    </w:p>
    <w:p>
      <w:pPr>
        <w:pStyle w:val="ArticleScripture"/>
        <w:jc w:val="left"/>
      </w:pPr>
      <w:r>
        <w:rPr>
          <w:rFonts w:ascii="Times New Roman" w:hAnsi="Times New Roman" w:eastAsia="Times New Roman" w:cs="Times New Roman"/>
        </w:rPr>
        <w:t>Kàddu Yàlla mooy sunu lekk gu xel ak ruu. “Man maa di mburu dund gi,” Kirist nee; “ku ñëw ci man, du xif mukk; te ku gëm ci man, du mar mukk.” Àddina si dee ngir ñàkk dëgg gu set te amul benn sikkim. Kirist mooy dëgg gi. Ay kàdduam dëgg lañu, te ñoo am maana yu gën a xóot li feeñ ci kaw rekk, ak njariñ ju ëpp seen melokaan gu suufeelul. Xel yi Xel Mu Sell mi yégle dinañu xam solo kàddu yii. Bu ñu solalee sunuy bët dënginub gis bu sell bi, dinañu man a gis per yu wert yu dëgg, doonte dañuy nekk suuloo ci suufu kaw gi.</w:t>
      </w:r>
    </w:p>
    <w:p>
      <w:pPr>
        <w:pStyle w:val="ArticleScripture"/>
        <w:jc w:val="left"/>
      </w:pPr>
      <w:r>
        <w:rPr>
          <w:rFonts w:ascii="Times New Roman" w:hAnsi="Times New Roman" w:eastAsia="Times New Roman" w:cs="Times New Roman"/>
        </w:rPr>
        <w:t>“Dëgg dafa sell, rafet te kawe. Bu saxale jikko gi, ruu gi day mag ci suufam yu sell yi. Bés bu nekk war nañu dégg gi jël ko ci xol bi. Noonu lañuy lekk waxi Kirist, yi mu wax ne ruu lañu te dund lañu. Nangu dëgg gi dina def ku ko jël nekk doomu Yàlla, te muy ndono asamaan. Dëgg gi ñuy sàmm ci xol bi du bataaxal bu sedd te dee, waaye doole ju dund.”</w:t>
      </w:r>
    </w:p>
    <w:p>
      <w:pPr>
        <w:pStyle w:val="ArticleScripture"/>
        <w:jc w:val="left"/>
      </w:pPr>
      <w:r>
        <w:rPr>
          <w:rFonts w:ascii="Times New Roman" w:hAnsi="Times New Roman" w:eastAsia="Times New Roman" w:cs="Times New Roman"/>
        </w:rPr>
        <w:t>“Dëgg mooy lu sell, lu Yàlla. Moo gën a dëgër te am doole bu ëpp lu mu mana doon ci tabax jikko ju mel ni jikko ji Kirist. Ci moom am na matug mbégte. Bu ñu ko sàmm ci xol, mbëggeelug Kirist mooy li ñuy tànn te gën a far ci kaw mbëggeel kenn nit ku nekk. Loolu mooy Kiristaanug dëgg. Loolu mooy mbëggeelug Yàlla ci bakkan bi. Noonu dëgg ju set, ju amul benn ñaawteef, dafay jël kër gu kawe gi ci dund gi. Kàddu yi mat nañu: ‘Te it dinaa leen may xol bu bees, te dinaa def ci seen biir ruu bu bees.’ Am na ngor gu kawe ci dundug kooku miy dund tey liggéey ci suufeel gu dundëelug dëgg.” Review and Herald, February 14, 1899.</w:t>
      </w:r>
    </w:p>
    <w:p>
      <w:pPr>
        <w:pStyle w:val="ArticleBody"/>
        <w:jc w:val="left"/>
      </w:pPr>
      <w:r>
        <w:rPr>
          <w:rFonts w:ascii="Times New Roman" w:hAnsi="Times New Roman" w:eastAsia="Times New Roman" w:cs="Times New Roman"/>
        </w:rPr>
        <w:t>Gis njàŋgaleb jaar-jaaru waxu yonent bi nekk ci Daniel saraxaat fukki benn, tambalee na baat bu ñaareel bi, te njiitu réew mi juróomeelu ak gën a bare alal bi, méngoo na ak bopp bi, mooy Russi, ci ay aaya yi nekk diggante fukki benn ba fukki juróom. Ci jaar-jaar boobu njiitu réew mi juróomeelu bi dina nekk juróom ñaareelu bi mi bokk ci juróom ñaar ña, te mooy nguuru bi din a yore bu kerk ak réew ci Etazini booloo, te matal seen njaaloo bu sellulwul ci aaya bi fukki juróom benn, ci yoonu Dimaas bu ñëw lu gaaw.</w:t>
      </w:r>
    </w:p>
    <w:p>
      <w:pPr>
        <w:pStyle w:val="ArticleBody"/>
        <w:jc w:val="left"/>
      </w:pPr>
      <w:r>
        <w:rPr>
          <w:rFonts w:ascii="Times New Roman" w:hAnsi="Times New Roman" w:eastAsia="Times New Roman" w:cs="Times New Roman"/>
        </w:rPr>
        <w:t>Bant bi ñuy yékkati ci booba, dina am naqar te dee diirub ñetti fan ak genn-wàll; te loolu ci Daniel fukk, mooy ñaar-fukk ak benn fan. Bu ñaar-fukk ak benn fan yi Daniel jooyee di jeexee, te loolu mooy jeexital ñetti fan ak genn-wàll yi ñaari seede yi dee ci mbedd mi, te ñoomooy ñi nekk ci xuru Ezekiel, ñu dee te mel ni yax yu wow—am na waxu yonent buy delloo ñi dee dundaat. Jëfandikoo boobu ci téereb Daniel saar fukk, ñetti jéego lañu ko tegtal.</w:t>
      </w:r>
    </w:p>
    <w:p>
      <w:pPr>
        <w:pStyle w:val="ArticleScripture"/>
        <w:jc w:val="left"/>
      </w:pPr>
      <w:r>
        <w:rPr>
          <w:rFonts w:ascii="Times New Roman" w:hAnsi="Times New Roman" w:eastAsia="Times New Roman" w:cs="Times New Roman"/>
        </w:rPr>
        <w:t>Ca bés gu juroom-ñeent-fukk ak ñaar fan ci weer bu njëkk bi, ba ma nekkee ci wetu dex gu mag ga, gi di Hiddekel, ma yékkati samay bët, xool, te gis nit ku nekk, sol mbubb mu defare lino, te ay ndiggam dañu leen takkoon wurus wu rafet wu Upphaz. Yaramam it mel ni beril, jëmmam mel ni leeru melax, ay bëtam mel ni lamp yu safara, ay loxoom ak ay tànkam mel ni xànjaru xonq bu ñu sellal, te baatam mel ni baatu mbooloo mu bare. Man Daniel rekk maa gis vision bi; ndaxte góor ña nga woon ak man gisulñu vision bi; waaye tiit bu mag daldi dal ci seen kaw, ba tax ñu daw ngir nëbbiku. Kon nag, ma des kenn rekk, gis vision bu mag bii, te doole desatul ci man; ndaxte taar wi ma amoon soppeeku ci man ba neexadi, te duma desal woon benn doole. Waaye dégg naa baatu kàdduy nit ka; te bi ma déggee baatu kàdduy nit ka, ma daanu ci nelaw gu xóot ci sama kanam, sama jëmm di jublu suuf. Noonu gis naa loxo buy laal ma, te mu tax ma jóg ci sama ñoñ ak ci tànkuy samay loxo. Mu ne ma: «Yow Daniel, góor ku ñu bëgg lool, xam sa bu baax kàddu yi ma lay wax, te taxaw bu jub; ndax yow lañu ma yónni léegi.» Bi mu waxee ma loolu, ma taxaw di loxxob. Noonu mu ne ma: «Bul ragal, Daniel; ndaxte dale ca bés ba njëkk ba nga jébbal sa xol ngir xam te toroxal sa bopp ci kanam sa Yàlla, dégg nañu sa kàddu, te man dikk naa ngir sa kàddu yi. Waaye buur bu nguurug Perse di ma bañ benn-fukk ak benn fan; waaye xoolal, Misaayel, kenn ci buur yi gën a mag, ñëw na ngir dimmëli ma; te ma des fa ak buur yi réewum Perse. Léegi nag dikk naa ngir may la nga xam li dina dal sa xeet ci fan yu mujj yi; ndaxte vision bi dafay teg ci yeneen fan yu bare.» Daniel 10:4–14.</w:t>
      </w:r>
    </w:p>
    <w:p>
      <w:pPr>
        <w:pStyle w:val="ArticleBody"/>
        <w:jc w:val="left"/>
      </w:pPr>
      <w:r>
        <w:rPr>
          <w:rFonts w:ascii="Times New Roman" w:hAnsi="Times New Roman" w:eastAsia="Times New Roman" w:cs="Times New Roman"/>
        </w:rPr>
        <w:t>Ba Daniel dafa ne ci mujj gaññ gu ñaar-fukk ak benn fan yi mu nekkoon ci metit, ba mu gis peeñug Almasi te mu dégg waxi Almasi. Peeñu Kàddug Yàlla, giñeeñ ci gis-gis ak ci wax, mooy jur xaajale bu ñaari xeet, te Daniel dafa dee ci mbedd mi, ndaxte dafa “nekk ci nelaw gu xóot.”</w:t>
      </w:r>
    </w:p>
    <w:p>
      <w:pPr>
        <w:pStyle w:val="ArticleScripture"/>
        <w:jc w:val="left"/>
      </w:pPr>
      <w:r>
        <w:rPr>
          <w:rFonts w:ascii="Times New Roman" w:hAnsi="Times New Roman" w:eastAsia="Times New Roman" w:cs="Times New Roman"/>
        </w:rPr>
        <w:t>Li moom la waxoon; gannaaw loolu mu ne leen: Sunu xarit Lasaar nelaw na; waaye maa ngi dem, ngir may yeesal ko ci nelawam. Kon taalibe ya ne ko: Boroom bi, bu mu nelaw, dina wér. Waaye Yeesu waxoon na ci dee baam; te ñoom dañu xalaat ne dafa wax ci noppalu ci nelaw. Noonu Yeesu wax leen ko bu leer ne: Lasaar dee na. Yowaana 11:11–14.</w:t>
      </w:r>
    </w:p>
    <w:p>
      <w:pPr>
        <w:pStyle w:val="ArticleBody"/>
        <w:jc w:val="left"/>
      </w:pPr>
      <w:r>
        <w:rPr>
          <w:rFonts w:ascii="Times New Roman" w:hAnsi="Times New Roman" w:eastAsia="Times New Roman" w:cs="Times New Roman"/>
        </w:rPr>
        <w:t>Noonu Jibril laal Daniel ba beneen yoon bu njëkk, te mu xamal ko xeexu politig bi doon am bi Daniel nekkee dee (nelaw), ak ne léegi dina ko jox tekkikoo vision bi ko soppoonoon ngir mu mel ni Kirist. Gannaaw loolu, dees na ko laal beneen yoon ñaareel, ci boppam Kirist.</w:t>
      </w:r>
    </w:p>
    <w:p>
      <w:pPr>
        <w:pStyle w:val="ArticleScripture"/>
        <w:jc w:val="left"/>
      </w:pPr>
      <w:r>
        <w:rPr>
          <w:rFonts w:ascii="Times New Roman" w:hAnsi="Times New Roman" w:eastAsia="Times New Roman" w:cs="Times New Roman"/>
        </w:rPr>
        <w:t>Ba mu waxee ma loolu, ma jubbanti sama kanam suuf, ba noppi nekk luul. Te gis, kenn ku mel ni melokaanu doomi nit laal sama tuñ. Noonu ma ubbi sama gémmiñ, wax ak ki taxawoon ci sama kanam, ne ko: Sama sang, ndax peeñ mi, tiis yi dellu ci man, te amatu ma doole. Ndax nan la jaamu sama sang bii man a wax ak sama sang bii? Ndax ci saa si saxatul benn doole ci man, te desatuwul sax ngelaw ci man. Daniel 10:15–17.</w:t>
      </w:r>
    </w:p>
    <w:p>
      <w:pPr>
        <w:pStyle w:val="ArticleBody"/>
        <w:jc w:val="left"/>
      </w:pPr>
      <w:r>
        <w:rPr>
          <w:rFonts w:ascii="Times New Roman" w:hAnsi="Times New Roman" w:eastAsia="Times New Roman" w:cs="Times New Roman"/>
        </w:rPr>
        <w:t>Lii dafa yamale ak keroog gu njëkk gi Ezekiel ci saar fanweeri-ñaar ak juróom-ñett, ndaxte ci ñaari waxi yonent yi Ezekiel am ndigal jox yax yu dee yi nekk ci xur wi, bu njëkk bi mooy tëral yaram yi, waaye booba amuñu noflaay, te amuñu it doole yu mbooloo mu mag a bari. Waxu yonent wu ñaareel wi Ezekiel la tax yaram yi jot noflaay gi jóge ci ñenti ngelaw yi ba tax ñu taxaw ni mbooloo mu mag a bari, te ci ñaareelu laal bi Daniel amee, “doole desul woon ci man, te noflaayit desul ci man.” Gannaaw loolu, ñu dellu laal Danielaat bi ñetteel ci yoon wépp, te ñaareel bi Gabriel la ko laal.</w:t>
      </w:r>
    </w:p>
    <w:p>
      <w:pPr>
        <w:pStyle w:val="ArticleScripture"/>
        <w:jc w:val="left"/>
      </w:pPr>
      <w:r>
        <w:rPr>
          <w:rFonts w:ascii="Times New Roman" w:hAnsi="Times New Roman" w:eastAsia="Times New Roman" w:cs="Times New Roman"/>
        </w:rPr>
        <w:t>Noonu beneen dellu ci man niro mel ni ma la, te dooleel ma. Mu ne ma: Yow nit ku Yàlla bëgg lool, bul ragal; jàmm ñeel na la; am doole, waaw, am doole. Bi mu waxee ak man, ma doolewaat, ma ne: Na sama sang wax, ndaxte yow dooleel nga ma. Daniel 10:18, 19.</w:t>
      </w:r>
    </w:p>
    <w:p>
      <w:pPr>
        <w:pStyle w:val="ArticleBody"/>
        <w:jc w:val="left"/>
      </w:pPr>
      <w:r>
        <w:rPr>
          <w:rFonts w:ascii="Times New Roman" w:hAnsi="Times New Roman" w:eastAsia="Times New Roman" w:cs="Times New Roman"/>
        </w:rPr>
        <w:t>Ñetteel bu ñetteelu laal bu Daniel, mooy ñaareelu yëglebii Ezekiel, bi yékkati yaram yi tax ñu taxaw ci seen tànk, mel ni mbooloom xare bu màgg. Yëglebii jëm ci nit ñi xam ne ñu dee nañu, ndaxte ñu nekkoon ci jooy ak metit, ni ko Daniel itam nekkoon.</w:t>
      </w:r>
    </w:p>
    <w:p>
      <w:pPr>
        <w:pStyle w:val="ArticleScripture"/>
        <w:jc w:val="left"/>
      </w:pPr>
      <w:r>
        <w:rPr>
          <w:rFonts w:ascii="Times New Roman" w:hAnsi="Times New Roman" w:eastAsia="Times New Roman" w:cs="Times New Roman"/>
        </w:rPr>
        <w:t>Noonu mu ne ma ne: “Waxal ngelaw li ci kanam Yàlla, waxal, yaw doomu nit, te nga ne ngelaw li: Nii la Boroom Bi Yàlla waxe: Ñëwal, yaw ruu, jóge ci ñeenti ngelaw yi, te ngaa wol ci kaw ñi ñu rey, ngir ñu dund.” Noonu ma wax ci kanam Yàlla, ni mu ma ko santoon, te ruu ma daldi dugg ci ñoom; ñu dund, taxaw ci seen tànk, doon mbooloo mu réy lool. Noonu mu ne ma: “Yaw doomu nit, yax yooyu mooy kër gi yépp gi Israyil. Xoolal, ñoom da ñuy wax: ‘Sunuy yax wow nañu, sunuy yaakaar jeex na; dagg nanu, kenn bokkul ak nun.’” Ezekiel 37:9–11.</w:t>
      </w:r>
    </w:p>
    <w:p>
      <w:pPr>
        <w:pStyle w:val="ArticleBody"/>
        <w:jc w:val="left"/>
      </w:pPr>
      <w:r>
        <w:rPr>
          <w:rFonts w:ascii="Times New Roman" w:hAnsi="Times New Roman" w:eastAsia="Times New Roman" w:cs="Times New Roman"/>
        </w:rPr>
        <w:t>Boroom bi sant Esekiyel mu wax ci kàdduy yoon, te mu wax leen ne seede bu kërug Israyil mooy ne ñu dee nañu, amuñu yaakaar, te dagg nañu leen. Ñu ngi jooy wéy, ni Daniyel woon, ndaxte ñu ñàkk yaakaar ci yégle bu amul njariñ bu 18 Sulet 2020, te ci xaalis googu lañu wax Esekiyel mu kàdduy yoon.</w:t>
      </w:r>
    </w:p>
    <w:p>
      <w:pPr>
        <w:pStyle w:val="ArticleScripture"/>
        <w:jc w:val="left"/>
      </w:pPr>
      <w:r>
        <w:rPr>
          <w:rFonts w:ascii="Times New Roman" w:hAnsi="Times New Roman" w:eastAsia="Times New Roman" w:cs="Times New Roman"/>
        </w:rPr>
        <w:t>Kon nag, waxal leen ne: Ni Boroom bi Yàlla waxe la; Xoolleen, yéen samay nit, dinaa ubbi séeni bàmmeel, te génne leen ci séeni bàmmeel, indi leen ci suufus Israayil. Te dingeen xam ne man maa di Aji Sax ji, bu ma ubbee séeni bàmmeel, yéen samay nit, te génne leen ci séeni bàmmeel. Dinaa def sama Xel ci yéen, te dingeen dund; dinaa leen dëkkal ci seen suuf; noonu dingeen xam ne man Aji Sax ji, wax naa ko te matal naa ko, nii la Aji Sax ji waxe. Ezekiel 37:12–14.</w:t>
      </w:r>
    </w:p>
    <w:p>
      <w:pPr>
        <w:pStyle w:val="ArticleBody"/>
        <w:jc w:val="left"/>
      </w:pPr>
      <w:r>
        <w:rPr>
          <w:rFonts w:ascii="Times New Roman" w:hAnsi="Times New Roman" w:eastAsia="Times New Roman" w:cs="Times New Roman"/>
        </w:rPr>
        <w:t>Boroom bi, mooy Mikaayel malaaka bu mag bi, dafay ubbi seen bàmmeel yi, te ñaari seede yi ci Peeñu Yàlla gi ay fukk ak benn, ñoom itam dees leen dekkal, te dees leen may Xel Mu Sell mi, ñu jóg taxaw, ni ko Xel Mu Sell mi ñu ko mayee ñi jóg taxaw ba ñu leen génnee ci seen bàmmeel yi ci ñaareelu waxi Ezekiel.</w:t>
      </w:r>
    </w:p>
    <w:p>
      <w:pPr>
        <w:pStyle w:val="ArticleScripture"/>
        <w:jc w:val="left"/>
      </w:pPr>
      <w:r>
        <w:rPr>
          <w:rFonts w:ascii="Times New Roman" w:hAnsi="Times New Roman" w:eastAsia="Times New Roman" w:cs="Times New Roman"/>
        </w:rPr>
        <w:t>Te gannaaw ñetti fan ak genn-wàll, Xelum dund gu jógge ci Yàlla dugg ci ñoom, te ñu taxaw ci seen tànk; ba pare ragal gu réy dal ci ñi leen gis. Peeñu 11:11.</w:t>
      </w:r>
    </w:p>
    <w:p>
      <w:pPr>
        <w:pStyle w:val="ArticleBody"/>
        <w:jc w:val="left"/>
      </w:pPr>
      <w:r>
        <w:rPr>
          <w:rFonts w:ascii="Times New Roman" w:hAnsi="Times New Roman" w:eastAsia="Times New Roman" w:cs="Times New Roman"/>
        </w:rPr>
        <w:t>Ñaari seede ñaar, dafañu leen tegtal ni Musa ak Eliya, te itam Musa dekkal na ko baatub malaaka bu mag bi.</w:t>
      </w:r>
    </w:p>
    <w:p>
      <w:pPr>
        <w:pStyle w:val="ArticleScripture"/>
        <w:jc w:val="left"/>
      </w:pPr>
      <w:r>
        <w:rPr>
          <w:rFonts w:ascii="Times New Roman" w:hAnsi="Times New Roman" w:eastAsia="Times New Roman" w:cs="Times New Roman"/>
        </w:rPr>
        <w:t>Waaye Mikayel, malaakam bu mag, bi mu doon xëccoo ak Seytaane te di jooju ci yaramu Muusa, mënu koon a yóbbu ci moom tuumaal buy xas; waaye ne ko: “Boroom bi nay yedd la.” Jude 1:9.</w:t>
      </w:r>
    </w:p>
    <w:p>
      <w:pPr>
        <w:pStyle w:val="ArticleBody"/>
        <w:jc w:val="left"/>
      </w:pPr>
      <w:r>
        <w:rPr>
          <w:rFonts w:ascii="Times New Roman" w:hAnsi="Times New Roman" w:eastAsia="Times New Roman" w:cs="Times New Roman"/>
        </w:rPr>
        <w:t>Mikael, Buur bi ak Arxaanjel bi, mooy Ki ñëw te dimbali Jibril ci Daniel sura fukk bi, te baatam mooy wooy góor ak jigéen ngir ñu dund.</w:t>
      </w:r>
    </w:p>
    <w:p>
      <w:pPr>
        <w:pStyle w:val="ArticleScripture"/>
        <w:jc w:val="left"/>
      </w:pPr>
      <w:r>
        <w:rPr>
          <w:rFonts w:ascii="Times New Roman" w:hAnsi="Times New Roman" w:eastAsia="Times New Roman" w:cs="Times New Roman"/>
        </w:rPr>
        <w:t>Ndax Boroom bi ci boppam dina wàccee asamaan ak xaacu bu réy, ak baatub malaaka mu mag mi, ak liitug Yàlla; te ñi dee woon ci Kirist dinañu jóg njëkk. 1 Tessalonig 4:16.</w:t>
      </w:r>
    </w:p>
    <w:p>
      <w:pPr>
        <w:pStyle w:val="ArticleBody"/>
        <w:jc w:val="left"/>
      </w:pPr>
      <w:r>
        <w:rPr>
          <w:rFonts w:ascii="Times New Roman" w:hAnsi="Times New Roman" w:eastAsia="Times New Roman" w:cs="Times New Roman"/>
        </w:rPr>
        <w:t>Ñatti Daniel yu am ñett ci moom dafa tegtal jéggi bi nekk ci diggante yëngu-yëngu Laodise bu malaaka ñetteelu ñett bi ak yëngu-yëngu Filadelfi bu malaaka ñetteelu ñett bi; te ci Daniel fukki at, peeñ mi matale jéggi boobu, jële ko ci nataalu Laodise ba ca nataalu Filadelfi, dees na ko wone ni mooy jaar-jaaru waxu yonent wi ñu tegtal ci saar bi ñoom-fukk ak benn. Peeñ moomu, Ezekiel moo ko tegtal ni mooy peeñu Islam bu ñetteelu ay. Ci 2014, Risi moo tàmbalee ñaareelu xare bu proxy. Ci 2015, njiitu réew mi gën a bare alal tàmbalee ay jëfam ngir nekk njiitu réew bu juróom-beneel.</w:t>
      </w:r>
    </w:p>
    <w:p>
      <w:pPr>
        <w:pStyle w:val="ArticleBody"/>
        <w:jc w:val="left"/>
      </w:pPr>
      <w:r>
        <w:rPr>
          <w:rFonts w:ascii="Times New Roman" w:hAnsi="Times New Roman" w:eastAsia="Times New Roman" w:cs="Times New Roman"/>
        </w:rPr>
        <w:t>Ci atum 2020, njiit bu nekkoon prezidaan boobu, miy wone sax bu Républicain bi, ñu rey ko ak rab gu dul gëm Yàlla gu “woke” gi, gu jóge ci kàmb gu amul pënd bi, te ci atum boobu sax, sax bu Protestaaŋ bu Laodicea bi itam ñu rey ko. Ci atum 2023, ñaari sax ya dellusi ci dundaat, ñoom ñépp ñuy tàmbali seen jëmm ci juróom ñaareel bi miy bokk ci juróom ñaari bi. Benn miy jëmm jëm ci nataalu rab gi ci wàllu politig, ndegëm dajaleg Kërceen ak Réew bi ñuy indi ci États-Unis, te beneen sax bi miy jëmm jógé ci nataalu Laodicea jëm ci nataalu Almasi bi. Ñaari sax yi dinañu leen yékkati ci ndigalu Dibeer bu ñëw léegi. Benn dina nekk “Alexander the Great”, buuru ji gën a njëkk ci fukki buur yi di jox seen juróomeel nguur jigéen ju ndaw ji dëkk Room, te beneen bi dinañu ko yékkati muy bannere.</w:t>
      </w:r>
    </w:p>
    <w:p>
      <w:pPr>
        <w:pStyle w:val="ArticleBody"/>
        <w:jc w:val="left"/>
      </w:pPr>
      <w:r>
        <w:rPr>
          <w:rFonts w:ascii="Times New Roman" w:hAnsi="Times New Roman" w:eastAsia="Times New Roman" w:cs="Times New Roman"/>
        </w:rPr>
        <w:t>Pees mi jur ñaari jële yi ñuy feeñ ci fii, mooy jaar-jaaru mboolem mbir mi dox diggante 11i Sàttumbar 2001 ak yoonu Dibéer bi. Aaya fukk ak benn ci Daniel saraxle fukk ak benn, moom dafa xamle bu wér ci biir wàllu li ne: su fekkee dungeen gëm, deesuleen taxaw bu dëgër.</w:t>
      </w:r>
    </w:p>
    <w:p>
      <w:pPr>
        <w:pStyle w:val="ArticleBody"/>
        <w:jc w:val="left"/>
      </w:pPr>
      <w:r>
        <w:rPr>
          <w:rFonts w:ascii="Times New Roman" w:hAnsi="Times New Roman" w:eastAsia="Times New Roman" w:cs="Times New Roman"/>
        </w:rPr>
        <w:t>Dina dëggale xam-xam bii ci bind bi ci topp.</w:t>
      </w:r>
    </w:p>
    <w:p>
      <w:pPr>
        <w:pStyle w:val="ArticleScripture"/>
        <w:jc w:val="left"/>
      </w:pPr>
      <w:r>
        <w:rPr>
          <w:rFonts w:ascii="Times New Roman" w:hAnsi="Times New Roman" w:eastAsia="Times New Roman" w:cs="Times New Roman"/>
        </w:rPr>
        <w:t>“Yoonu Biibël yi war nañu nekk njubteb dund gu bés-bés. Bant bu Kirist war na nekk wér gu ñuy wax, di wone njàng yi nu war a jàng te jëfe. Kirist war nañu koo dugal ci mboolem njàng yi, ngir taalibé yi naan xam-xamu Yàlla te man koo tegtal ci seen jikko. Njariñam ak màggalam mooy sunu njàng, ci jamono jii ak ci ba fàww. Kàddug Yàlla, gi Kirist waxoon ci Kóllëre gu Yàgg gi ak ci Kóllëre gu Bees gi, mooy mburu mi jóge asamaan; waaye lu bare ci li ñuy wax ne xam-xam dafa mel ni ñam yu nit ñi sos seen bopp, ñam luñu yàq ak lu dul sell; du mana dëgg gi.”</w:t>
      </w:r>
    </w:p>
    <w:p>
      <w:pPr>
        <w:pStyle w:val="ArticleScripture"/>
        <w:jc w:val="left"/>
      </w:pPr>
      <w:r>
        <w:rPr>
          <w:rFonts w:ascii="Times New Roman" w:hAnsi="Times New Roman" w:eastAsia="Times New Roman" w:cs="Times New Roman"/>
        </w:rPr>
        <w:t>“Ci Kàddu Yàlla am na xel mu màgg te kenn mënu ko bëgganteel, xel mu dul jeex—xel mu cosaanoo, du ci xel mu yemul, waaye ci xelu Yàlla mi ànd ak beepp dayo. Waaye lu bare ci li Yàlla feeñal ci Kàddoom lëndëm na ci nit ñi, ndaxte xarala yi dëgg dañoo suuloo suufu mbalit mu xelal nit ak aada nit ñi. Ci ñenn ñi, alal yi nekk ci Kàddu gi des nañu kumpa, ndaxte seetewuñu leen ak sax gu dëgër ba kàdduy wurus yi xamleeku. War nañu seet Kàddu gi ngir sellal te waajal ñi ko di nangu ngir nekk ay cér ci njabootu Buur bi, doom yi Buur bu asamaan bi.”</w:t>
      </w:r>
    </w:p>
    <w:p>
      <w:pPr>
        <w:pStyle w:val="ArticleScripture"/>
        <w:jc w:val="left"/>
      </w:pPr>
      <w:r>
        <w:rPr>
          <w:rFonts w:ascii="Times New Roman" w:hAnsi="Times New Roman" w:eastAsia="Times New Roman" w:cs="Times New Roman"/>
        </w:rPr>
        <w:t>Jàngalekat kàddu Yàlla war na jël bàyyi jàngalekat téere yi nga xam ne dañoo wàññi xel yi ci mistisism te jëbbal leen bàyyi dëgg gi. Ay njàngalem yu dundam, yu ñu ràbb ci sunuy dund, dinañu doon sunu wallu-aar ci nattu ak ci yéefari; njàngaleem bu sell bi moom rekk mooy yoon wi jëm ci ndam. Bu nattu bi dikkee ci bépp bakkan, dina am ñu dëddu ngëm. Am na ñu dinañu feeñ ne ay wor-kàddu lañu, ñuy gaaw a jëf, ñuy réy-réylu, te di wéeru ci seen bopp, ba dëddu dëgg gi, taxawal ngëm gi mu yàqu mel ni gaal gu sot. Lu tax? Ndaxte dunduwuñu woon “ci bépp kàddu gu génn ci gémmiñu Yàlla.” Duñu xóotal woon, ba tax seen fondasiyoŋ nekk lu wóor.</w:t>
      </w:r>
    </w:p>
    <w:p>
      <w:pPr>
        <w:pStyle w:val="ArticleScripture"/>
        <w:jc w:val="left"/>
      </w:pPr>
      <w:r>
        <w:rPr>
          <w:rFonts w:ascii="Times New Roman" w:hAnsi="Times New Roman" w:eastAsia="Times New Roman" w:cs="Times New Roman"/>
        </w:rPr>
        <w:t>«Buñu indilee ay waxi Boroom bi jaarale ci ay ndawam yu Mu tànn, dañuy ñaawlu te defe ne yoon wi dafa gëna xat lool. Ci saraxal juróom-benn ci Yowaana, nu ngi jàng ci ñenn ñu doon yaakaar ne ay taalibe Kirist lañu woon, waaye bi ñu leen wone dëgg gu leer gi, mu metti leen, ba ñu dootul ànd ak Moom. Noonu itam, jangkat yu nekk ci kaw rekk yii dinañu dëddu Kirist.» Testimonies, volim 6, 132.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Daniel — Nimero benn téeméeri ak juróom-ñaar-fukk ak juróom-ñent</dc:title>
  <dc:subject>Kérug Xol bi: Xam-xamu Nekkute Yàlla ci kaw ngelaw ak Coppite gi ci wàllu Kàddug yonent yi</dc:subject>
  <dc:creator>Jeff Pippenger</dc:creator>
  <cp:keywords/>
  <dc:description>Generated by ArticleDigger from daniel\170_daniel.json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