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Daanieel — Téeméer ak juróom-benn fukk ak juróom-ñent ci benn bi</w:t>
      </w:r>
    </w:p>
    <w:p>
      <w:pPr>
        <w:pStyle w:val="ArticleSubtitle"/>
        <w:jc w:val="left"/>
      </w:pPr>
      <w:r>
        <w:rPr>
          <w:rFonts w:ascii="Arial" w:hAnsi="Arial" w:eastAsia="Arial" w:cs="Arial"/>
        </w:rPr>
        <w:t>Eseek geopolitig bu mak: Vatikaan bi, Kominism bi, ak xalaat ngir moom adina si yépp</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2024-04-01</w:t>
      </w:r>
    </w:p>
    <w:p>
      <w:pPr>
        <w:pStyle w:val="ArticleBody"/>
        <w:jc w:val="left"/>
      </w:pPr>
      <w:r>
        <w:rPr>
          <w:rFonts w:ascii="Times New Roman" w:hAnsi="Times New Roman" w:eastAsia="Times New Roman" w:cs="Times New Roman"/>
        </w:rPr>
        <w:t>Téere bi tudd The Keys of This Blood: The Struggle for World Dominion Between Pope John Paul II, Mikhail Gorbachev, and the Capitalist West, Malachi Martin moo ko bind, te njëkk a génneef ko moo doon ci atum 1990. Martin xool na doxalin Pàppa John Paul II ni muy nit ku soppi mbir yi ci politig ak diplomasii àddina bi ci genn-wallu guddiig fanweer gu ñàkk ci xarnub 20. Mu wax itam ci wàllu Pàppa bi ci tasug Kominiis ci Irop Bëj-saalum. Téere bi joxe na gis-gisu katolig ci doxal yi indi woon matug saar fanweeri Daniel 11, ci jamono ju mujj ji ci atum 1989.</w:t>
      </w:r>
    </w:p>
    <w:p>
      <w:pPr>
        <w:pStyle w:val="ArticleBody"/>
        <w:jc w:val="left"/>
      </w:pPr>
      <w:r>
        <w:rPr>
          <w:rFonts w:ascii="Times New Roman" w:hAnsi="Times New Roman" w:eastAsia="Times New Roman" w:cs="Times New Roman"/>
        </w:rPr>
        <w:t>Martin di xalaat yu nekk ci biir Union soviétique gi ci jamono ji Mikhail Gorbachev doon jiite, te mu gën a jéem a xool pexe yi Gorbachev di tudd “glasnost” (ubbeeku) ak “perestroika” (tabaxaat). Mu waxtaan ci jafe-jafe yi doon jànkoo Union soviétique gi ak yittey Gorbachev ngir soppiwaat sistemu komuniste bi. Mu seet xëccoo yu politig addina ak nguur-gu-mag yi di xeexante diggante Union soviétique gi (buurub bëj-saalum gi — njàng mi), Mbooloom Katolig gi (buurub bëj-gànnaar gi — rab wi), ak li mu tudde sowwu kapitalist bi (xarekat buuru bëj-gànnaar gi buy topp ndigalam — yonent bu dëggul bi). Mu waxtaan ci xuloo yu ideoloji, yëngu-yëngu jasusi, ak doxalini kumpa yu doon melokaan jamonoy Xare Bu Sedd bi, te mu di xool jëfandikookat yu bare yi doon jéem a bind seenal àddina bi.</w:t>
      </w:r>
    </w:p>
    <w:p>
      <w:pPr>
        <w:pStyle w:val="ArticleBody"/>
        <w:jc w:val="left"/>
      </w:pPr>
      <w:r>
        <w:rPr>
          <w:rFonts w:ascii="Times New Roman" w:hAnsi="Times New Roman" w:eastAsia="Times New Roman" w:cs="Times New Roman"/>
        </w:rPr>
        <w:t>Martin di fësal soloosi Kaatolig gi nekk doole bu am solo lool ci politig ak diplomasi yu addina si. Mu wax ne Ekliis Kaatolig, ci nguuru Pàppa Yowaana Pool II, dafa amoon wàll wu mag lool ci melokaan yoonu taariix bi ci jamono jooju, te mu jëfandikoo ay ngir yokk njariñ ci li njeexital Xare bu Sedd ga mujje. Mu teg dooley Yowaana Pool ci wàllu feeñu-feeñu Maryaama yi ca Fatima, Portigaal, te mu fësal it dooley Fatima ci xew-xew yu addina si ak wàllu Ekliis Kaatolig ci melokaan yoonu taariix bi. Martin di xalaat ne xew-xew yi ca Fatima yor nañu njariñ yu kawe ci waxu yonent ak ci politigu suuf ak addina, rawatina ci mbirum jamonoy Xare bu Sedd ga.</w:t>
      </w:r>
    </w:p>
    <w:p>
      <w:pPr>
        <w:pStyle w:val="ArticleBody"/>
        <w:jc w:val="left"/>
      </w:pPr>
      <w:r>
        <w:rPr>
          <w:rFonts w:ascii="Times New Roman" w:hAnsi="Times New Roman" w:eastAsia="Times New Roman" w:cs="Times New Roman"/>
        </w:rPr>
        <w:t>Martin seetlu na ñetti kumpa yu Fatima, yi ñuy wax ne Sàngo bi Maryam moo leen révéleer ñetti xale yu ndaw yu sàmm xarit ca Fatima ci atum 1917. Mu dénk ne ñetteelu kumpa ga, ga Vatican bi daan jëfandikoo bañ a fésal kër gi njëkk te ñu ko feeñal rekk ci 2000, dafa ëmb artuwaay yu apokaliptik ci mbirum ëllëgug Kàttoliig ak addina si. Martin di yégle ne xew-xew yi ca Fatima, booleek feeñug melokaan yi ak yëgle yi Sàngo bi Maryam jottali, am nañu ay jëf yu am solo lool ci politig aduna bi ak ci xeex bi diggante komunism ak kapitalism ci jamonoy Guerre Froide gi.</w:t>
      </w:r>
    </w:p>
    <w:p>
      <w:pPr>
        <w:pStyle w:val="ArticleBody"/>
        <w:jc w:val="left"/>
      </w:pPr>
      <w:r>
        <w:rPr>
          <w:rFonts w:ascii="Times New Roman" w:hAnsi="Times New Roman" w:eastAsia="Times New Roman" w:cs="Times New Roman"/>
        </w:rPr>
        <w:t>Martin weesu na doxalin Pàppa Jean Paul II ni muy jëfandikoo bu am solo ci matug waxi yonent yi yu Fatima. Mu fexe ne Jean Paul II dafa gisoon boppam ne mooy “biisob bi sol weex” bi ñu tudd ci ñetteelu kumpa bu Fatima, te ne dafa seetaanoon papateem ni ndigal bu war a jànkoonte ak dooley ñaawtéef yi te yëngu ngir yeesal xel mu sell mi ci biir Kàttolig ak ci askan wi yépp.</w:t>
      </w:r>
    </w:p>
    <w:p>
      <w:pPr>
        <w:pStyle w:val="ArticleBody"/>
        <w:jc w:val="left"/>
      </w:pPr>
      <w:r>
        <w:rPr>
          <w:rFonts w:ascii="Times New Roman" w:hAnsi="Times New Roman" w:eastAsia="Times New Roman" w:cs="Times New Roman"/>
        </w:rPr>
        <w:t>Martin wax ne, yëgle yi Fatima dafa fësaloon solo xareb bu xel mi ak soxla bi ne, Mbooloom Katolik bi war na jànkoonte ak dooley lu bon yi, ci biir Mbooloo mi ak biti itam. Mu diisoo ne, xew-xew yi amoon ci Fatima jox nañu ab tënk bu xel ak bu yoon ngir degg ak jëfandikoo mbir yi di daj nit ñi ci àddina ju bees ji. Yëgle yi Fatima di nañu tektal bataaxal bu Seytaane bi di tabax xaalis ngir Katoligisëm nangoo Seytaane ni mooy Kirist, bu muy “wone boppam” ni Kirist ci yoonu Dibeer bu di ñëw léegi.</w:t>
      </w:r>
    </w:p>
    <w:p>
      <w:pPr>
        <w:pStyle w:val="ArticleScripture"/>
        <w:jc w:val="left"/>
      </w:pPr>
      <w:r>
        <w:rPr>
          <w:rFonts w:ascii="Times New Roman" w:hAnsi="Times New Roman" w:eastAsia="Times New Roman" w:cs="Times New Roman"/>
        </w:rPr>
        <w:t>«Seytaane dina def ay kéemaan ngir nax ñi dëkk ci kow suuf si. Spiritisma dina amal liggéeyam ci li waral ñu mel ni ñi dee ba noppi di feeñ. Kuréel yu diine yi bañ a déglu yégleefi artu Yàlla, dinañu nekk ci biir nax gu réy te booleeku ak kàttanu boroom réew ngir fitnaal gaayi Yàlla yi sell. Kàngi Protestaŋ yi dinañu booloo ak kàttanu paap bi ci fitnaal nit ñi Yàlla teey di sàmm ndigalam. Loolu mooy kàttan googu di samp mbooloom fitna gu mag gi, gi di jëfandikoo noot gu xel ci kow xol ak yitteyi nit ñi.»</w:t>
      </w:r>
    </w:p>
    <w:p>
      <w:pPr>
        <w:pStyle w:val="ArticleScripture"/>
        <w:jc w:val="left"/>
      </w:pPr>
      <w:r>
        <w:rPr>
          <w:rFonts w:ascii="Times New Roman" w:hAnsi="Times New Roman" w:eastAsia="Times New Roman" w:cs="Times New Roman"/>
        </w:rPr>
        <w:t>“‘Mu amoon naari bëñ yu mel ni xar, te mu wax ni njaay.’ Doonte nit ñi di wax ne ñoom ay toppkat yu Xar bu Yàlla lañu, dañuy fees ak xelmu njaay. Dañuy wax ne ñoom ñu lewet te suufe, waaye dañuy wax ak sàkku yoon ak xelmu Seytaane, di wone ci seen jëf ne ñoom askan wi jiitu lañu ci li ñuy wax ne ñoom lañu. Kàttan gu mel ni xar gii booloo ak njaay bi ci xeex ak ñi sàmm ndigali Yàlla te am seede Jesu Kirist. Te Seytaane itam booloo ak Protestaa yi ak Papis yi, di jëfandoo ak ñoom ni yàllab àddina sii, di sant nit ñi ni ñoom ay réewam lañu, ngir jëfandikoo leen ak ngir yor leen ak ngir noot leen ni ko neex.”</w:t>
      </w:r>
    </w:p>
    <w:p>
      <w:pPr>
        <w:pStyle w:val="ArticleScripture"/>
        <w:jc w:val="left"/>
      </w:pPr>
      <w:r>
        <w:rPr>
          <w:rFonts w:ascii="Times New Roman" w:hAnsi="Times New Roman" w:eastAsia="Times New Roman" w:cs="Times New Roman"/>
        </w:rPr>
        <w:t>“Bu nit yi deggul bañ a tooñ ndigali Yàlla ci tànk, ruu bu njuux ba feeñ na. Dañuy leen tëj, yóbbu leen kanam kureel yi, te daf leen di fayloo alal. ‘Mu tax ñépp, ñi ndaw ak ñi mag, ñi barele ak ñi ñakk, ñi goree ak ñi jaam, jël màndarga ci seen loxo ndeyjoor walla ci seen jë’ [Revelation 13:16]. ‘Te amoon na kàttan ngir may xaranal nataalu rab wa, ngir nataalu rab wa wax itam, te tax ni ñépp ñi bañ a sujjóotal nataalu rab wa, ñu rey leen’ [verse 15]. Noonu la Seytaane nangu boppam sañ-sañi Yexowa. Nit ku bàkkaar ba toog ci toogu Yàlla, di wax ne moom la Yàlla, te di jëf lu ëpp Yàlla.” Manuscript Releases, volume 14, 162.</w:t>
      </w:r>
    </w:p>
    <w:p>
      <w:pPr>
        <w:pStyle w:val="ArticleBody"/>
        <w:jc w:val="left"/>
      </w:pPr>
      <w:r>
        <w:rPr>
          <w:rFonts w:ascii="Times New Roman" w:hAnsi="Times New Roman" w:eastAsia="Times New Roman" w:cs="Times New Roman"/>
        </w:rPr>
        <w:t>Kiristub Bëgg-Baax bi mooy mandargay benn ci páppu Room ak itam Seytaane, ndaxte páppu Room mooy ndawalu Seytaane ci suuf si. “Noonu Seytaane daj na sañ-sañi Yowa. Nit ku bàkkaar bi toog na ci toogu Yàlla, yégle boppam ne mooy Yàlla, te muy jëf lu ëpp Yàlla.” Seytaane fas na yéene ngir, bu mu jàppee sañ-sañ bi, mu noonu jiite àddina si ba mu di sant nit ñi “ni ñuy ay subjects yu nguuram, ñu di leen jëfandikoo, nguur leen te yor leen ni ko neexee.” Ngir am njël yu diine yu mu nguuré, mooy sos Ekaliis bu Katolik bi, te ngir am njël yu politig yu mu nguuré, mooy sos Mbootaay xeeti réew yi (United Nations).</w:t>
      </w:r>
    </w:p>
    <w:p>
      <w:pPr>
        <w:pStyle w:val="ArticleScripture"/>
        <w:jc w:val="left"/>
      </w:pPr>
      <w:r>
        <w:rPr>
          <w:rFonts w:ascii="Times New Roman" w:hAnsi="Times New Roman" w:eastAsia="Times New Roman" w:cs="Times New Roman"/>
        </w:rPr>
        <w:t>“Boobu bii nekk ci diggante jaamu xel yu dul Yàlla ak Kiristaanite moo indi yokkute gu jur ‘nit ku bàkkaar bi’ kañu waxoon ci yóbbalu waxi Yàlla ne dayu xeex ak Yàlla te yékkati boppam weesu Yàlla. Njàngum diine gu dul dëgg googu, gu réy lool, mooy jëf ju mat sëkk ci dooley Seytaane—ab fàwwu ci ay jéemam ngir toog ca gàngune Yàlla ba ngir nguuru suuf si ni ko coobare.” The Great Controversy, 50.</w:t>
      </w:r>
    </w:p>
    <w:p>
      <w:pPr>
        <w:pStyle w:val="ArticleBody"/>
        <w:jc w:val="left"/>
      </w:pPr>
      <w:r>
        <w:rPr>
          <w:rFonts w:ascii="Times New Roman" w:hAnsi="Times New Roman" w:eastAsia="Times New Roman" w:cs="Times New Roman"/>
        </w:rPr>
        <w:t>Kéemaanu Fátima, ak kóom-kóomam buy jóg ci Seytaane, mooy li Seytaane jëfandikoo ngir waajal njël gu yonent buy may Katolisism jébbalu yàggul seen kërgëm ci sañ-sañam, bu feeñee ba jëw ci naataaloo Almasi bi. Naataaloom Almasi bi tàmbalee na ca yoonu dibeer bu agsi léegi, mi tektal ci aaya 16, aaya 22, aaya 31 ak aaya 41 ci Daniyel saar 11.</w:t>
      </w:r>
    </w:p>
    <w:p>
      <w:pPr>
        <w:pStyle w:val="ArticleScripture"/>
        <w:jc w:val="left"/>
      </w:pPr>
      <w:r>
        <w:rPr>
          <w:rFonts w:ascii="Times New Roman" w:hAnsi="Times New Roman" w:eastAsia="Times New Roman" w:cs="Times New Roman"/>
        </w:rPr>
        <w:t>“Ci dogalu santaane ndigalu yi ngir samay kër gu Papauté bi, te muy moytu yoonu Yàlla, sunu réew dina dagg boppam bu baax ak njub. Bu Protestantisme yi tàllalee loxoom jàllale ko ci kaw xott ba ngir jàpp loxo dooley Room, bu mu yéeg jàll ci kaw xuru ga ngir lakkandoo ak Spiritualisme, bu ko defee, ci sañ-sañu benn boobu ñetti wet, sunu réew weddee bépp pexeem ak cosaanam yi nekk ci Constitutionam ni nguur gu Protestant te Républicain, te mu jox yoon ngir lawal fen yu papauté bi ak réer yi, kon dinañu xam ne waxtu jëf ju yémale ju Seytaane agsi na, te muj gi jege na.” Testimonies, volume 5, 451.</w:t>
      </w:r>
    </w:p>
    <w:p>
      <w:pPr>
        <w:pStyle w:val="ArticleBody"/>
        <w:jc w:val="left"/>
      </w:pPr>
      <w:r>
        <w:rPr>
          <w:rFonts w:ascii="Times New Roman" w:hAnsi="Times New Roman" w:eastAsia="Times New Roman" w:cs="Times New Roman"/>
        </w:rPr>
        <w:t>Bu yoonu Dibeer ci États-Unis, “waxtu bi agsi na ngir jëf ju yéeme ju Seytaane.” Ci Révélation saar 13, aaya 11, États-Unis “wax na” ni dragon, te gannaaw loolu ci aaya 13, miy wax rekk li xew bi États-Unis “waxee,” jaarale ko ci jëfandikoo yoonu Dibeer, Seytaane feeñ na mel ni mu woo safara mu wàccéeee ci asamaan.</w:t>
      </w:r>
    </w:p>
    <w:p>
      <w:pPr>
        <w:pStyle w:val="ArticleScripture"/>
        <w:jc w:val="left"/>
      </w:pPr>
      <w:r>
        <w:rPr>
          <w:rFonts w:ascii="Times New Roman" w:hAnsi="Times New Roman" w:eastAsia="Times New Roman" w:cs="Times New Roman"/>
        </w:rPr>
        <w:t>«Jaam Yàlla yi, seeni kanam leer te neex ci sell njaboot ci Yàlla, dinañu gaaw gaawe dem bérab ak bérab ngir yégle ndaw li joge ci asamaan. Ak junni baat yu bare, ci kaw suuf sépp, deglu bi dinañu ko jox. Dinañu def kéemaan, ñi wéradiis dinañu wér, te firnde ak kéemaan yu yém ci topp way gëm yi. Seytaane itam dafay liggéey, ak kéemaan yu fen, ba sax wàcce safara ci asamaan ci kanam nit ñi. Peeñu 13:13. Noonu lañuy yóbbu waa addina si ba ñu jël seen taxaw.» The Great Controversy, 611, 612.</w:t>
      </w:r>
    </w:p>
    <w:p>
      <w:pPr>
        <w:pStyle w:val="ArticleBody"/>
        <w:jc w:val="left"/>
      </w:pPr>
      <w:r>
        <w:rPr>
          <w:rFonts w:ascii="Times New Roman" w:hAnsi="Times New Roman" w:eastAsia="Times New Roman" w:cs="Times New Roman"/>
        </w:rPr>
        <w:t>Bataaxali Fatima yi wonees nañu ne dëgg lañu jaarale ko ci kéemaan gu ay jëwriñ yu jëfandikoo xibaaram yu ngëmul Yàlla seedee, ñoo teewoon xew-xewu bi ngir weddi wax yi ñu doon wax ne ki ñuy wax “Virjina Maria” dafa doon seetlu ñetti xale yi bésub fukki ak ñett baat bu weer wi, tambalee ci Mee ba ker ci kéemaan ga ci 13 Oktoobar 1917. Bépp mbooloom xibaar yu ngëmul Yàlla yi nekkoon Fatima bi kéemaan ga xewee dëggal nañu xew-xewu boobu. Kéemaan gu dëgg la woon (bu Seytaane).</w:t>
      </w:r>
    </w:p>
    <w:p>
      <w:pPr>
        <w:pStyle w:val="ArticleBody"/>
        <w:jc w:val="left"/>
      </w:pPr>
      <w:r>
        <w:rPr>
          <w:rFonts w:ascii="Times New Roman" w:hAnsi="Times New Roman" w:eastAsia="Times New Roman" w:cs="Times New Roman"/>
        </w:rPr>
        <w:t>Ni Malaaki Maartin waxe ci téereem, Pàppa Yowaana Pool moo ngi doon jubbanteek ngëmam ci Mariya bu Fatima. Yëgle gu nëbbu gu Fatima, gu ñuulul ba atum 2000, nekkoon, ci dëgg-dëgg, yëgle gu Seytaane; waaye ci fan yu mujj yi, Yeesu dina delloo fan yu njëkk yi. Téere bi gën a mag ci Biibël bi, te muy téere bi njëkk bi Muusaa bind, mooy téereb Ayuub, te mu xamle ne Ayuub, mi taxaw ci boppam ngir junni ak ñeent-fukk ak ñeenti junni, ndax yëgle yépp ci fan yu mujj yi lañu di matal gën a mat. Seytaane, ci nettali Ayuub bi, ñu ko may nga indil Ayuub dee ak alag ngir jéema Ayuub. Kéemaan yi ñu may Seytaane mu def ci fan yu mujj yi, kéemaan yu dëgg lañu. Kéemaanu Seytaane lañu, waaye Yàlla may na Seytaane mu matal liggéeyam gu mujja ga, ngir benn taxawaay bi tax mu mayoon Seytaane mu jéema Ayuub.</w:t>
      </w:r>
    </w:p>
    <w:p>
      <w:pPr>
        <w:pStyle w:val="ArticleScripture"/>
        <w:jc w:val="left"/>
      </w:pPr>
      <w:r>
        <w:rPr>
          <w:rFonts w:ascii="Times New Roman" w:hAnsi="Times New Roman" w:eastAsia="Times New Roman" w:cs="Times New Roman"/>
        </w:rPr>
        <w:t>“Ñu bari di jéem a leeral firnde yu espirituel yi ci di leen jox lépp ci nax, ak xare-xarey loxo ci wetu medium bi. Waaye doonte dëgg la ne yoonu nax ak pexe yu bare dañu leen wone ni ay firnde yu dëgg, am na itam ay wone yu mag te xammee ne dañuy biral kàttanu lu weesu natuur. Tàccu gu kumpa gu jëkk a tàmbalee spiritualism bu jamono jii, nekkul woon njariñu pexe ak xel mu njaxlafu nit, waaye liggéeyu malaaka yu bon la woon ci dëgg, yu ko jàppale woon noonu ngir dugal kenn ci benn ci yéeféer yi gën a tekki ngir alag xol. Ñu bari dees na leen jàpp ci gëm ne spiritualism nekk na rekk naxu nit; bu ñu dajee jàkka ak jafe-jafe yu ñu mënul bañ a xool ni lu weesu natuur la, dees na leen nax, te dees na leen yóbbu ba ñu nangu ko ni mooy kàttanu Yàlla gu mag.”</w:t>
      </w:r>
    </w:p>
    <w:p>
      <w:pPr>
        <w:pStyle w:val="ArticleScripture"/>
        <w:jc w:val="left"/>
      </w:pPr>
      <w:r>
        <w:rPr>
          <w:rFonts w:ascii="Times New Roman" w:hAnsi="Times New Roman" w:eastAsia="Times New Roman" w:cs="Times New Roman"/>
        </w:rPr>
        <w:t>«Ñi nit dañuy seede Scriptuur yi ci mbind mi jëm ci kéemaan yi Seytaane ak ay ndawam di def. Ci ndimbalu Seytaane la boroom sihir yi Fir-Awna joté ba man a nattu liggéeyu Yàlla. Pool seede ne, lu jiitu ñëw ñaareelu ñëwte Kirist, ay fésal yu ni mel dina am, yu jóge ci kàttanu Seytaane. Ñëwte Boroom bi dina ñëw gannaaw “jëfandikoo Seytaane ak bépp kàttan ak ay mande ak ay kéemaan yu fen, ak bépp naxteef gu ànd ak jubadi.” 2 Thessaloniciens 2:9,10. Te ndaw li Yowaana, bi muy melokaan kàttanu kéemaan-kat gi ñuy feeñal ci fan yu mujj yi, mu wax ne: “Mu di def ay kéemaan yu mag, ba tax mu wàcce safara ci asamaan muy dikk ci suuf ci kanamu nit ñi, te mu nax ñi dëkk ci kaw suuf ndax kéemaan ya koñeeloon mu def.” Apocalips 13:13, 14. Fi, du ay yéeféer yi rekk lañu waxoon lu jëm ci ëllëg. Nit ñi dañuy naxu ndax kéemaan yi ndawi Seytaane man a def, waaye du yi ñuy ne ñoo koy def.» The Great Controversy, 553.</w:t>
      </w:r>
    </w:p>
    <w:p>
      <w:pPr>
        <w:pStyle w:val="ArticleBody"/>
        <w:jc w:val="left"/>
      </w:pPr>
      <w:r>
        <w:rPr>
          <w:rFonts w:ascii="Times New Roman" w:hAnsi="Times New Roman" w:eastAsia="Times New Roman" w:cs="Times New Roman"/>
        </w:rPr>
        <w:t>Bataaxali Fatima yi ci téere Malachi Martin dañuy teewlu ni taxawaayu yonent bi ci Katolisism ci fan yu mujj yi, ci jëfandikook kàddug xare bu biir kanam kërce gi, bu ñu man a ràññee ni baadoolu baax bi ak baadoolu bon bi, walla baadoolu wóor ci jamono jëkk ak baadoolu ubbeekat bi. Baadoolu wóor ci jamono jëkk bi, te ci tolluwaayu Martin ci jàngat njàng miirakl bi mooy baadoolu baax bi, tabb na xam-xamam ci Kowéen bu njëkk bu Vatikan, bi ñuy wax itam Vatican I, mi ame woon diggante 8 desàmbar 1869 ak 20 sulet 1870, te Pàppa Pius IX moo ko woo woon, ndax li ko gën a màgg mooy firndeel dogma bu ñàkk-njuumteb pàppa bi ak tënk itam yu bare ci mbirum njàngale ak dogma yi jëm ci kërce Katolik gi ci booba. Kowéen bu ñaareel bu Vatikan, bi ñu gëna xam ni Vatican II, am na lu ëpp ci ginnaaw, diggante 11 oktoobar 1962 ak 8 desàmbar 1965. Pàppa John XXIII moo ko woo woon, te Pàppa Paul VI moo ko wéyal gannaaw dee gu John XXIII.</w:t>
      </w:r>
    </w:p>
    <w:p>
      <w:pPr>
        <w:pStyle w:val="ArticleBody"/>
        <w:jc w:val="left"/>
      </w:pPr>
      <w:r>
        <w:rPr>
          <w:rFonts w:ascii="Times New Roman" w:hAnsi="Times New Roman" w:eastAsia="Times New Roman" w:cs="Times New Roman"/>
        </w:rPr>
        <w:t>Bés yu mujj yi katolisig, ni Martin waxe ko, di won xeex bi nekk ci diggante dogal yu dul man a juum te njitu giig giig gu kërëm Room, ni ko njëlbéeloon ci Vatican I, ak liberalism bi Francis, “woke-pope” bi, di wone léegi, te mi ngi ñëw ci kéyitu Vatican II. Martin di bëgg a wax ne, ci biir xeex bi ngir ñaari jëfandikoo yii ngir yor mbooloom kërceen gi, ñetteelu xareb àddina bi tàmbali, te Yeesu dellusi, wàcc ci suuf, teg barkeem ci baab bu baax bi, ba noppi jël gàngun kërceen katolik gi.</w:t>
      </w:r>
    </w:p>
    <w:p>
      <w:pPr>
        <w:pStyle w:val="ArticleBody"/>
        <w:jc w:val="left"/>
      </w:pPr>
      <w:r>
        <w:rPr>
          <w:rFonts w:ascii="Times New Roman" w:hAnsi="Times New Roman" w:eastAsia="Times New Roman" w:cs="Times New Roman"/>
        </w:rPr>
        <w:t>Ci ay aa ak fukk ak juróom-ñeent ci Daniel fukki benn, jaar-jaar bu jiitu yoonu Dibeer bu ay at mi ci aaya fukki juróom-benn, di wax xew-xewu ñetteelu xare bu njëkk ak bu mujj ci xarey proxy yi. Loolu mooy xare bi topp ndamug Putin ci aaya fukki benn ak fukk ak ñaar, waaye ci diggante biir ñetti aaya yooyu, aaya fukk ak ñeent di xamle kañ la Katolisism dugg ci jaar-jaaru fan yu mujj yi.</w:t>
      </w:r>
    </w:p>
    <w:p>
      <w:pPr>
        <w:pStyle w:val="ArticleBody"/>
        <w:jc w:val="left"/>
      </w:pPr>
      <w:r>
        <w:rPr>
          <w:rFonts w:ascii="Times New Roman" w:hAnsi="Times New Roman" w:eastAsia="Times New Roman" w:cs="Times New Roman"/>
        </w:rPr>
        <w:t>Ci li Esayi waxe, jigéenu njaaykat bu Rooma dees na la fàtte ci biir nguur gu juróom-ñaaréel gi ci kàddu yonent yi ci Biibël, te moom dafay mel ni juróom-ñaar-fukk at. Bi njëkk bi papaas gi toogee ci kaw suuf si ci atum 538, màndarga mi jiitu woon ay tooguam mooy ndigal li Justinien joxe woon ci atum 533.</w:t>
      </w:r>
    </w:p>
    <w:p>
      <w:pPr>
        <w:pStyle w:val="ArticleBody"/>
        <w:jc w:val="left"/>
      </w:pPr>
      <w:r>
        <w:rPr>
          <w:rFonts w:ascii="Times New Roman" w:hAnsi="Times New Roman" w:eastAsia="Times New Roman" w:cs="Times New Roman"/>
        </w:rPr>
        <w:t>Jaar-jaar bu wër askanu Justinian day mel ni Justinian dafa bëgg woon dëppoo ak dëgmal say nguur ngir mu taxawal jeexital werantey diine yi doon yëngu ci biir nguuru gi. Werante boobu mooy ne, ndax moom mbooloom gëm gi nekk ci Konstantinop ci penku mooy boppu kilifa yiy wax ne ñoom ay Kiristaan, walla kanam mbooloom gëm gi nekk ci Room ci sowwu mooy seen bopp. Ci aaya fukk ak ñett, njiitu réew mujj gu États-Unis dina jànkoonte ak werante wu koy gaawal ba mu ànd ak jaar-jaaru Justinian, te yégle ne kanam Kaatolik gi mooy boppu mboolooy gëm yi, te mooy yébbëtukat kéefar yi, ngir mu sampo wàlluwaayu politig wu soxla ngir dëgmal sañ-sañam.</w:t>
      </w:r>
    </w:p>
    <w:p>
      <w:pPr>
        <w:pStyle w:val="ArticleBody"/>
        <w:jc w:val="left"/>
      </w:pPr>
      <w:r>
        <w:rPr>
          <w:rFonts w:ascii="Times New Roman" w:hAnsi="Times New Roman" w:eastAsia="Times New Roman" w:cs="Times New Roman"/>
        </w:rPr>
        <w:t>Warunu nu sax ci benn kóllëre ci ay yégle yu Saytaane Fatima indi; waaye war na nu gis li Yàlla révélée ci Ay Kàdduam. Ci njàlbéenu xarnub fukki at ak ñaar-fukki at yi, ñaari bégg-bégg yi ci rabu suuf si dugg nañu ci seen ñetteelu maas, mooy maasu jëfandikoo diggantey dellu. Bégg-béggu Républicain bi jébbale na sistemam bu xaalis ci loxo bankeeriy àddina yi, ñi soppiku seen cosaan ba ci kër gu Xonq deret gi, mooy Rothschild yi, ak seeni jokkoo yu kumpa ak Illuminati, Franc-maçonnerie, mbokk mu sutura yi ak ndigalu Jesuit yi. Rakku jigéen White artu na bu leer ci nekk yi. Ci benn jamono boobu it, Adventisme Laodiséeñ bi, ni mu doon bégg-béggu Protestan bi, jébbale na ay kurumam yu njàng ak yu diine ci nguurug àddina.</w:t>
      </w:r>
    </w:p>
    <w:p>
      <w:pPr>
        <w:pStyle w:val="ArticleBody"/>
        <w:jc w:val="left"/>
      </w:pPr>
      <w:r>
        <w:rPr>
          <w:rFonts w:ascii="Times New Roman" w:hAnsi="Times New Roman" w:eastAsia="Times New Roman" w:cs="Times New Roman"/>
        </w:rPr>
        <w:t>Ci jamono yu njëkk, buur buy bees bi dëkk-bëj-gànnaar tambalee na jaar-jaaram ak Réwolusiyoŋ Risi, te buur buy bees bi dëkk-bëj-saalum tambalee na jaar-jaaram ak kéemaanu Fatima. Ni ko Malachi Martin fësale ci téereem, weesu xare bu biir diggante pàppa bu baax ak pàppa bu bon, yégle yi Fatima waxoon nañu xareb Katolisism ak ateism ci yëpp, waaye gën a leer ne xare la woon ak ateismu Risi. Kumpa gi pàppa ba waroon a jëfandikoo ci 1917 dafa ànd ak dig bu (Seytaane) ne, su fekkee ne pàppa bi wootee ab konkalaaw te jagleel Risi Virgin Mary, kon du amaat ab ñaareelu xareb àddina. Te itam mu joxoon xamle ne su pàppa bi bañee, Risi dina tas ay xalaatam fu yàgg a yaatu, te bu ko defee dina amaat beneen xareb àddina.</w:t>
      </w:r>
    </w:p>
    <w:p>
      <w:pPr>
        <w:pStyle w:val="ArticleBody"/>
        <w:jc w:val="left"/>
      </w:pPr>
      <w:r>
        <w:rPr>
          <w:rFonts w:ascii="Times New Roman" w:hAnsi="Times New Roman" w:eastAsia="Times New Roman" w:cs="Times New Roman"/>
        </w:rPr>
        <w:t>Xare ñaareelu àddina bi dafa boole woon xare bu Katolisism ak Kominisim bu Risi. Mbooloom xare bu Katolisism jëfandikoo ci xare boobu moo nekkoon Almaañ Nazi. Baab-u-Room bi dafa far di jëfandikoo ay mbooloom xare yu nekkulam. Ci atum 1933, kanam liggéeyu Kardinaal Pacelli, kërceenug Katolik bi moo bindoon ab konkorda ak Adolph Hitler, te loolu mayoon na Hitler mu jël saytu Almaañ; te ci seedeelam boppam, moom Hitler wax na ne kóntaraa booba (konkorda bi) moo ko mayoon mu saafara mbirum Yawut yi. Nazi yi nag dañoo doon mbooloom xare mu Baab-u-Room bi ci kaw Risi gu weddi Yàlla ci Xareb Àddina Ñaareel bi, te ci ñaareelu xeetu xare yi ci diggante ay mbooloom xare, miy am léegi ci Ukreen, yeneen mbooloom xare mu Nazi moo koy yëngu.</w:t>
      </w:r>
    </w:p>
    <w:p>
      <w:pPr>
        <w:pStyle w:val="ArticleBody"/>
        <w:jc w:val="left"/>
      </w:pPr>
      <w:r>
        <w:rPr>
          <w:rFonts w:ascii="Times New Roman" w:hAnsi="Times New Roman" w:eastAsia="Times New Roman" w:cs="Times New Roman"/>
        </w:rPr>
        <w:t>Dina nu war a ci topp, dunu yeggale njàng mi.</w:t>
      </w:r>
    </w:p>
    <w:p>
      <w:pPr>
        <w:pStyle w:val="ArticleScripture"/>
        <w:jc w:val="left"/>
      </w:pPr>
      <w:r>
        <w:rPr>
          <w:rFonts w:ascii="Times New Roman" w:hAnsi="Times New Roman" w:eastAsia="Times New Roman" w:cs="Times New Roman"/>
        </w:rPr>
        <w:t>“Jaaral yi ñaari recc yu mag yi, di dul deeug ruu ak sellal bésu Dibeer, Seytaane dina dugal nit ñi ci ay naxam. Bi jëkk mooy samp fondasiyoŋu espiritis, te bi ñaareel mooy sos buum gu ñuy yëgante ak Room. Protestaŋ yi nekk ci Etazini dinañu jiitu ci yóbbul seen loxo jaar ci xur wa ngir jàpp loxob espiritis; dinañu romb kóllu ba ngir làqante ak kàttanu Room; te ci ngirug boole boobu ñett-fànn, réew mii dina topp tànki Room ci daan ci saafara yelleefi xel mu teggoo ak Yàlla.”</w:t>
      </w:r>
    </w:p>
    <w:p>
      <w:pPr>
        <w:pStyle w:val="ArticleScripture"/>
        <w:jc w:val="left"/>
      </w:pPr>
      <w:r>
        <w:rPr>
          <w:rFonts w:ascii="Times New Roman" w:hAnsi="Times New Roman" w:eastAsia="Times New Roman" w:cs="Times New Roman"/>
        </w:rPr>
        <w:t>“Ndax li ñuy wax spiritualism di roy ci gëstu ak melokaan ak Kiris-chine bu réy te ñu nangoo rekk ci jamono jii, mooy tax mu am gëna kàttan ngir nax ak jàpp nit ñi ci fiir. Seytaane ci boppam dina soppeeku, ni ko yoon wu bees wi ci mbir yi di doon. Dina feeñ ci jikko ju mel ni malaaka leer. Jaarale ko ci liggéeyu spiritualism, kéemaan dinañu ko def, ñi wopp dinañu wér, te dinañu def yeneen mbir yu yéeme yu kenn mënul weddi. Te ndax ruuy yi dinañu wax ne dañuy gëm Biibël bi, te wone worma ci yooni kërgëm gi, seen liggéey dinañu ko nangu ni muy feeñalug kàttanu Yàlla.”</w:t>
      </w:r>
    </w:p>
    <w:p>
      <w:pPr>
        <w:pStyle w:val="ArticleScripture"/>
        <w:jc w:val="left"/>
      </w:pPr>
      <w:r>
        <w:rPr>
          <w:rFonts w:ascii="Times New Roman" w:hAnsi="Times New Roman" w:eastAsia="Times New Roman" w:cs="Times New Roman"/>
        </w:rPr>
        <w:t>“Liin bu mellee bu nekk ci diggante ñi tudd seen bopp ni ay Kiristaan ak ñi bon tey dafa nekk lu jafe a xam. Nit ñi bokk ci kërg yàlla soppi nañu li àddina soppi, te ñu prontu ngir boole ak ñoom; te Seytaane dogal na leen di bool ci benn yaram, ba noonu dooleel ay mbirëm, ci dajale ñépp ci safara yi ñuy wax spiritualism. Papist yi, ñi réer ci ay kéemaan ni ñuy tektal bu wóor ne mooy màndargay dëggu kërg yàlla gu dëgg, dinañu yomb a naxees ndax kàttan gu def ay kéemaan gii; te Protestaŋ yi, gannaaw bi ñu sànniwe kër guubug dëgg, ñoom it dinañu réer. Papist yi, Protestaŋ yi, ak nit ñi àddina, ñépp benn lañuy nangu melokaanug ragal Yàlla te amul kàttanam, te dinañu gis ci booloo boobu yëngu-yëngu gu mag ngir soppi àddina si, ak ngir tàmbali milleen bu yàggoon a xaar.”</w:t>
      </w:r>
    </w:p>
    <w:p>
      <w:pPr>
        <w:pStyle w:val="ArticleScripture"/>
        <w:jc w:val="left"/>
      </w:pPr>
      <w:r>
        <w:rPr>
          <w:rFonts w:ascii="Times New Roman" w:hAnsi="Times New Roman" w:eastAsia="Times New Roman" w:cs="Times New Roman"/>
        </w:rPr>
        <w:t>“Jaarale xelum yi, Seytaane feeñ na ni mooy benefasëeru xeet wi, di faj feebari nit ñi, te di wax ne dafay indi ab yoonu ngëm gu bees te gën a kawe ci yoonu diine; waaye ci jamono jooju itam, mu ngi liggéey ni ab alagkat. Ay nattu yi mu di def ngiy jiite mbooloo yu bari jëm ci yàqule. Ñàkk nattal mooy dindi sagoom xel; topp ci moom, bànneexu yaram, xuloo ak tuur deret. Seytaane bég na xare, ndaxte mooy yëngal xol yi gën a bon ci bakkan bi, te gannaaw loolu mu swept jëm ak baayam yi ca duggu àddina bees ba fàww, ñu soloo ci ñaawtéef ak deret. Li mu bëgg mooy yëngal xeeti àddina yi ngir ñu xare ak seen bopp, ndaxte noonu la man a dëbbil xelu nit ñi bàyyi liggéeyu waajal ngir man a taxaw bésu Yàlla.”</w:t>
      </w:r>
    </w:p>
    <w:p>
      <w:pPr>
        <w:pStyle w:val="ArticleScripture"/>
        <w:jc w:val="left"/>
      </w:pPr>
      <w:r>
        <w:rPr>
          <w:rFonts w:ascii="Times New Roman" w:hAnsi="Times New Roman" w:eastAsia="Times New Roman" w:cs="Times New Roman"/>
        </w:rPr>
        <w:t>“Seetaan di liggéey jaarale ko itam ci mbir yi ngir dajale ngóobam bu nekk ak xol yu waxambaane. Moom jàng na kumpay laboratuwaar yi nekk ci natuur, te mu jëfandikoo kàttanam gépp ngir yor mbir yi ba fépp fu Yàlla maye. Biñu ko mayee mu metital Ayóoba, naka la gaaw gaaw jur gi ak baadoolo yi, surga yi, kër yi, doom yi, yépp alagoon; jafe-jafe ji toppatee jafe-jafe ji mel ni ci benn saa. Yàlla moo aar ay bindam te wër leen ngir rëccale leen ci doole Aji Alag ji. Waaye àddina kiristaan bi won na xeeb yoonu Yexowa; te Boroom bi dina def rekk li Mu waxoon ne Dina ko def—Dina dindi barkeem ci suuf si te dindi saytu-aaram ci ñi di bégg a weddi Yoonam tey jàngale ko, di xiir ñeneen ñu def noonu itam. Seetaan yor na ñépp ñi Yàlla aarutul ci anam wu gaara-gaar. Dina ñaanal te yokk yenn ñi ngir yokk ay pexeem, te dina indil ñeneen jafe-jafe ba tax nit ñi gëm ne Yàlla moo leen di metital.” The Great Controversy, 588, 589.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Daanieel — Téeméer ak juróom-benn fukk ak juróom-ñent ci benn bi</dc:title>
  <dc:subject>Eseek geopolitig bu mak: Vatikaan bi, Kominism bi, ak xalaat ngir moom adina si yépp</dc:subject>
  <dc:creator>Jeff Pippenger</dc:creator>
  <cp:keywords/>
  <dc:description>Generated by ArticleDigger from daniel\171_daniel.json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