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Daniel — Téeméer ak juróom-ñaari-fukk ak ñaar</w:t>
      </w:r>
    </w:p>
    <w:p>
      <w:pPr>
        <w:pStyle w:val="ArticleSubtitle"/>
        <w:jc w:val="left"/>
      </w:pPr>
      <w:r>
        <w:rPr>
          <w:rFonts w:ascii="Arial" w:hAnsi="Arial" w:eastAsia="Arial" w:cs="Arial"/>
        </w:rPr>
        <w:t>Ker Gu Fatima: Settu ngir xeexu Seytaane bi nekk ci ginnaaw gis-gis yu yonent yu Église catholique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2024-04-02</w:t>
      </w:r>
    </w:p>
    <w:p>
      <w:pPr>
        <w:pStyle w:val="ArticleBody"/>
        <w:jc w:val="left"/>
      </w:pPr>
      <w:r>
        <w:rPr>
          <w:rFonts w:ascii="Times New Roman" w:hAnsi="Times New Roman" w:eastAsia="Times New Roman" w:cs="Times New Roman"/>
        </w:rPr>
        <w:t>Waxu Faatimaa mooy liggéeyu waajal bu Seytaane, ngir waajal Kërgiy Katolig ba muy jébbale seen mbooloo ci moom bu muy tëddoo Almasi, ndaxte mooy “jëf ju gën a mag ci dooley Seytaane—ab màndargaayu ay coonoam ngir toog boppam ci gàngune ba ngir yilif suuf si ni ko coobaree.” Ñi dul jariñu ci seede gu wax ci waxu Yàlla, gi xamale wàll wi Faatimaa am ci jëmé Katolisim, ndax seen bañ a gëm ne Seytaane man na def kéemaan, dañuy waajal seen bopp ngir naxees leen. Waxu Faatimaa moo jëmale woon ci xuloo bi nekk ci biir Katolisim, ak xareb Katolisim ak yàquteg Yàlla.</w:t>
      </w:r>
    </w:p>
    <w:p>
      <w:pPr>
        <w:pStyle w:val="ArticleBody"/>
        <w:jc w:val="left"/>
      </w:pPr>
      <w:r>
        <w:rPr>
          <w:rFonts w:ascii="Times New Roman" w:hAnsi="Times New Roman" w:eastAsia="Times New Roman" w:cs="Times New Roman"/>
        </w:rPr>
        <w:t>Xarebu Katolik ak ateism mooy mbirum saraxu ñaar-fukk ci benn ci Danyeel fukk ak benn. Nattaleb xulóo boobu tambalee na ci atum 1798, ci saraxu ñaar-fukk bi. Mu tambalee ak xeex bi Napoleon, buurub bëj-gànnaar, jàpp pape bi yóbbu ko njaam ci atum 1798, te seede bi nekk ci biir saraxu bi nag, mu jeex ak buurub bëj-saalum di féey buurub bëj-gànnaar bi ci atum 1989. Ci biir jaar-jaar boobu (1798 ba 1989), ñaari noon yi ci atum 1917 ak 1918, kenn ku nekk mi ngi am màndarga yu yonent yi koy misaal, yu boole seen ñaari seede, waaye di denc ba tey wàllu bu mag bi ci saraxu bi. Yonentug Fatima, amul poon a nekk lu dul yonent wu Seytaane, waaye mooy itam benn mbiram Kàddug Yàlla gu yonent, te moo tax mu nekk jaar-jaar ju war a ñu xam bu baax.</w:t>
      </w:r>
    </w:p>
    <w:p>
      <w:pPr>
        <w:pStyle w:val="ArticleScripture"/>
        <w:jc w:val="left"/>
      </w:pPr>
      <w:r>
        <w:rPr>
          <w:rFonts w:ascii="Times New Roman" w:hAnsi="Times New Roman" w:eastAsia="Times New Roman" w:cs="Times New Roman"/>
        </w:rPr>
        <w:t>“Musiba mi ngir ruu ci jamono jii mooy laaj ci bépp jéego ne: Lan la Boroom bi waxal ay jaamam? Kàddug Boroom bi dafa sax ba fàww. Biibël bi war na nekk sunu téereb gindikaay, te bàyyi di seet xelal nit ñi, te nangu ni dëgg yu Yàlla mooy waxi nit ñuy dee, war nanu seet kàddug waxi yonent yi wu wóor. Yàlla wax na, te kàddoom aji wóor la, te war nanu samp sunu ngëm ci “Nii la Boroom bi waxe.” Yàlla bëgg na nu jàng xew-xew yi di am wër nu, te méngale leen ak waxi kàddoom yi leen jiitu, ngir nu man a xam ne danuy dund ci fan yu mujj yi. Danu bëgg sunuy Biibël, te danu bëgg a xam li ci bind. Jàngkat bu farlu ci waxi yonent yi, dina jot pegtal yu leer yu dëgg, ndaxte Yeesu nee na: “Sa kàddu mooy dëgg.” Signs of the Times, October 1, 1894.</w:t>
      </w:r>
    </w:p>
    <w:p>
      <w:pPr>
        <w:pStyle w:val="ArticleBody"/>
        <w:jc w:val="left"/>
      </w:pPr>
      <w:r>
        <w:rPr>
          <w:rFonts w:ascii="Times New Roman" w:hAnsi="Times New Roman" w:eastAsia="Times New Roman" w:cs="Times New Roman"/>
        </w:rPr>
        <w:t>Ci ñetteelu xare bu mag bi, ni ko ay saar yi fukk ak ñett ba fukk ak juróom ci Daniel 11 teewloo, doole ji yékkatikoo ngir sàmpa gis-gis bi lañu fay indi. Saar boobu am na yoonam ci atum 200 BK, ba “waa Room duggee ci mbirum ndaw buurub Misra,” te “dogal ne war nañu koo aar ci yàqute ga Antiochus ak Philip tëral woon.” Saar boobu ak jaar-jaarbu atum 200 BK di won ne, just bala yoonu Dibeer bi, ci kaw taxawaayu aar wuutuwaay bu néew doole bi Putin, ci jamono ji Stati Zini ak Mbootaayu Xeet yi (Seleucus ak Philip bu Maseduwan), dogal nañu jël suuf-yooni Russi tey séddale leen ngir seen njariñu benn-benn, Room bu paap bi (jigéen ju ñaaw ju Tir) dina tàmbali a wol ay xalamam, ba muy tàmbali génn ngir def njaaloo ak buur yi ci suuf si.</w:t>
      </w:r>
    </w:p>
    <w:p>
      <w:pPr>
        <w:pStyle w:val="ArticleBody"/>
        <w:jc w:val="left"/>
      </w:pPr>
      <w:r>
        <w:rPr>
          <w:rFonts w:ascii="Times New Roman" w:hAnsi="Times New Roman" w:eastAsia="Times New Roman" w:cs="Times New Roman"/>
        </w:rPr>
        <w:t>At mi 533, te ndigalu Justinian dinañu ko ci anam gu yonent bi feeñal ci Kàddug Yàlla bi nekk ci Téereb Peeñu, sarax 13, aaya 2, te mooy xamle ne jiit (Room gu bokk ci bañ-yëngoo), dina jox papas yi ñetti mbir.</w:t>
      </w:r>
    </w:p>
    <w:p>
      <w:pPr>
        <w:pStyle w:val="ArticleScripture"/>
        <w:jc w:val="left"/>
      </w:pPr>
      <w:r>
        <w:rPr>
          <w:rFonts w:ascii="Times New Roman" w:hAnsi="Times New Roman" w:eastAsia="Times New Roman" w:cs="Times New Roman"/>
        </w:rPr>
        <w:t>Rabu ga ma gis woon na mel ni leopard, te ay tànk ye mel ni tànku beyar, te gémmiñam mel ni gémmiñu gaynde; te nago ba jox ko kàttanam, ak nguuram, ak sañ-sañu bu mag. Peeñu Yàlla 13:2.</w:t>
      </w:r>
    </w:p>
    <w:p>
      <w:pPr>
        <w:pStyle w:val="ArticleBody"/>
        <w:jc w:val="left"/>
      </w:pPr>
      <w:r>
        <w:rPr>
          <w:rFonts w:ascii="Times New Roman" w:hAnsi="Times New Roman" w:eastAsia="Times New Roman" w:cs="Times New Roman"/>
        </w:rPr>
        <w:t>Njanaxu Room pagaan bi joxoon na papauté bi ay “toogu,” (dëkkub Room) ci atum 330, ba Konstantin yóbbu peexam bu mag ba Konstantinopol. Clovis jox na papauté bi ay “doole” ju soldaar yi tàmbalee ci 496, te ci 533 Justinian jox na papauté bi “ndigël” bu réew mi. Juróom-atti at gannaaw loolu, Room pagaan teg na papauté bi ci gàngune gi, ni ko aaya yi fukk ak juróom-benn, ñetti-fukk ak benn, ak ñetti-fukk ak benn ci Daniel fukk ak benn di wone. Bu États-Unis bi nottee ñetteelu xareb proxy bi, papauté bi dina noot doole bu komunisteb Russi, mi di mbir mi Kàddug Fatima di wax. Xare yi proxy yépp am nañu màndarga dëgg, ndaxte ñetti xeex yépp, jàpp nañu leen ci loxo jàmbaar ju proxy ju papauté bi.</w:t>
      </w:r>
    </w:p>
    <w:p>
      <w:pPr>
        <w:pStyle w:val="ArticleBody"/>
        <w:jc w:val="left"/>
      </w:pPr>
      <w:r>
        <w:rPr>
          <w:rFonts w:ascii="Times New Roman" w:hAnsi="Times New Roman" w:eastAsia="Times New Roman" w:cs="Times New Roman"/>
        </w:rPr>
        <w:t>Jëfandikukat buur ak mujj bu paap bi mooy États-Unis (Protestantisme bu wacc ci ngëm). Buur ak ndimbal bu digg bi mooy Nazi yi ci Ukraine, ñoom itam ñoo doon xarekat yu ndimbal yu Katolik yi ci xare ak Russie communiste bi ci Ñaareelu Xareb Adduŋa bi. Am na ñetti xareb adduŋa, te am na itam ñetti xare yu ndimbal. Ñaareelu xare bi ci xareb adduŋa yi ak ci xare yu ndimbal yi mooy Nazisme. Xare bi léegi ci Ukraine mooy xareb suufu diggante bi, bi njëkk a matal ayaar 11 ak 12 ca xareb Raphia. Xare bi ci Ukraine léegi dañuy ko matal ci jamono ji ñaareel ci ñetti dóor yu Islam ci ñetteelu musiba bi, doonte sax Islam bokkul ci xare boobu.</w:t>
      </w:r>
    </w:p>
    <w:p>
      <w:pPr>
        <w:pStyle w:val="ArticleBody"/>
        <w:jc w:val="left"/>
      </w:pPr>
      <w:r>
        <w:rPr>
          <w:rFonts w:ascii="Times New Roman" w:hAnsi="Times New Roman" w:eastAsia="Times New Roman" w:cs="Times New Roman"/>
        </w:rPr>
        <w:t>Jëfandikoo bu njëkk bi amoon na ci réew mi ngëm gu ndawagul, bu màgg te màggaloo, ci 11 Septàmbar 2001; te bi mujj ci ñetti jëfandikoo yi mooy ci yoonu Dibeer, te mu jëmatiwaat ci réew mi ngëm gu ndawagul, bu màgg te màggaloo. Ñaareelu jëfandikoo bi ci ñetti jëfandikoo yi, ji Islaam yi ci ñetteelu alkànde bi, jëm na woon ci réew mi dëgg-dëgg bu yàgg te màgg te màggaloo, ci 7 Oktoobar 2023. Xare boobu mi ngi xew ci benn bérëb bi sax Ptolemy daan nànd ak ndam ci xareb Raphia. Yeesu waxoon na ne, ci fan yu mujj yi, dina am ay xare ak ay xibaar yu xare.</w:t>
      </w:r>
    </w:p>
    <w:p>
      <w:pPr>
        <w:pStyle w:val="ArticleBody"/>
        <w:jc w:val="left"/>
      </w:pPr>
      <w:r>
        <w:rPr>
          <w:rFonts w:ascii="Times New Roman" w:hAnsi="Times New Roman" w:eastAsia="Times New Roman" w:cs="Times New Roman"/>
        </w:rPr>
        <w:t>Xare yi Yeesu waxoon, ñuy am ci jaar-jaari jamono bi, ba mujjug jëfandikooku bépp peeñ mu mat; te Esëkiyel moo bindoon dëgg boobu. Ci jaar-jaar boobu, ñëwug ñetteel ay wóoy wu Islaam, ñaareel ak ñetteel xare yi proxy wars, delluwaayug xare kër-kër gu Amerig, ak delluwaayug xare bu Réewum Amerik feeñ nañu. Xare yooyu dañuy mat ci jaar-jaari tëj gi ñetti fukki junni ak ñent fukki junni ñaar ñent, te ci ndigalu Dibeer bu di ñëw lu gaaw, Boroom bi dina taxawal ay mbooloom ngir nekk màndarga, ba xare addina bu mujj, mooy ñetteel bi, tàmbalee, ak ba Islaam bu ñetteel ay wóoy yokk ay meram ngir merloo xeeti addina yi.</w:t>
      </w:r>
    </w:p>
    <w:p>
      <w:pPr>
        <w:pStyle w:val="ArticleScripture"/>
        <w:jc w:val="left"/>
      </w:pPr>
      <w:r>
        <w:rPr>
          <w:rFonts w:ascii="Times New Roman" w:hAnsi="Times New Roman" w:eastAsia="Times New Roman" w:cs="Times New Roman"/>
        </w:rPr>
        <w:t>Te ngeen dégg ay xare ak ay xibaar yu xare: moytu ngeen tiit; ndaxte loolu lépp war na am, waaye mujug àddina bi jotagul. Ndaxte xeet dina jóg ci kaw xeet, ak nguuru ci kaw nguuru; te dina am xiif, ak mbas mu bon, ak yëngu-yëngu suuf ci barab yu bare. Loolu lépp mooy tàmbali metit yi. Matthew 24:6–8.</w:t>
      </w:r>
    </w:p>
    <w:p>
      <w:pPr>
        <w:pStyle w:val="ArticleBody"/>
        <w:jc w:val="left"/>
      </w:pPr>
      <w:r>
        <w:rPr>
          <w:rFonts w:ascii="Times New Roman" w:hAnsi="Times New Roman" w:eastAsia="Times New Roman" w:cs="Times New Roman"/>
        </w:rPr>
        <w:t>Ci jamono bu njëkk ak ñeent-fukk ak ñeenti junniy nit ñi ñu téye, ñaar i wàll yu askanu Yàlla di feeñ ci seen man a gis ak dégg.</w:t>
      </w:r>
    </w:p>
    <w:p>
      <w:pPr>
        <w:pStyle w:val="ArticleScripture"/>
        <w:jc w:val="left"/>
      </w:pPr>
      <w:r>
        <w:rPr>
          <w:rFonts w:ascii="Times New Roman" w:hAnsi="Times New Roman" w:eastAsia="Times New Roman" w:cs="Times New Roman"/>
        </w:rPr>
        <w:t>Moo tax maa diis leen ci léebu, ndaxte gis nañu te gisulñu; dégg nañu te déggulñu, te xamuñu dara. Te ci ñoom la waxu Esayi bi mat, miy ne: “Dingeen dégg, waaye dungeen xam; dingeen gis, waaye dungeen ràññee. Ndaxte xolu xeet wii dafa dëgër ba metti, seeni nopp dañu diis ci dégg, te seeni bët dañu tëj; ngir bañ a gis ak seeni bët, ak a dégg ak seeni nopp, ak a xam ak seen xol, ba noppi dellusi, ma wéral leen.” Waaye barkeel na seen bët, ndaxte gis na; ak seeni nopp, ndaxte dégg nañu. Macë 13:13–16.</w:t>
      </w:r>
    </w:p>
    <w:p>
      <w:pPr>
        <w:pStyle w:val="ArticleBody"/>
        <w:jc w:val="left"/>
      </w:pPr>
      <w:r>
        <w:rPr>
          <w:rFonts w:ascii="Times New Roman" w:hAnsi="Times New Roman" w:eastAsia="Times New Roman" w:cs="Times New Roman"/>
        </w:rPr>
        <w:t>Ci jamono yooyu, bi tàmbalee ci 11 Septambar 2001, Yeesu wax na ne: “dungeen dégg ay xare ak ay xew-xewu xare.” Ci téereb Peeñug Yàlla ga, Yowaana dafa teewal ñi dégg baatub Kirist.</w:t>
      </w:r>
    </w:p>
    <w:p>
      <w:pPr>
        <w:pStyle w:val="ArticleScripture"/>
        <w:jc w:val="left"/>
      </w:pPr>
      <w:r>
        <w:rPr>
          <w:rFonts w:ascii="Times New Roman" w:hAnsi="Times New Roman" w:eastAsia="Times New Roman" w:cs="Times New Roman"/>
        </w:rPr>
        <w:t>Nekk naa woonoon ci Xel mi ca bésu Boroom bi, te dégg naa gannaaw sama ginnaaw benn baat bu réy, mel ni liit. Peeñu 1:10.</w:t>
      </w:r>
    </w:p>
    <w:p>
      <w:pPr>
        <w:pStyle w:val="ArticleBody"/>
        <w:jc w:val="left"/>
      </w:pPr>
      <w:r>
        <w:rPr>
          <w:rFonts w:ascii="Times New Roman" w:hAnsi="Times New Roman" w:eastAsia="Times New Roman" w:cs="Times New Roman"/>
        </w:rPr>
        <w:t>“Baatt” bi mu déggoon dafa mel ni “buuru xare,” te buuru xare dafay firndeel xare, te dégg na baatt bi ci ginnaawam. Noonu mu walbatiku ngir gis baatt bi.</w:t>
      </w:r>
    </w:p>
    <w:p>
      <w:pPr>
        <w:pStyle w:val="ArticleScripture"/>
        <w:jc w:val="left"/>
      </w:pPr>
      <w:r>
        <w:rPr>
          <w:rFonts w:ascii="Times New Roman" w:hAnsi="Times New Roman" w:eastAsia="Times New Roman" w:cs="Times New Roman"/>
        </w:rPr>
        <w:t>Noonu ma, dama xool baat bi wax ak man. Bi ma walbatee nag, gis naa juróom-ñaari kandale yu wurus; te ca biir juróom-ñaari kandale ya amoon na ku mel ni Doomu nit ki, sol yére wu yàgg ba ci tànkam, te takoon ay sangara yu wurus ca dënnu làngam. Boppam ak kawaram weex nañu ni xar, weex ni xorom; te ay bëtam mel nañu ni safara suy lakk; te ay tànkam mel nañu ni xànjar bu rafet, ni lu ñuy taal ci forno; te baatam mel na ni riirum ndox mu bare. Moo doon yor ci loxoom ndeyjoor juróom-ñaari biddéew; te ca gémmiñam génn jaasi bu ñaaw, bu ñaar-fàcc; te kanamam mel na ni jant bi di leer ci dooleem. Bi ma ko gisee nag, daanu naa ca ay tànkam, mel ni ku dee. Waaye mu teg loxoom ndeyjoor ci man, ne ma: “Bul ragal; man maa di Ki njëkk te di Ki mujj.” Peeñu Yàlla 1:12–17.</w:t>
      </w:r>
    </w:p>
    <w:p>
      <w:pPr>
        <w:pStyle w:val="ArticleBody"/>
        <w:jc w:val="left"/>
      </w:pPr>
      <w:r>
        <w:rPr>
          <w:rFonts w:ascii="Times New Roman" w:hAnsi="Times New Roman" w:eastAsia="Times New Roman" w:cs="Times New Roman"/>
        </w:rPr>
        <w:t>Peegug Kirist bi Yowaana gis ba mu dellu ngir xool baat ba, mooy benn peegug bi Danyeel gis ci yenn fukki saar ba, te mooy itam benn peegug bi Esayi gis ci yenn juróom-benn ba, te mooy itam benn peegug bi Pool gis, ba mu gis jaar-jaaru juróom-ñaaru dënnu asamaan ya.</w:t>
      </w:r>
    </w:p>
    <w:p>
      <w:pPr>
        <w:pStyle w:val="ArticleScripture"/>
        <w:jc w:val="left"/>
      </w:pPr>
      <w:r>
        <w:rPr>
          <w:rFonts w:ascii="Times New Roman" w:hAnsi="Times New Roman" w:eastAsia="Times New Roman" w:cs="Times New Roman"/>
        </w:rPr>
        <w:t>“Woyof mooy gox ci sellug xol. Bu bakkan jeggee Yàlla, noonu la gën a suufeeliku te nootiku ba mat. Bi Ayu dégg baatu Boroom bi jógée ci ngelaw lu metti, mu wax ne: ‘Damay sib sama bopp, te tuub ci pëndu suuf ak dóom as.’ Bi Esayi gis ndamu Boroom bi, te mu dégg serafen ya di wax ne, ‘Sell, sell, sell mooy Aji Boroom bu Màgg bi,’ moo tax mu yuuxu ne, ‘Ay ma, ndaxte sànku naa!’ Daniyel, ba ndawam bu sell ba ñëwalee ci moom, nee na: ‘Sama taaru jëmm soppeek na ci man doon yàqute.’ Pool, gannaaw ba ñu ko yéegalee ba ci ñetteelu asamaan, te mu dégg ay mbir yu nit warul wax, wax na ci boppam ne moom mooy ‘ki gën a suufeel ci ñépp ñi sell.’ Yowaana mi Yesu bëggwoon, mi sukkandikoo woon ci dënn biiram, te gisoon ndamam, moo daanu ci kanam malaaka yi mel ni ku dee. Bu nu gën a xool sunu Musalkat bu jëgëy te sax ci moom, noonu la nu gën a gis ne amul dara ci sunu bopp lu yelloo nangu.” Signs of the Times, 7 Awril 1887.</w:t>
      </w:r>
    </w:p>
    <w:p>
      <w:pPr>
        <w:pStyle w:val="ArticleBody"/>
        <w:jc w:val="left"/>
      </w:pPr>
      <w:r>
        <w:rPr>
          <w:rFonts w:ascii="Times New Roman" w:hAnsi="Times New Roman" w:eastAsia="Times New Roman" w:cs="Times New Roman"/>
        </w:rPr>
        <w:t>Bi Gàbbariyel tekki peeñ mi ci Daniel, mu feeñal ay dhacukaay yu yëgukaay ci saar bi fukki ak benn. Dhacukaay yooyu mooy melokaani xare, te ci firndeel xare yooyu, peeñ gu taxawal, di “mareh” gu jigéen, mi ñu waxe “marah,” moo waral ba Daniel soppeeku ci melow Almasi bi. Bi Almasi nee: dingeen dégg lu jëm ci xare ak jëfandikoo xare yi, mooy di xamle xare yi ñu feeñal ci Daniel saar bi fukki ak benn. Mu yokk ci ne, ngir gis peeñ gi waral kuy xoolaay bi soppeeku ci nataalam, faw nga dellu ginnaaw, ndaxte baat bi nekk na ci sa ginnaaw. Xare yi ñu firndeel ci Daniel fukki ak benn ay melokaan lañu yu xare yi xewoon ci jaar-jaari nettali. Ci dégg xare yooyu ci jamono ju weesu, nit ku nekk dina jàngat ci nettali bi léegi di am, waaye su fekkee rekk am na bët yu gis ak nopp yu dégg.</w:t>
      </w:r>
    </w:p>
    <w:p>
      <w:pPr>
        <w:pStyle w:val="ArticleBody"/>
        <w:jc w:val="left"/>
      </w:pPr>
      <w:r>
        <w:rPr>
          <w:rFonts w:ascii="Times New Roman" w:hAnsi="Times New Roman" w:eastAsia="Times New Roman" w:cs="Times New Roman"/>
        </w:rPr>
        <w:t>Bi Yexeskel bindee ne dina jot bu agsi, baat ba moomoon ne dina ag waxtu bu gis-gis bi du yàggatiwaat, loolu nekkoon ci jokkoo ak gis-gisug Yexeskel ci bérabu sell bu asamaan, fa mu gisoon itam “roolo yu nekk ci biir yeneen roolo”, yi Sœur White firndeel ne ñooy jokkoo yu lëj yu xew-xewi nit ñi.</w:t>
      </w:r>
    </w:p>
    <w:p>
      <w:pPr>
        <w:pStyle w:val="ArticleScripture"/>
        <w:jc w:val="left"/>
      </w:pPr>
      <w:r>
        <w:rPr>
          <w:rFonts w:ascii="Times New Roman" w:hAnsi="Times New Roman" w:eastAsia="Times New Roman" w:cs="Times New Roman"/>
        </w:rPr>
        <w:t>Ci wetu dexu Kebar, Ezekiyel gis na gannaaw bëj-gànnaar bi di ñëw, “niir gu mag, ak safara suy dëjoo ak boppam, te leer gu wër ko, te ca diggam mel ni xarnubu amber.” Ay wheel yu bari, yu dajaleekante, ñuy yëngu ndax ñeenti mbindeef yu dund. Fu kawe lool ci yépp “amoon na fa melow gàngune, ni melow doj-u safir; te ci kaw melow gàngune ga amoon na melow ni melow nit ku nekk ci kawam.” “Te ca biir kerub yi feeñoon na melow loxoy nit ci suuf seeni laaf.” Ezekiel 1:4, 26; 10:8. Wheel yi dafa woon lool ci seen tabax ba, bu njëkk a gis, mel ni ñu jaxasoo; waaye ñuy yëngu ci wërgu-yaram gu mat sëkk. Mbindeef yi ci asamaan, yu loxo bi nekk ci suuf laafi kerub yi di taxawu te di leen jiite, ñoo doon doxal wheel yooyu; te ci seen kaw, ci gàngune gu safir ga, Aji Fàww mi nga fa nekk; te wër gàngune ga amoon na xoncob, te mooy ràññee ci yërmande Yàlla.</w:t>
      </w:r>
    </w:p>
    <w:p>
      <w:pPr>
        <w:pStyle w:val="ArticleScripture"/>
        <w:jc w:val="left"/>
      </w:pPr>
      <w:r>
        <w:rPr>
          <w:rFonts w:ascii="Times New Roman" w:hAnsi="Times New Roman" w:eastAsia="Times New Roman" w:cs="Times New Roman"/>
        </w:rPr>
        <w:t>“Ni mel ni komplikasioŋ yu mel ni gàttukaay yi nekkoon ci suufu laago yi nekk ci yoreb kërub yi, noonu itam jëfandikukat yu lëj-lëj yi ci mbirum xew-xewi nit ñi nekk nañu ci suufu saytu Yàlla. Ci biir xuloo ak riibi réew yi, Ki toog ci kaw kërub yi mu ngi tey di gindee mbiri suuf si.</w:t>
      </w:r>
    </w:p>
    <w:p>
      <w:pPr>
        <w:pStyle w:val="ArticleScripture"/>
        <w:jc w:val="left"/>
      </w:pPr>
      <w:r>
        <w:rPr>
          <w:rFonts w:ascii="Times New Roman" w:hAnsi="Times New Roman" w:eastAsia="Times New Roman" w:cs="Times New Roman"/>
        </w:rPr>
        <w:t>“Jaar-jaariy réew yi, yi jël seen waxtu ak seen berab wi ñu leen séddale woon, te seen bopp sax xamul woon lu tekki dëgg gi ñuy seedeel, dafa wax ak nun. Ci bépp réew ak ci bépp nit ci jamono jii, Yàlla may na berab ci seetam bu mag. Tey, nit ñi ak réew yi, ñu ngi leen di natt ak filàmbaar bi ci loxob Ki dul juum. Ñépp, ci seen tànn bopp, ñu ngi dogal seen mujj, te Yàlla miy yore lépp ngir àggal ay mébétam.”</w:t>
      </w:r>
    </w:p>
    <w:p>
      <w:pPr>
        <w:pStyle w:val="ArticleScripture"/>
        <w:jc w:val="left"/>
      </w:pPr>
      <w:r>
        <w:rPr>
          <w:rFonts w:ascii="Times New Roman" w:hAnsi="Times New Roman" w:eastAsia="Times New Roman" w:cs="Times New Roman"/>
        </w:rPr>
        <w:t>“Jaar-jaariñ bi Yow miy MAG GI MAA ngi bind ci Kàdduam, di boole lëkkaleek lëkkale ci jàppale gi yóbbale, dale ci ba fàww ba weesu ba àgg ci ba fàww bu ñëw, di nu wax fu nu nekk tey ci doxalin jamonoy àddina, ak li ñu man a séentu ci jamono ji ñuy ñëw. Lépp lu yóbbale waxoon ne dina am, ba ci jamono ji nu nekk tey, tegu na ko ci xëti jaar-jaar; te man nanu a wóor ne lépp lu des a ñëw dina mat ak doxalinam.”</w:t>
      </w:r>
    </w:p>
    <w:p>
      <w:pPr>
        <w:pStyle w:val="ArticleScripture"/>
        <w:jc w:val="left"/>
      </w:pPr>
      <w:r>
        <w:rPr>
          <w:rFonts w:ascii="Times New Roman" w:hAnsi="Times New Roman" w:eastAsia="Times New Roman" w:cs="Times New Roman"/>
        </w:rPr>
        <w:t>“Yàquteb yépp yu suuf si ci àddina, Kàddu dëgg bi wax na léer ci seen tas gu mujj. Ci waxu yonent bi ñu waxoon bi Yàlla joxee àtte ci kaw buur bu mujj bu Israyil, am na xibaar bi.” Education, 178, 179.</w:t>
      </w:r>
    </w:p>
    <w:p>
      <w:pPr>
        <w:pStyle w:val="ArticleBody"/>
        <w:jc w:val="left"/>
      </w:pPr>
      <w:r>
        <w:rPr>
          <w:rFonts w:ascii="Times New Roman" w:hAnsi="Times New Roman" w:eastAsia="Times New Roman" w:cs="Times New Roman"/>
        </w:rPr>
        <w:t>Rëdd yu yërëm yi, yu mel ni ñu nekk ci jaxasoo bu réy bu ñu gis ko ci njàlbéen, mooy doxalin gu jaxasoo gu mbir yu nit ñi, ni ñu ko wone ci xuloo ak yëngatu xeeti réew yi. Jaar-jaaru màndargay gi Kirist bind ci Kàdduam day wax nu fu nu tollu, te ci loolu moo fésal yàqute bu mujj bi bu bépp nguur gu àddina. Waxtu kër yiirug téeméeri ñeent fukk ak ñeent junni ñi moo di fi njariñu bépp vision mataloo, te ci biir jaar-jaar boobu rëdd yi dañuy tegtal xare yi ak xibaar yu xare yi, yi Kirist jox turu “tàmbali naqar yi”. Tàmbali naqar yi tambalee na ci 11 Suwe 2001, ndaxte mooy bi waxtu kër yiirug téeméeri ñeent fukk ak ñeent junni ñi tambalee; malaak mi di tëj yiir day teg màndargaam ci kaw ñi di jooy te di yuuxu ndax ñaawtéef yi ñuy def ci biir kër giiraang ak ci réew mi.</w:t>
      </w:r>
    </w:p>
    <w:p>
      <w:pPr>
        <w:pStyle w:val="ArticleBody"/>
        <w:jc w:val="left"/>
      </w:pPr>
      <w:r>
        <w:rPr>
          <w:rFonts w:ascii="Times New Roman" w:hAnsi="Times New Roman" w:eastAsia="Times New Roman" w:cs="Times New Roman"/>
        </w:rPr>
        <w:t>Xare yi ci suuf si, di jur naqar ci ñiy gis te ñiy dégg li xare yooyu tey tekki. Jaar-jaaru téj gi mooy wone daanu bu mujjug bépp nguurug àddina, te daan boobu nguur yooyu, toppees na ko ci jaar-jaaru waxu yonent yi ci jamono ju weesu. Bi Isaya, ci saar juróom-benn ba, gisee benn peeñ mi John, Daniel, Ezekiel, Job ak Paul itam gisoon, mu daldi jox boppam ngir yégle ndigal li ñeeloon jamono jooju; waaye laaj na ba fan la war a yégle ndigal li?</w:t>
      </w:r>
    </w:p>
    <w:p>
      <w:pPr>
        <w:pStyle w:val="ArticleScripture"/>
        <w:jc w:val="left"/>
      </w:pPr>
      <w:r>
        <w:rPr>
          <w:rFonts w:ascii="Times New Roman" w:hAnsi="Times New Roman" w:eastAsia="Times New Roman" w:cs="Times New Roman"/>
        </w:rPr>
        <w:t>Te itam ma déggoo baat bu Boroom bi naan: “Kan laay yónni, te kan moo nu war a demal?” Noonu ma ne: “Maa ngi fii; yónni ma.” Mu ne: “Demal wax xeet wii: Dégluleen déglu, waaye buleen xam; gisleen gis, waaye buleen seetlu. Defal xol yi xeet wii di dàgg, defal seen nopp di tar, te tëj seen bët, ngir baña gis ak seen bët, ak a dégg ak seen nopp, ak a xam ak seen xol, ba noppi dellusi, ñu wer.” Noonu ma ne: “Sang bi, ba kañ?” Mu tontu ne: “Ba ba dëkk yi yàqu ba kenn dëkkul fa, te kër yi amul nit, te suuf si neex ba fàww, te Boroom bi jële nit ñi yóbbu leen fu sore, te réer gu mag nekk ci biir suuf si.” Esaïe 6:8–12.</w:t>
      </w:r>
    </w:p>
    <w:p>
      <w:pPr>
        <w:pStyle w:val="ArticleBody"/>
        <w:jc w:val="left"/>
      </w:pPr>
      <w:r>
        <w:rPr>
          <w:rFonts w:ascii="Times New Roman" w:hAnsi="Times New Roman" w:eastAsia="Times New Roman" w:cs="Times New Roman"/>
        </w:rPr>
        <w:t>Tontu bi Esayi joxaloon na mooy ne war na wéral bataaxal bi ba keraam “réew mi yàgg ba dafa tas yépp.” Bataaxalu tëj mi dañuy ko joxe ci jamono waare, te waare woowu sax dañu ko sellal bu baax ni mooy firndeekatug tekki gi ñu jox ci gisug “marah” ga yonent yi ñépp gisoon. Bataaxal bu bitim-réew mi am na njariñu indi am-am gu biir, waaye loolu ñeel na rekk ñi “di dégg.”</w:t>
      </w:r>
    </w:p>
    <w:p>
      <w:pPr>
        <w:pStyle w:val="ArticleBody"/>
        <w:jc w:val="left"/>
      </w:pPr>
      <w:r>
        <w:rPr>
          <w:rFonts w:ascii="Times New Roman" w:hAnsi="Times New Roman" w:eastAsia="Times New Roman" w:cs="Times New Roman"/>
        </w:rPr>
        <w:t>Jokkoo ngir mbooloom xare buy doxal ci tur paap bi, maanaam Nazi yi ci ñaareelu xare àddina bi, méngoo, rëdd ci kaw rëdd, ak ñaareelu mbooloom xare buy doxal ci tur keneen ci ñaareelu xare buy doxal ci tur keneen bi, te itam ñaareelu xare àddina bi méngoo ak ñaareelu xare buy doxal ci tur keneen bi. Jokkoo bu ñaareelu xare buy doxal ci tur keneen bi ak xare bu diggante mbedd yi bu Raphia, bi ñu bëgg a delloo léegi ci Ukraine, jokkoo na ci wàllug suuf ak ñaareelu daggub Islaam bi ci ñetteelu musiba bi, bi tambalee 7 Oktoobar 2023, te muy tegtal ay wilu yonent ci biir ay wil.</w:t>
      </w:r>
    </w:p>
    <w:p>
      <w:pPr>
        <w:pStyle w:val="ArticleBody"/>
        <w:jc w:val="left"/>
      </w:pPr>
      <w:r>
        <w:rPr>
          <w:rFonts w:ascii="Times New Roman" w:hAnsi="Times New Roman" w:eastAsia="Times New Roman" w:cs="Times New Roman"/>
        </w:rPr>
        <w:t>Ci atum 1999, am téere woon na jëfandikoo bind bu John Cornwell bindoon. Ci jamono jooju, John Cornwell dafa doon Senior Research Fellow ci Jesus College, ci Cambridge ca Angleterre, te moo nekkoon it sax jëfandikukat xibaar ak bindkat bu jot ndam. Téere bi dafa waxoon ci doxalin paap bu Room bi nguuru woon jamono Xare Aduna bi ñaareel. Téere bi tàmbalee ak maam bu paap biy ñëw, moom mi nekkoon ndimbal-katam bu gën a jege bu Paap Pius IX, mi ñuy xam ni Pio Nono. Ci atum 1849, mbooloo réewkat yu am fitna song nañu kër-yooni Vatican, te Paap Pius IX daw na dëkkub Room. Góor gi mu yóbbu woon ak moom ci ngàddaay ga, mooy maam Eugenio Pacelli. Eugenio Pacelli moo nekkoon sët bu góor gi doon loxo ndeyjoor bu Paap Pius IX, te gannaaw loolu mu nekk Pius XII, te téere bi ñu bind ci Eugenio Pacelli tuddoon na Hitler’s Pope, The Secret History of Pius XII.</w:t>
      </w:r>
    </w:p>
    <w:p>
      <w:pPr>
        <w:pStyle w:val="ArticleBody"/>
        <w:jc w:val="left"/>
      </w:pPr>
      <w:r>
        <w:rPr>
          <w:rFonts w:ascii="Times New Roman" w:hAnsi="Times New Roman" w:eastAsia="Times New Roman" w:cs="Times New Roman"/>
        </w:rPr>
        <w:t>Ci téere bi, Cornwell seet ci ni ba tax Pope Pius XII, mi nekkoon bu njëkk Cardinal Eugenio Pacelli, xamoon peegoo ak ni mu jël yëngu ngir tontu ci fitna ak toroxal bu réy bi nguurug Nazi defal Yawut yi biir Ñaareelu Xareb Adduuna bi. Mu wone ne noppi gu Pius XII ci kanamu nit ñépp ak ñàkk a jëf ngir yedd Holocaust bi, feeñal na ni njiiteem dafa amul jubb, di njubte gu bon, jamono xare ba.</w:t>
      </w:r>
    </w:p>
    <w:p>
      <w:pPr>
        <w:pStyle w:val="ArticleBody"/>
        <w:jc w:val="left"/>
      </w:pPr>
      <w:r>
        <w:rPr>
          <w:rFonts w:ascii="Times New Roman" w:hAnsi="Times New Roman" w:eastAsia="Times New Roman" w:cs="Times New Roman"/>
        </w:rPr>
        <w:t>Cornwell joxe na nu yëngu taarixu njàngatug Pius XII, boole ak jaar-jaaramu diplomasiam ak njaxlaf yu politig yu diisoon ci jamono jooju. Mu xool ni Vatican jëfandikoo na yoonu jëfandikoo ci mbirum Njermaan Nazi. Cornwell wone na ne Pius XII du wax ba leer ci mbirum Holocaust te du dugal boppam ngir taxaw ci wetu Yawut yi ñuy fitnaal, ndax moom, bi mu doon Kardinaal ci atum 1933, moo taxawal benn konkorda ak Hitler bu digoon jébbalu Katolig yi ci liggéeyu Hitler.</w:t>
      </w:r>
    </w:p>
    <w:p>
      <w:pPr>
        <w:pStyle w:val="ArticleBody"/>
        <w:jc w:val="left"/>
      </w:pPr>
      <w:r>
        <w:rPr>
          <w:rFonts w:ascii="Times New Roman" w:hAnsi="Times New Roman" w:eastAsia="Times New Roman" w:cs="Times New Roman"/>
        </w:rPr>
        <w:t>Dina yokkute ci njàngat bii ci bind bi ci topp.</w:t>
      </w:r>
    </w:p>
    <w:p>
      <w:pPr>
        <w:pStyle w:val="ArticleScripture"/>
        <w:jc w:val="left"/>
      </w:pPr>
      <w:r>
        <w:rPr>
          <w:rFonts w:ascii="Times New Roman" w:hAnsi="Times New Roman" w:eastAsia="Times New Roman" w:cs="Times New Roman"/>
        </w:rPr>
        <w:t>Gannaaw xeexu àdduna bi ñaareel, am na ay jëfkat aareb Nazi yu tooñoon te ñu mana rëcc ngir mucc ci yoon, ci bàyyikoo ay réew yu bare, boole ci ay réew yu nekk ci Amerik gu Bëj-saalum. Yoon yi gën a mag yi ñu jëfandikoo ngir rëcc te agsi Amerik gu Bëj-saalum daan nañu bokk ci:</w:t>
      </w:r>
    </w:p>
    <w:p>
      <w:pPr>
        <w:pStyle w:val="ArticleScripture"/>
        <w:jc w:val="left"/>
      </w:pPr>
      <w:r>
        <w:rPr>
          <w:rFonts w:ascii="Times New Roman" w:hAnsi="Times New Roman" w:eastAsia="Times New Roman" w:cs="Times New Roman"/>
        </w:rPr>
        <w:t>Ratlines: Ratlines nekkoon yoon yu làqu baaxul yu ay kurél yu bare sas, booleek Eglise Catholique ak ay agence de renseignement yu leen yëggoon, ngir dimbali Nazi yi ak ñeneen ay dawkat ngir ñu mucc génn Europe. Yoon yii daan faral di jëfandikoo tur yu dul dëgg, kayit yu ñu falsifie, ak réseaux de contrebande ngir yombal seen jaar ba ci bérab yu ñuy làqu kaaraange, booleek Amérique du Sud.</w:t>
      </w:r>
    </w:p>
    <w:p>
      <w:pPr>
        <w:pStyle w:val="ArticleScripture"/>
        <w:jc w:val="left"/>
      </w:pPr>
      <w:r>
        <w:rPr>
          <w:rFonts w:ascii="Times New Roman" w:hAnsi="Times New Roman" w:eastAsia="Times New Roman" w:cs="Times New Roman"/>
        </w:rPr>
        <w:t>Këyit yu ñu defar ngir nax: Bëgg-bëgg ci ay Nazi yu daw, ñu bare jot nañu ci paspor yu ñu falsife, visa, ak yeneen kayit yu tukki ngir nëbb seen turu dëgg te moom ci mucc jàppale. Ñooñu jëfandikoo woon kayit yooyu ngir jaar ci réew yu dul bokk ak xare bi walla yu leen yërëme, bala ñuy agsi ci Amerik gu Bëj-saalum.</w:t>
      </w:r>
    </w:p>
    <w:p>
      <w:pPr>
        <w:pStyle w:val="ArticleScripture"/>
        <w:jc w:val="left"/>
      </w:pPr>
      <w:r>
        <w:rPr>
          <w:rFonts w:ascii="Times New Roman" w:hAnsi="Times New Roman" w:eastAsia="Times New Roman" w:cs="Times New Roman"/>
        </w:rPr>
        <w:t>Bokk yeneen kawees yi: Ci ay xaalis yu bari, ay kilifay réewi Amerig gu Bëj-saalum yi, yi xolaloon seen dëgg te bañ a jàpp nekkug dawkat yi bokkoon ci Nasi yi, walla dañuy jàppale leen ci seen moytu jàppale. Yenn nguur, rawatina yi doon ay nguur gu ñu teg ci ndigalu kenn ku am doole te ànd ak xalaatu Nasi yi, jox nañu kenn ñooñu dëkkuwaay.</w:t>
      </w:r>
    </w:p>
    <w:p>
      <w:pPr>
        <w:pStyle w:val="ArticleScripture"/>
        <w:jc w:val="left"/>
      </w:pPr>
      <w:r>
        <w:rPr>
          <w:rFonts w:ascii="Times New Roman" w:hAnsi="Times New Roman" w:eastAsia="Times New Roman" w:cs="Times New Roman"/>
        </w:rPr>
        <w:t>Bëtt yu yoonu yoon: Am na ay tooñkat xare yaa ngi bokk ci Nasii yi jëfandikoo ay bëtt yu yoon walla yooni delloo nit yu néew doole ci réewi Amerig gu Bëj-saalum, ngir rëcc ci delloo leen Europ, fa ñuy àtte ngir seeni tooñ.</w:t>
      </w:r>
    </w:p>
    <w:p>
      <w:pPr>
        <w:pStyle w:val="ArticleScripture"/>
        <w:jc w:val="left"/>
      </w:pPr>
      <w:r>
        <w:rPr>
          <w:rFonts w:ascii="Times New Roman" w:hAnsi="Times New Roman" w:eastAsia="Times New Roman" w:cs="Times New Roman"/>
        </w:rPr>
        <w:t>Ci ëpp, booloo yi, kayitu fen yoo ñu defar ngir nax, bokk-jàngle ak ndimbalug boroom sañ-sañ yi, ak bent yu yoon yi am, tax na ba ay tooñkat yu Nazi man a daw dem Amerik gu Bëj-saalum, te mujj a rëcc mbugte ba ay at yu bare gannaaw jeexug Ñaareelu Xareb Addina bi. ChatGPT, Mars 2024.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Daniel — Téeméer ak juróom-ñaari-fukk ak ñaar</dc:title>
  <dc:subject>Ker Gu Fatima: Settu ngir xeexu Seytaane bi nekk ci ginnaaw gis-gis yu yonent yu Église catholique bi</dc:subject>
  <dc:creator>Jeff Pippenger</dc:creator>
  <cp:keywords/>
  <dc:description>Generated by ArticleDigger from daniel\172_daniel.json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