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Daanel — Téeméeri ak Juróom-benn fukk ak Juróom-benni Juróom-benni Juróom-ñeent-ci benneelu téere</w:t>
      </w:r>
    </w:p>
    <w:p>
      <w:pPr>
        <w:pStyle w:val="ArticleSubtitle"/>
        <w:jc w:val="left"/>
      </w:pPr>
      <w:r>
        <w:rPr>
          <w:rFonts w:ascii="Arial" w:hAnsi="Arial" w:eastAsia="Arial" w:cs="Arial"/>
        </w:rPr>
        <w:t>Peeñu Yàlla ak Yeewug Mujj bi: xalaat yu joge ci gis-gisu Daniyeel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2024-04-06</w:t>
      </w:r>
    </w:p>
    <w:p>
      <w:pPr>
        <w:pStyle w:val="ArticleBody"/>
        <w:jc w:val="left"/>
      </w:pPr>
      <w:r>
        <w:rPr>
          <w:rFonts w:ascii="Times New Roman" w:hAnsi="Times New Roman" w:eastAsia="Times New Roman" w:cs="Times New Roman"/>
        </w:rPr>
        <w:t>Ci kapituur fukki ci téereb Daniel, Gabriyel dafay matale liggéeyu joxe tekki gu mat sëkk ci téereb Daniel ngir nit ñi Yàlla ci mujjug fan yi. Daniel mooy melokaanu nit ñi Yàlla ci mujjug fan yi, te ci téereb Révélation, ñoom ñooy téeméeri junni ak ñaar-fukk ak ñent. Kon nag, téeméeri junni ak ñaar-fukk ak ñent yi di yeevu ngir xam ne dafa amoon tasaaroo, ni ko Daniel di tektal ci kapituur juróom-ñent ba. Itam ñoom di yeevu ci xam-xam ne nattu gu mag gi, gi ñuy dogale seen àtte bu baax walla bu bon ba fàww, mooy nattu nataalu rab wa, te loolu di am bala ñu leen téey, ak bala waxtu àtte mi jeex ci yoonu Dibeer bi ci États-Unis. Ñu ngi jooy seen naqaru ñàkk-àllaaxiraat ga leen dale woon 18 Sulet 2020, te ci xaalis boobu, ñu leen di won Kirist ci Bérabu Sell ba gën a Sell, ni ko Esayi di tektal ci kapituur juróom-benn ba.</w:t>
      </w:r>
    </w:p>
    <w:p>
      <w:pPr>
        <w:pStyle w:val="ArticleBody"/>
        <w:jc w:val="left"/>
      </w:pPr>
      <w:r>
        <w:rPr>
          <w:rFonts w:ascii="Times New Roman" w:hAnsi="Times New Roman" w:eastAsia="Times New Roman" w:cs="Times New Roman"/>
        </w:rPr>
        <w:t>Gis-gis boobu, ni ko Daniel ak Isaaya ñoom ñaar di ko wone, may na leen ñu gis seen xaalis bu yàqu ci kanam Boroom ndam ak màggal gi, te ñoom ñaar ñépp suufeeku ba ci pënd. Noonu Isaaya dégg laaj bi di laaj kan la Yàlla di yónni ci Ay nitam, te Isaaya joxe boppam; waaye dafa jëkk a sellal ko.</w:t>
      </w:r>
    </w:p>
    <w:p>
      <w:pPr>
        <w:pStyle w:val="ArticleScripture"/>
        <w:jc w:val="left"/>
      </w:pPr>
      <w:r>
        <w:rPr>
          <w:rFonts w:ascii="Times New Roman" w:hAnsi="Times New Roman" w:eastAsia="Times New Roman" w:cs="Times New Roman"/>
        </w:rPr>
        <w:t>Noonu ma ne: Ay wo man, ndax dama sànku; ndaxte nit ku ay tuñ yu sellul laa, te maa ngi dëkk ci biir askan wu ay tuñ yu sellul; ndaxte sama bët gis nañu Buur bi, Boroom mbooloom xare yi. Noonu kenn ci serafe yi flewsiwul ci man, yor akam doj wu safara buy tàkk, wu mu jële ak ay pënc ci sarxalukaay ba. Mu teg ko ci sama gémmiñ, ne: Gis, lii laal na sa tuñ; sa tooñ dindi nañu ko, te sa bàkkaar seteel nañu ko. Te it dégg naa baatub Boroom bi, muy wax ne: Kan laay yónni, te kan moo nu demal? Noonu ma ne: Maa ngi fii; yónni ma. Esayi 6:5–8.</w:t>
      </w:r>
    </w:p>
    <w:p>
      <w:pPr>
        <w:pStyle w:val="ArticleBody"/>
        <w:jc w:val="left"/>
      </w:pPr>
      <w:r>
        <w:rPr>
          <w:rFonts w:ascii="Times New Roman" w:hAnsi="Times New Roman" w:eastAsia="Times New Roman" w:cs="Times New Roman"/>
        </w:rPr>
        <w:t>Esayiñ deesal na koor gu jóge ci saraxal ba, te Daniyel moom dees na ko gis peeñu sababu bu mel ni seetu, buy tax ku koy xool soppeeku ci melokaan wi mu xool. Ñu wax Esayi ñu mu yóbbu ndigël li ca nit ña, ñiy dégg te dégguñu, te ñiy gis te gisuñu.</w:t>
      </w:r>
    </w:p>
    <w:p>
      <w:pPr>
        <w:pStyle w:val="ArticleScripture"/>
        <w:jc w:val="left"/>
      </w:pPr>
      <w:r>
        <w:rPr>
          <w:rFonts w:ascii="Times New Roman" w:hAnsi="Times New Roman" w:eastAsia="Times New Roman" w:cs="Times New Roman"/>
        </w:rPr>
        <w:t>Noonu ne: Demmal nga dem, te wax askan wi ne: Déggleen dëgg-dëgg, waaye buleen xam dara; gisleen dëgg-dëgg, waaye buleen seet xel. Defal xolu askan wii mu xorom, diisloo ay noppam, te tëj ay bëtam; ngir bañ ñu gis ak seen bët, te dégg ak seen nopp, te xam ak seen xol, ba dellu ci Yàlla, ba ñu wér. Esaïe 6:9, 10.</w:t>
      </w:r>
    </w:p>
    <w:p>
      <w:pPr>
        <w:pStyle w:val="ArticleBody"/>
        <w:jc w:val="left"/>
      </w:pPr>
      <w:r>
        <w:rPr>
          <w:rFonts w:ascii="Times New Roman" w:hAnsi="Times New Roman" w:eastAsia="Times New Roman" w:cs="Times New Roman"/>
        </w:rPr>
        <w:t>Esayi bëgg a xam ba kàddu ga nga xam ne dafa war a wax ak nit ñi dégg te xamuwuñu, gis te seetuwuñu; moo tax mu laaj ne: «Ba kañ?»</w:t>
      </w:r>
    </w:p>
    <w:p>
      <w:pPr>
        <w:pStyle w:val="ArticleScripture"/>
        <w:jc w:val="left"/>
      </w:pPr>
      <w:r>
        <w:rPr>
          <w:rFonts w:ascii="Times New Roman" w:hAnsi="Times New Roman" w:eastAsia="Times New Roman" w:cs="Times New Roman"/>
        </w:rPr>
        <w:t>Noonu ma wax ne: Boroom bi, ba kañ? Mu tontu ne: Ba keroog dëkk yi neen dof ndax amul ku ci dëkk, kër yi neen dof ndax amul nit, te suuf si neen a yàqu lool, te Boroom bi jële nit ñi jëm fu sore, ba sawar gu réy am ci diggu suuf si. Esaïe 6:11, 12.</w:t>
      </w:r>
    </w:p>
    <w:p>
      <w:pPr>
        <w:pStyle w:val="ArticleBody"/>
        <w:jc w:val="left"/>
      </w:pPr>
      <w:r>
        <w:rPr>
          <w:rFonts w:ascii="Times New Roman" w:hAnsi="Times New Roman" w:eastAsia="Times New Roman" w:cs="Times New Roman"/>
        </w:rPr>
        <w:t>Suur bi mooy mbir mi yëngu ci kàddu yëgleb Biibël ci mujjug fan yi mooy États-Unis, mi “ñàkk ba tas,” su musiba réew mi amee ndax bàkkaaru réew mi ci yoonu Dimaas. Aaya juróom-benn-fukki benn ci Daniel fukki benn, am na misaalëm ci aaya juróom-benn-fukk ak juróom-benn ci benn saar boobu. Ci aaya juróom-benn-fukki benn baat bi “wacc gu mag gi ci diggu réew mi” mooy lu màggal ne “ñu bare” dañuy daanu. Yonnent yi Isaaya jottali, bi ko Yeesu tëddalee ba mu doon wax ak Yawut yu bëgg di xuloo ci jamono bi Mu nekkoon ak nit ñi, day wone ne su nit ñi doon askanu kóllëre gu jiitu di ñu weesu leen, booba nag am nañu nopp ak bët yu dul dégg te dul gis. Bàyyi Isaaya day tegtal woote gu mujj gi ci Adventisme Laodise, te loolu day jeex ci yoonu Dimaas, fa Adventisme Laodise di génneeku ci gémmiñu Boroom bi.</w:t>
      </w:r>
    </w:p>
    <w:p>
      <w:pPr>
        <w:pStyle w:val="ArticleScripture"/>
        <w:jc w:val="left"/>
      </w:pPr>
      <w:r>
        <w:rPr>
          <w:rFonts w:ascii="Times New Roman" w:hAnsi="Times New Roman" w:eastAsia="Times New Roman" w:cs="Times New Roman"/>
        </w:rPr>
        <w:t>Dina dugg ci réew mi tedd te màgg ba itam, te réew yu bare dinañu daanu; waaye ñii dinañu mucc ci loxoom, mooy Edom ak Moab, ak njiitu askani Ammon. Daniel 11:41.</w:t>
      </w:r>
    </w:p>
    <w:p>
      <w:pPr>
        <w:pStyle w:val="ArticleBody"/>
        <w:jc w:val="left"/>
      </w:pPr>
      <w:r>
        <w:rPr>
          <w:rFonts w:ascii="Times New Roman" w:hAnsi="Times New Roman" w:eastAsia="Times New Roman" w:cs="Times New Roman"/>
        </w:rPr>
        <w:t>Esayi ak Daniyel ñu jox leen warugar wone woote bu mujj bi ci Laodicea, te ci ñetteelu laal gi Daniyel am ci saar fukki bi, ñu dooleel ko ngir liggéey boobu.</w:t>
      </w:r>
    </w:p>
    <w:p>
      <w:pPr>
        <w:pStyle w:val="ArticleScripture"/>
        <w:jc w:val="left"/>
      </w:pPr>
      <w:r>
        <w:rPr>
          <w:rFonts w:ascii="Times New Roman" w:hAnsi="Times New Roman" w:eastAsia="Times New Roman" w:cs="Times New Roman"/>
        </w:rPr>
        <w:t>Noonu, kenn ku mel ni laatal, ni mel ni nit, daldi ma dëgëral ma; te mu wax ma ne: “Yow nit ku Yàlla bëgg lool, bul ragal; jàmm na la. Na nga dëgër, waaw, na nga dëgër.” Bi mu waxee ak man, ma dëgër, ma ne: “Na sama sang wax, ndaxte yaa ma dëgëral.” Daniel 10:18, 19.</w:t>
      </w:r>
    </w:p>
    <w:p>
      <w:pPr>
        <w:pStyle w:val="ArticleBody"/>
        <w:jc w:val="left"/>
      </w:pPr>
      <w:r>
        <w:rPr>
          <w:rFonts w:ascii="Times New Roman" w:hAnsi="Times New Roman" w:eastAsia="Times New Roman" w:cs="Times New Roman"/>
        </w:rPr>
        <w:t>Dañeel dafa am kàttan ngir joxe ndigël bi mu aggee ci xam biigel ga Mikayel wàcce ci saar fukk. Esayiya ñu ko xamal ne war na joxe ndigël bi ba bés bu yoonu Dibéer di ñëw. Ci yoonu Dibéer bi, desit bu néew diñu ko taxawal.</w:t>
      </w:r>
    </w:p>
    <w:p>
      <w:pPr>
        <w:pStyle w:val="ArticleScripture"/>
        <w:jc w:val="left"/>
      </w:pPr>
      <w:r>
        <w:rPr>
          <w:rFonts w:ascii="Times New Roman" w:hAnsi="Times New Roman" w:eastAsia="Times New Roman" w:cs="Times New Roman"/>
        </w:rPr>
        <w:t>Noonu ma ne: Boroom bi, ba kañ? Mu tontu ne: ba kera dëkk yi neen ba kenn desu ci seen biir, kër yi it neen ba nit amul ci, te suuf si di màndiŋ lu mat sëkk; te Boroom bi yóbbu nit ñi fu sore lool, ba fa am bàyyiku bu mag ci diggante suuf si. Waaye sax ci moom dina am benn fukk ci téeméer, te dina dellu, te ñu lekk ko; ni garabug teil ak ni garabug oak, yi seen cër des ci ñoom bu ñu sànni seen xob. Noonu it juróom bu sell bi mooy seen cër. Esayi 6:11–13.</w:t>
      </w:r>
    </w:p>
    <w:p>
      <w:pPr>
        <w:pStyle w:val="ArticleBody"/>
        <w:jc w:val="left"/>
      </w:pPr>
      <w:r>
        <w:rPr>
          <w:rFonts w:ascii="Times New Roman" w:hAnsi="Times New Roman" w:eastAsia="Times New Roman" w:cs="Times New Roman"/>
        </w:rPr>
        <w:t>Bu am na “ñàkk gu réy ci biir réew mi” (ca yoonu Dibeer ba), dina feeñ “fukkëel bi,” te seen “jëmm” mooy “njiitu bu sell bi.” Rapu baat bu Ebrë yi tekkiwoon “fukkëel,” mooy “asar.” Boroom bi dina am “asar” yu “dellu,” ca yoonu Dibeer ba.</w:t>
      </w:r>
    </w:p>
    <w:p>
      <w:pPr>
        <w:pStyle w:val="ArticleScripture"/>
        <w:jc w:val="left"/>
      </w:pPr>
      <w:r>
        <w:rPr>
          <w:rFonts w:ascii="Times New Roman" w:hAnsi="Times New Roman" w:eastAsia="Times New Roman" w:cs="Times New Roman"/>
        </w:rPr>
        <w:t>Te lépp ci ci suuf si, bu bokk ci peppu suuf si mbaa ci meññetu garab gi, moom la Boroom bi: sell na ci Boroom bi. Su nit bëggée jotoot dara ci ay téddam, na dolli ci ñeenteelam benn xaaj bu juróomeel. Te ci lu jëm ci téddub jur gi mbaa téddub xar yi, lépp lu romb ci suufu yat wi, fukki ba benn bi dina sell ci Boroom bi. Lewit 27:30–32.</w:t>
      </w:r>
    </w:p>
    <w:p>
      <w:pPr>
        <w:pStyle w:val="ArticleBody"/>
        <w:jc w:val="left"/>
      </w:pPr>
      <w:r>
        <w:rPr>
          <w:rFonts w:ascii="Times New Roman" w:hAnsi="Times New Roman" w:eastAsia="Times New Roman" w:cs="Times New Roman"/>
        </w:rPr>
        <w:t>“Fukki” bi “dellusi” mooy yu sell ci Boroom bi, te mooy wàllu Boroom bi.</w:t>
      </w:r>
    </w:p>
    <w:p>
      <w:pPr>
        <w:pStyle w:val="ArticleScripture"/>
        <w:jc w:val="left"/>
      </w:pPr>
      <w:r>
        <w:rPr>
          <w:rFonts w:ascii="Times New Roman" w:hAnsi="Times New Roman" w:eastAsia="Times New Roman" w:cs="Times New Roman"/>
        </w:rPr>
        <w:t>Ndaxte yoonu Boroom bi mooy ay nitam; Yàqub mooy cër ci ndonoam. Deuteronome 32:9.</w:t>
      </w:r>
    </w:p>
    <w:p>
      <w:pPr>
        <w:pStyle w:val="ArticleBody"/>
        <w:jc w:val="left"/>
      </w:pPr>
      <w:r>
        <w:rPr>
          <w:rFonts w:ascii="Times New Roman" w:hAnsi="Times New Roman" w:eastAsia="Times New Roman" w:cs="Times New Roman"/>
        </w:rPr>
        <w:t>Ñi ñëwsi ba ca kanamu dund Déwén Dibeer bi, ñoom la Yeremiya tegu ci ñi dajale ñàkk xol bu jëkk bi, te Boroom bi digoon na leen ne suñu dellusoo, dinañu doon gémmiñu Boroom bi, walla ay waxkatam.</w:t>
      </w:r>
    </w:p>
    <w:p>
      <w:pPr>
        <w:pStyle w:val="ArticleScripture"/>
        <w:jc w:val="left"/>
      </w:pPr>
      <w:r>
        <w:rPr>
          <w:rFonts w:ascii="Times New Roman" w:hAnsi="Times New Roman" w:eastAsia="Times New Roman" w:cs="Times New Roman"/>
        </w:rPr>
        <w:t>Gis-gis yi am na, te lekk naa leen; te sa kàddu nekk na ma bànneex ak mbégteb sama xol; ndaxte sa tur lañu ma tudde, Yow Aji Sax ji Yàlla buy Boroom mbooloom asamaan. Tooguma woon ci ndajem ñiy ree, te bànneexuma ci; dama toogoon samaa bopp ndax sa loxo, ndaxte feesal nga ma ak mer. Lu tax sama metit sax ba fàww, te sama gaañu jógul, ba bañ a wér? Ndax dangay nekk ci man ni ki fen, ni ndox yu wow? Moo tax Aji Sax ji waxe ne: Su fekkee nga dellu, dinaa la delloo, te dinga taxaw ci sama kanam; te su fekkee nga génne lu am solo ci lu bon, dinga mel ni sama gémmiñ; na ñoom dellu ci yaw, waaye yaw bul dellu ci ñoom. Te dinaa la defal askan wi miir gu xóot gu xànjar; dinañu xeex ak yaw, waaye duñu la man dara, ndaxte maa ngi ànd ak yaw ngir musal la te goreel la, kàddug Aji Sax ji. Te dinaa la musal ci loxob ñaaw ñi, te dinaa la jot ci loxob ñiy tiitloo. Yeremi 15:16–21.</w:t>
      </w:r>
    </w:p>
    <w:p>
      <w:pPr>
        <w:pStyle w:val="ArticleBody"/>
        <w:jc w:val="left"/>
      </w:pPr>
      <w:r>
        <w:rPr>
          <w:rFonts w:ascii="Times New Roman" w:hAnsi="Times New Roman" w:eastAsia="Times New Roman" w:cs="Times New Roman"/>
        </w:rPr>
        <w:t>Sarax walla benn walla fukkikoo bi dellug Isayas dañu waroon a lekk, ndaxte ñoom lañu joxoon yégle Yàlla, te Kàddugam waroon a nekk lu ñuy lekk. Ñoom lañu doon ñi di gémmiñu Yàlla, te ci loolu dinañu wone Kàddug Yàlla gi waroon a nekk lu ñuy lekk ngir ñi di seet mucc. Yeremiya tooguloon ci “mbootaayu ñiy ñaawal,” ndaxte, ni ci Daniyel, ba mu gis peeñ mi, “mbootaayu ñiy ñaawal” daw na. Yeremiya dafa xalaatoon ne Yàlla fen ko, ndaxte loxob Yàlla mayoon na ñawtéef bu jëkk bi ci 19 Awril 1844 ci jaar-jaaru Millerite, ak 18 Sulet 2020 ci mujj i fan yi. Digeb Yeremiya mooy ne bu dee “dellu,” te ci bindub Isayas itam, “fukk” bi “dellu.”</w:t>
      </w:r>
    </w:p>
    <w:p>
      <w:pPr>
        <w:pStyle w:val="ArticleBody"/>
        <w:jc w:val="left"/>
      </w:pPr>
      <w:r>
        <w:rPr>
          <w:rFonts w:ascii="Times New Roman" w:hAnsi="Times New Roman" w:eastAsia="Times New Roman" w:cs="Times New Roman"/>
        </w:rPr>
        <w:t>Su Yeremi “dellusee,” mu nekk ci “fukkël” yu Esayi wax, te mooy lu sell, te mooy cërub Boroom bi, ki “ndomboom” nekk ci ñoom. Kàddu Ebrë “ndombo” mooy tekki ab tuur, te nees ko def ay “tuur,” mooy digeb bi ñu jox waa Filadelfi.</w:t>
      </w:r>
    </w:p>
    <w:p>
      <w:pPr>
        <w:pStyle w:val="ArticleScripture"/>
        <w:jc w:val="left"/>
      </w:pPr>
      <w:r>
        <w:rPr>
          <w:rFonts w:ascii="Times New Roman" w:hAnsi="Times New Roman" w:eastAsia="Times New Roman" w:cs="Times New Roman"/>
        </w:rPr>
        <w:t>Ku daan ndam, dinaa ko def ngir mu nekk kenug tabax ci kër Yàlla sama Yàlla, te du génnati mukk; te dinaa bind ci moom turu sama Yàlla, ak turu dëkku sama Yàlla, mooy Yerusalem bu bees bi, buy wàccéggé jógé asamaan ci sama Yàlla; te dinaa bind ci moom sama tur wu bees. Ku am nopp, na déglu li Xel mi wax jàngale yi. Peeñug Yàlla 3:12, 13.</w:t>
      </w:r>
    </w:p>
    <w:p>
      <w:pPr>
        <w:pStyle w:val="ArticleBody"/>
        <w:jc w:val="left"/>
      </w:pPr>
      <w:r>
        <w:rPr>
          <w:rFonts w:ascii="Times New Roman" w:hAnsi="Times New Roman" w:eastAsia="Times New Roman" w:cs="Times New Roman"/>
        </w:rPr>
        <w:t>“Ken”, maanaam seen “substans”, dafa teewal booloo Yàllaay ak nit ki, ndaxte Almasi mooy “ken” gi yor kër Yàlla ga.</w:t>
      </w:r>
    </w:p>
    <w:p>
      <w:pPr>
        <w:pStyle w:val="ArticleScripture"/>
        <w:jc w:val="left"/>
      </w:pPr>
      <w:r>
        <w:rPr>
          <w:rFonts w:ascii="Times New Roman" w:hAnsi="Times New Roman" w:eastAsia="Times New Roman" w:cs="Times New Roman"/>
        </w:rPr>
        <w:t>“Bi ma nekkoon ci jàmmu xel wu metti woowu, ma am na gént bu wóor ci sama xel lool. Ma gént ne maa ngi gis kërug Yàlla, te nit ñu baree da ñuy daw jëm fa. Ñi rekk ñiy sàmm seen bopp ci kërug Yàlla googu lañuy mucc bu waxtu jeexee. Ñépp ñi des bitim rekk, dees na leen réer ba fàww. Mbooloo ma nga xam ne ñu nekkoon bitim, te di wër seen yoon yu wuute, da ñuy xeeb ak ree ñi doon dugg ci kërug Yàlla ga, te di leen wax ne pexe mi ngir mucc mii ay nax la yu xereñ, ne ci dëgg amul benn musiba bu ñuy war a moytu. Rax-ci-dolli sax, ñenn ci ñoom da ñu jàpp yenn ngir tere leen gaaw a dugg ci biir miir ya.”</w:t>
      </w:r>
    </w:p>
    <w:p>
      <w:pPr>
        <w:pStyle w:val="ArticleScripture"/>
        <w:jc w:val="left"/>
      </w:pPr>
      <w:r>
        <w:rPr>
          <w:rFonts w:ascii="Times New Roman" w:hAnsi="Times New Roman" w:eastAsia="Times New Roman" w:cs="Times New Roman"/>
        </w:rPr>
        <w:t>“Ndax ragal ñu ree ma, xalaat naa ne gën naa muñ ba mbooloo ma tas, walla ba ma mën a dugg te ñu seetuma ma. Waaye lim bi yokku nag, waññikuwul; te ndax ragal ne dama jëm a tarde, gaaw naa génn sama kër, jàll ci diggante nit ña ba. Ci sama tiis ngir jot kër Yàlla ga, gisuma woon mbaa sama yéene woonul mbooloo mi ma wër. Bi ma duggee ci tabax bi, gis naa ne kër Yàlla gu mag ga taxawoon ci benn jëmm bu réy lool, te ci moom lañu boole woon ab xar mu ñu doggal te deret di tuuru. Nun ñi fa nekkoon dafa mel ni xam nanu ne xar woowu dañu ko xar-xaree te damm ko ndax sunu mbir. Képp ku dugg ci kër Yàlla ga waroon na jaar ci kanamam te nangoo ay bàkkaaram.</w:t>
      </w:r>
    </w:p>
    <w:p>
      <w:pPr>
        <w:pStyle w:val="ArticleScripture"/>
        <w:jc w:val="left"/>
      </w:pPr>
      <w:r>
        <w:rPr>
          <w:rFonts w:ascii="Times New Roman" w:hAnsi="Times New Roman" w:eastAsia="Times New Roman" w:cs="Times New Roman"/>
        </w:rPr>
        <w:t>«Tuuti balaa maŋ ma tegge toogu yu kawe, te ñu teggewoon ci ay nit ñu mel ni ñu bég lool. Leeru asamaan dafa mel ni mu neexe seen kanam, te ñu di màggal Yàlla, di woy yu bànneex ak cant yu delloo ngërëm, yoo mel ni xumbi malaaka yi. Ñooñu lañu doon ñi njëkk a dikk ci kanam maŋ ma, nangoo seeni bàkkaar, jot baal, te léegi ñu ngi xaar ak bég bu réy benn mbir mu bànneex buy ñëw.»</w:t>
      </w:r>
    </w:p>
    <w:p>
      <w:pPr>
        <w:pStyle w:val="ArticleScripture"/>
        <w:jc w:val="left"/>
      </w:pPr>
      <w:r>
        <w:rPr>
          <w:rFonts w:ascii="Times New Roman" w:hAnsi="Times New Roman" w:eastAsia="Times New Roman" w:cs="Times New Roman"/>
        </w:rPr>
        <w:t>«Même après mon entrée dans le bâtiment, une crainte s’empara de moi, ainsi qu’un sentiment de honte à l’idée qu’il me fallait m’humilier devant ces gens. Mais il me semblait être contrainte d’aller de l’avant, et j’avançais lentement autour de la colonne afin de faire face à l’agneau, lorsqu’une trompette retentit, le temple fut ébranlé, des cris de triomphe s’élevèrent de la part des saints assemblés, une clarté terrible illumina le bâtiment, puis tout fut d’intenses ténèbres. Les gens heureux avaient tous disparu avec cette clarté, et je fus laissée seule dans l’horreur silencieuse de la nuit. Je m’éveillai dans l’angoisse de l’esprit et pouvais à peine me convaincre que j’avais rêvé. Il me semblait que mon sort était fixé, que l’Esprit du Seigneur m’avait quittée, pour ne jamais revenir.» Testimonies, volume 1, 27.</w:t>
      </w:r>
    </w:p>
    <w:p>
      <w:pPr>
        <w:pStyle w:val="ArticleBody"/>
        <w:jc w:val="left"/>
      </w:pPr>
      <w:r>
        <w:rPr>
          <w:rFonts w:ascii="Times New Roman" w:hAnsi="Times New Roman" w:eastAsia="Times New Roman" w:cs="Times New Roman"/>
        </w:rPr>
        <w:t>“Substance” bi, mooy li nekk ci biir fukkal bi di dellusi, mooy “kenuur gi” buy taxawal kër Yàlla ga. Daniyel gis na peeñu njariñ li jëm ci Mburu mi ñu dajale woon ci kenuur gi, te Mburu mi mooy “kenuur gi”. Bi Daniyel gisee peeñu mag ga, soppi nañu ko mu mel ni nataalu kenuur gi, te fukkal bi Esayi wax itam am nañu “substance” bi (kenuur gi) ci seen biir, te substance boobu dees na ko “lekku” ak ñépp ñi bëgg a dugg ci kër Yàlla ga. Ñi dugg ci kër Yàlla ga, te lekk substance bi, ñooy juróomaaru Yàlla yi ci des, ñiy tontu ci ndigalu bandira bi ñu yékkati ci jamono bi yoonu dibeer di ñëw, biñu amee réccu gu mag ci réew mi. “Peppu bu sell bi,” mooy substance bu Esayi, mooy Mburu mi ñu rendi woon dale ca sampug àddina.</w:t>
      </w:r>
    </w:p>
    <w:p>
      <w:pPr>
        <w:pStyle w:val="ArticleBody"/>
        <w:jc w:val="left"/>
      </w:pPr>
      <w:r>
        <w:rPr>
          <w:rFonts w:ascii="Times New Roman" w:hAnsi="Times New Roman" w:eastAsia="Times New Roman" w:cs="Times New Roman"/>
        </w:rPr>
        <w:t>Ñetteel ñi dellusi dinañu mucc ci loxo ña bon ña, bu yoonu Dibeer gi ëppalee, ba xaajalug Filadelfi ak Lawodisee daldi sampu ba fàww, te ñu bare daanu fa. Ñi daanu yooyu, mooy ña bon ña dul xam. Itam dinañu mucc ci loxo ku tiit ba, ndaxte duñu jot màndargay rab wi.</w:t>
      </w:r>
    </w:p>
    <w:p>
      <w:pPr>
        <w:pStyle w:val="ArticleScripture"/>
        <w:jc w:val="left"/>
      </w:pPr>
      <w:r>
        <w:rPr>
          <w:rFonts w:ascii="Times New Roman" w:hAnsi="Times New Roman" w:eastAsia="Times New Roman" w:cs="Times New Roman"/>
        </w:rPr>
        <w:t>Noonu la Boroom bi Yàlla wax: Dinaa tax ba mbooloom Misra saxatul, jaarale ko ci loxob Nebukadnesar buurub Babilon. Moom ak ay nitam yu ànd ak moom, ñi gën a tiitloo ci xeeti àddina, dees na leen indi ngir yàq réew mi; dinañu rocci seeni sabar ci kaw Misra, feesal réew mi ak ñi ñu rey. Te dinaa wow dex yi, jaay réew mi ci loxob ñi bon; dinaa def réew mi neen, ak lépp lu nekk ci biiram, jaarale ko ci loxob doxandéem yi: man, Boroom bi, wax naa ko. Isaiah 30:10–12.</w:t>
      </w:r>
    </w:p>
    <w:p>
      <w:pPr>
        <w:pStyle w:val="ArticleBody"/>
        <w:jc w:val="left"/>
      </w:pPr>
      <w:r>
        <w:rPr>
          <w:rFonts w:ascii="Times New Roman" w:hAnsi="Times New Roman" w:eastAsia="Times New Roman" w:cs="Times New Roman"/>
        </w:rPr>
        <w:t>“Njagam yiis réew yi” mooy mbooloom xare buy taxawal buur bu bëj-gànnaar. Bànneex bi ñuy yékkati ca yoonu Dibéer ba, ñu ngi leen génne ci loxo jigéen-yaram yu dof walla yu bon yi, te itam ñu ngi leen génne ci loxo njagam yiis réew yi. Mbirt mi nu ngay jëfandikoo fii mooy ne Esayi, ak Danyeel, ak Yeremi, ak Esekiyel, ak Yowaana ñépp dañu leen di jëfandikoo ngir tegtal ndekkite ak dooleelub ñaar-fukk ak ñeenti junni ñi dellusi ginnaaw naqar ba dal ci 18 Sulet 2020. Ci gis-gis bu mujj bu Danyeel, maanaa gis-gis ba ñu ko jox ca dexu Hiddekel, ñu def Danyeel mu xam gis-gis yi ëmb ci biir ak yi ëmb ci biti ci Kàddu Yàlla gu yonent, te ñu dooleel ko ngir mu yégle yonent boobu.</w:t>
      </w:r>
    </w:p>
    <w:p>
      <w:pPr>
        <w:pStyle w:val="ArticleBody"/>
        <w:jc w:val="left"/>
      </w:pPr>
      <w:r>
        <w:rPr>
          <w:rFonts w:ascii="Times New Roman" w:hAnsi="Times New Roman" w:eastAsia="Times New Roman" w:cs="Times New Roman"/>
        </w:rPr>
        <w:t>Bataaxalu bi ci biir ak bi ci biti dafa booleek njàngat gu yonnee gu bopp bi, walla “tata bu ñu tëjare,” ci aaya fukk, buy jëfandikoo ngir xam xareb Ukraine bi Putin di yëngu fii léegi. Caabi boobu ngir xamle bopp bi am na jëfandikoo bu ci biir ak bu ci biti, te tàmbali xare boobu di màndarga jamono ji ñaari bopp yi ñuy nekk mbir mu yoon ci waxi yonent. Tata bu ñu tëjare, walla bopp bi, ni Russia koy tekke, moo mel ni ñaareelu xareb proxy bi, miy indi ñetteelu xareb proxy bi, te loolu moo màndarga tàmbalib Xareb Àddina bi ñetteel, ni ko xareb Panium di misaal ci aaya fukk ak juróom.</w:t>
      </w:r>
    </w:p>
    <w:p>
      <w:pPr>
        <w:pStyle w:val="ArticleBody"/>
        <w:jc w:val="left"/>
      </w:pPr>
      <w:r>
        <w:rPr>
          <w:rFonts w:ascii="Times New Roman" w:hAnsi="Times New Roman" w:eastAsia="Times New Roman" w:cs="Times New Roman"/>
        </w:rPr>
        <w:t>Saar bu fukk ak ndigalub Dimaas, te moo tax, dale ci atum 2014, ba xareb Ukreen tàmbalee, ni ko ay ndigalub sarq yi te fukk ak benn ak fukk ak ñaar di melal, ba ca yoonu Dimaas, liggéey bu mujj bi jëm ci tëj askanu Yàlla ci màndarga mi mat na. Tekkig Jibril ci Daniel saar bu fukk ak benn, di melal ndigël bi sellal, walla tëj askanu Yàlla ci màndarga. Su ñu réeree dëgg boobu, danuy réeree lépp. Kàddug wax ju ubbeeku, te ci téereb Peeñu miñ ko waxe Peeñug Yeesu Kirist, te teereb Peeñu mi di wax ne ubbeeku na lu jiitu jeexital yoonug àtte bi, mooy benn xaaj bu xóot ci téereb Daniel.</w:t>
      </w:r>
    </w:p>
    <w:p>
      <w:pPr>
        <w:pStyle w:val="ArticleScripture"/>
        <w:jc w:val="left"/>
      </w:pPr>
      <w:r>
        <w:rPr>
          <w:rFonts w:ascii="Times New Roman" w:hAnsi="Times New Roman" w:eastAsia="Times New Roman" w:cs="Times New Roman"/>
        </w:rPr>
        <w:t>Mu ne ma: «Bul bañ sëf xeetu waxi yoon wi ci téere bii, ndaxte waxtu wi jege na. Ku jubul, na des ci jubadiam; ku tilim, na des ci tilimam; ku jub, na des ci njubam; te ku sell, na des ci sellalam.» Peeñu 22:10, 11.</w:t>
      </w:r>
    </w:p>
    <w:p>
      <w:pPr>
        <w:pStyle w:val="ArticleBody"/>
        <w:jc w:val="left"/>
      </w:pPr>
      <w:r>
        <w:rPr>
          <w:rFonts w:ascii="Times New Roman" w:hAnsi="Times New Roman" w:eastAsia="Times New Roman" w:cs="Times New Roman"/>
        </w:rPr>
        <w:t>Ci jamono yu mujjeek yi, amna waxtu wu bees wu ñu ubbi waxu yonent bi mujj, ndaxte aaya bi nee na: “waxtu wi jege na.” Kàddu googu sax, bi nekk ci saraxalekat bu mujj bu Peeñu gi, gis nañu ko itam ci saraxalekat bu njëkk bi.</w:t>
      </w:r>
    </w:p>
    <w:p>
      <w:pPr>
        <w:pStyle w:val="ArticleScripture"/>
        <w:jc w:val="left"/>
      </w:pPr>
      <w:r>
        <w:rPr>
          <w:rFonts w:ascii="Times New Roman" w:hAnsi="Times New Roman" w:eastAsia="Times New Roman" w:cs="Times New Roman"/>
        </w:rPr>
        <w:t>Peñu Yeesu Kirist, mi Yàlla jox ko, ngir won ay jaamam yi mbir yi war a am ci lu gaaw; te yónnee na ko, te xamal ko ci ay mandargaam jaarale ko ci malaakam, ci jaamam Yuwaana: moom mi seede Kàddug Yàlla ak seede Yeesu Kirist, ak lépp lu mu gis. Ku jàng moo barkeel, ak ñi dégg baat yi ci waxi ci gii, te di sàmm liñu bind ci biiram; ndaxte waxtu wi jege na. Peñu 1:1–3.</w:t>
      </w:r>
    </w:p>
    <w:p>
      <w:pPr>
        <w:pStyle w:val="ArticleBody"/>
        <w:jc w:val="left"/>
      </w:pPr>
      <w:r>
        <w:rPr>
          <w:rFonts w:ascii="Times New Roman" w:hAnsi="Times New Roman" w:eastAsia="Times New Roman" w:cs="Times New Roman"/>
        </w:rPr>
        <w:t>Ñaar téeméer ak ñaar-fukk, te kon ñaar-fukk ak ñaar, dañuy xeñal boole Yàlla ak nit, te liggéeyu mujj bu malaaka bu ñetteel bi, mooy tëjkaayu téeméer ak ñeent-fukk ak ñeent war ak ñeent-junni, am na ci biir wàllug waxi yonent gi ci léebu fukki janq. Janqi xel mu rafet yi ci fan yi mujj yi daan nañu seen jëfandikoo bu njëkk ci 18i Sulet 2020, te tasaaroo nañu ni yax yu dee ci mbedd mi ci Peeñu 11, ba ci Sulet 2023, ñaar-fukk ak ñaar at gannaaw ba tëjkaay bi tàmbalee ci 2001. “Waxtu wa nag jegesi woon na,” te Noonu Boroom bi taxawaloon na benn “baat ci màndiŋ ma” mi jot yoon wi ci Gaborieel, moom mi ko jële ci Kirist, moom mi ko jële ci Baay bi.</w:t>
      </w:r>
    </w:p>
    <w:p>
      <w:pPr>
        <w:pStyle w:val="ArticleBody"/>
        <w:jc w:val="left"/>
      </w:pPr>
      <w:r>
        <w:rPr>
          <w:rFonts w:ascii="Times New Roman" w:hAnsi="Times New Roman" w:eastAsia="Times New Roman" w:cs="Times New Roman"/>
        </w:rPr>
        <w:t>Ba noppi bi tambalee yónnee bataaxal bi ci mbooloy gëm yi, te yónnee nañu ko it ci anam u elektopig ba nit ñi man a jàng walla dégg ko; léegi mu ngi am ci lu ëpp juróom-benn fukki làkk. Cér bu ab kàddug yonent biñ ubbi, mooy ne bataaxal boobu, gis nañu ko ci téereb Daniel.</w:t>
      </w:r>
    </w:p>
    <w:p>
      <w:pPr>
        <w:pStyle w:val="ArticleScripture"/>
        <w:jc w:val="left"/>
      </w:pPr>
      <w:r>
        <w:rPr>
          <w:rFonts w:ascii="Times New Roman" w:hAnsi="Times New Roman" w:eastAsia="Times New Roman" w:cs="Times New Roman"/>
        </w:rPr>
        <w:t>“Téere biñ tëjkat du Peeñug Yàlla bi, waaye mooy wàll wu ci kàddug wax jëmm yi ci téereb Daniyel, wi jëm ci fan yu mujj yi. Malaaka mi santaane na ne: ‘Waaye yaw, yow Daniyel, tëjël wax yi, te nga tëj téere bi ba kera mujj gi.’ Daniyel 12:4.” Acts of the Apostles, 585.</w:t>
      </w:r>
    </w:p>
    <w:p>
      <w:pPr>
        <w:pStyle w:val="ArticleBody"/>
        <w:jc w:val="left"/>
      </w:pPr>
      <w:r>
        <w:rPr>
          <w:rFonts w:ascii="Times New Roman" w:hAnsi="Times New Roman" w:eastAsia="Times New Roman" w:cs="Times New Roman"/>
        </w:rPr>
        <w:t>“Xaajug yoon wi ci kàddug waxu Daniel te jëm ci fan yi mujj,” mooy aaya ñeent-fukk. Du aaya ñeent-fukk rekk; mooy cér bu aaya ñeent-fukk boobu teewuloo ginnaaw “waxtu mujj” ci 1989, te bala yoonu Dibéer bu aaya ñeent-fukk ak benn. Jaar-jaaru aaya ñeent-fukk, bi ñu kenn waxul ci biir aaya bi ci boppam, mooy cér bu waxu Yàlla gi jëm ci fan yi mujj biñ daan tëj, te li dalee ci Sulet 2023, dees ko di ubbi ngir ñi tann a gis ak a dégg.</w:t>
      </w:r>
    </w:p>
    <w:p>
      <w:pPr>
        <w:pStyle w:val="ArticleBody"/>
        <w:jc w:val="left"/>
      </w:pPr>
      <w:r>
        <w:rPr>
          <w:rFonts w:ascii="Times New Roman" w:hAnsi="Times New Roman" w:eastAsia="Times New Roman" w:cs="Times New Roman"/>
        </w:rPr>
        <w:t>Saar ñent-fukk ci ñaar fukk du bind dara ci jaar-jaaru mboolem lu topp ginaaw tasug Union Soviétique bi ci 1989, ba àgg ci yoonu Dibéer bu saar ñent-fukk ak benn wax, waaye mu ngi joxe dalu wax ju yégle, bi yeneen rëdd yu yégle war a sosoo ci kawam. Ñi bëggul gis te dégg ne yoonu “rëdd ci kaw, rëdd ci kaw” mooy yoonu taw bu mujj bi, amuñu kàttan gu leen di may gis jaar-jaaru kumpa wu saar ñent-fukk bi; te loolu mooy jaar-jaar ba di Peeñug Yeesu Kirist, gi Gabriyel ñëwoon ngir firndeel ko Yowaana ak Danyeel.</w:t>
      </w:r>
    </w:p>
    <w:p>
      <w:pPr>
        <w:pStyle w:val="ArticleBody"/>
        <w:jc w:val="left"/>
      </w:pPr>
      <w:r>
        <w:rPr>
          <w:rFonts w:ascii="Times New Roman" w:hAnsi="Times New Roman" w:eastAsia="Times New Roman" w:cs="Times New Roman"/>
        </w:rPr>
        <w:t>Dañuy way-jàng mii ci bind biy ñëw.</w:t>
      </w:r>
    </w:p>
    <w:p>
      <w:pPr>
        <w:pStyle w:val="ArticleScripture"/>
        <w:jc w:val="left"/>
      </w:pPr>
      <w:r>
        <w:rPr>
          <w:rFonts w:ascii="Times New Roman" w:hAnsi="Times New Roman" w:eastAsia="Times New Roman" w:cs="Times New Roman"/>
        </w:rPr>
        <w:t>“Ca Berea, Poola tàmbalee na liggéeyam ci dugg ci jàngu Yawut ya ngir yégle xebaar bu baax bi ci Kirist. Mu wax ci ñoom ne: ‘Ñii gëna am sutura ngir ñi nekk Tesalonig, ndaxte nangu nañu kàddu gi ak xel mu xew, te daan nañu seet Mbind mi bés bu nekk, ngir xam ndax loolu dëgg la woon. Moo tax ñu bare ci ñoom gëm; noonu itam jigéen yu tedd te di Gereeg, ak góor, yu bari, gëm nañu.’”</w:t>
      </w:r>
    </w:p>
    <w:p>
      <w:pPr>
        <w:pStyle w:val="ArticleScripture"/>
        <w:jc w:val="left"/>
      </w:pPr>
      <w:r>
        <w:rPr>
          <w:rFonts w:ascii="Times New Roman" w:hAnsi="Times New Roman" w:eastAsia="Times New Roman" w:cs="Times New Roman"/>
        </w:rPr>
        <w:t>“Ci wone dëgg gi, ñi bëgg a jub ci seen xol, dees na leen yee ci seet bu wóor te sell ci Mbind mi. Loolu dina jur ay njariñ yu mel ni ya àndoon ak liggéeyu ndaw-ya Yeesu yi ci Bere. Waaye ñiy waare dëgg gi ci fan yii, dafa am ñu bare yu taxaw ci lu jublu ak waa Bere. Mënuñu weddi jàngale gi ñu leen di wax, waaye tey wone seen bañ bu tar ci seet dëgër bi ñu leen jox ngir dëgëral ko, te dañuy defe ni sax bu fekkee ne mooy dëgg, du lu am solo bu ñu ko nangu walla ñu bañ ko nangu. Ñoom dañuy xalaat ne seen ngëm gu yàgg ak seen aada yi doy nañu leen. Waaye Boroom bi, mi yónni ay ndawam ak benn yëgle ci àddina si, dina teg nit ñi ci seen yoon ngir ni ñuy jëfe ci kàdduy ay jaamam. Yàlla dina àtte ñépp ci leer gi ñu leen teewal, muy leer ci ñoom walla mu bañ a leer. Seen warugar mooy seet bu baax ni waa Bere daan defe. Boroom bi nee ci yonent Ose: ‘Sama xeet dey réer ndax amuñu xam-xam; ndaxte yaw sàggantal nga xam-xam, man it dinaa la sàggantal.’”</w:t>
      </w:r>
    </w:p>
    <w:p>
      <w:pPr>
        <w:pStyle w:val="ArticleScripture"/>
        <w:jc w:val="left"/>
      </w:pPr>
      <w:r>
        <w:rPr>
          <w:rFonts w:ascii="Times New Roman" w:hAnsi="Times New Roman" w:eastAsia="Times New Roman" w:cs="Times New Roman"/>
        </w:rPr>
        <w:t>“Xel yu Bere yi dañu woonul ci ñàkk yéene ak xaste; te dañu bëgg a seet bu baax, te nangu dëgg yi ndaw yi doon waare. Bu nit ñi sunu jamono toppoon misaal bu teddu bu Bere yi, ci seet Mbind mi bés bu nekk, te di méngale wax yi ñu leen indil ak li ci Mbind mi bindees, dina am ay junni ñu takku ci yoonu Yàlla fa te benneek rekk a am tey. Waaye ñu bare ci ñiy wax ne bëgg nañu Yàlla amuñu bëgg-bëggu soppiku jële ci njumte dem ci dëgg, te dañuy sax ci léeb yu neex yu jamono mujj yi. Njumte dafay gumba xel, te di jiite ku ci sore Yàlla; waaye dëgg dafay indi leer ci xel, ak dund ci ruu.” Sketches from the Life of Paul, 87, 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Daanel — Téeméeri ak Juróom-benn fukk ak Juróom-benni Juróom-benni Juróom-ñeent-ci benneelu téere</dc:title>
  <dc:subject>Peeñu Yàlla ak Yeewug Mujj bi: xalaat yu joge ci gis-gisu Daniyeel</dc:subject>
  <dc:creator>Jeff Pippenger</dc:creator>
  <cp:keywords/>
  <dc:description>Generated by ArticleDigger from daniel\176_daniel.json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