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Daniel — Juróom-ñeent-fukk ak juróom-ñaari benn ci téere yi</w:t>
      </w:r>
    </w:p>
    <w:p>
      <w:pPr>
        <w:pStyle w:val="ArticleSubtitle"/>
        <w:jc w:val="left"/>
      </w:pPr>
      <w:r>
        <w:rPr>
          <w:rFonts w:ascii="Arial" w:hAnsi="Arial" w:eastAsia="Arial" w:cs="Arial"/>
        </w:rPr>
        <w:t>Rëbb ga 144,000 yi: leeral yu jóge ci peeñu Daniel ak misaal yu yoonent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2024-04-07</w:t>
      </w:r>
    </w:p>
    <w:p>
      <w:pPr>
        <w:pStyle w:val="ArticleBody"/>
        <w:jc w:val="left"/>
      </w:pPr>
      <w:r>
        <w:rPr>
          <w:rFonts w:ascii="Times New Roman" w:hAnsi="Times New Roman" w:eastAsia="Times New Roman" w:cs="Times New Roman"/>
        </w:rPr>
        <w:t>Ci terebinal Daniel ñetti yoon ci sarax sàngu fukk, bu njëkk ak bu mujj bi Jibraayil moo ko laaloon, waaye laal gu nekk ci digg bi, Almasi bi moo ko defoon. Te mooy laal gu nekk ci digg bi, fa la Daniel gëna xam bu baax ay yàquyam, ndaxte màndarga dëgg gi nekk ci digg day tey buntug ñàkk dégg. Mixaayil moo laal Daniel ñaareelu yoon bi, ndaxte moo wàccewoon ci mujjug ñetti fan ak benn.</w:t>
      </w:r>
    </w:p>
    <w:p>
      <w:pPr>
        <w:pStyle w:val="ArticleBody"/>
        <w:jc w:val="left"/>
      </w:pPr>
      <w:r>
        <w:rPr>
          <w:rFonts w:ascii="Times New Roman" w:hAnsi="Times New Roman" w:eastAsia="Times New Roman" w:cs="Times New Roman"/>
        </w:rPr>
        <w:t>Ci mujje at ak genn ak bés yu mel ni ñaareel fan yu misaal yi, bi ñaari seede yi nekkée ndee ci mbedd mi, ni ko Yoonu Musibaay gi, saraxalekat buy wax moo dekkal ñaari seede yi. Baati seriñu malaaka ji mooy dekkal. Wàccug Mikael ci Daniel saar fukk ci ñaar, ci fanweeru ñaar-fukk ak ñaar ba, dafa dëppook dekkalug ñaari seede yi ci atum 2023. Bi ñaari seede yi nekkée ndee ci mbedd mi, Ezekiel gisna ay yax yu tasaaroo te laaj ko ndax mu gëm ne yax yu wow yu dee yi nekk ci xur wi man nañu dekkat; te li Ezekiel rekk tontu mooy: «Boroom bi, yow yaa xam.»</w:t>
      </w:r>
    </w:p>
    <w:p>
      <w:pPr>
        <w:pStyle w:val="ArticleBody"/>
        <w:jc w:val="left"/>
      </w:pPr>
      <w:r>
        <w:rPr>
          <w:rFonts w:ascii="Times New Roman" w:hAnsi="Times New Roman" w:eastAsia="Times New Roman" w:cs="Times New Roman"/>
        </w:rPr>
        <w:t>Ba ci topp, ñu wax ci Ezékiel mu wax ci yaram yu déd yi, te mu ko def; ba mu ko defee, ñu dajale leen, waaye dunu woon lu dund. Sa wax ju njëkk ci Ezékiel mooy dajale yaram yu déd yi, waaye ab sa wax ju ñaareel la soxla ngir dekkal leen ba ñuy xarekat yu taxaw. Sa wax ju ñaareel ju Ezékiel mooy sa waxu ñetteelu musiba mi, ni ko ñeenti ngelaw yi di tegtal, yi indi dund ci yaram yu déd yi. Àddinaama bu njëkk, Adama bu njëkk, bindees na bu mat sëkk, waaye gannaaw loolu mu bàkkaar, te mu jox dee ci gépp ñi mu jur. Ndekkite yaram yu déd yu Ezékiel yi mengoo ak bindug Adama ci matugam, ndaxte Adama njëkk a bindees, te gannaaw loolu Boroom bi nofla ci moom ngëru dund.</w:t>
      </w:r>
    </w:p>
    <w:p>
      <w:pPr>
        <w:pStyle w:val="ArticleBody"/>
        <w:jc w:val="left"/>
      </w:pPr>
      <w:r>
        <w:rPr>
          <w:rFonts w:ascii="Times New Roman" w:hAnsi="Times New Roman" w:eastAsia="Times New Roman" w:cs="Times New Roman"/>
        </w:rPr>
        <w:t>Loolu nekkul wax ne ñaari seede yi dinañu jot yaram yu tedd bi suñu leen dekkalati, ndaxte loolu du am ludul ci ñaareelu dikk, waaye seen ndekkite dafa méngoo ak gis-gisu Daniel ci gis-gis bu “marah” buy jur, bi ñu leen soppee ngir ñu mel ni melo bi ñuy gis ba noppi. Rëdd ci kaw rëdd, lépp lu jëm ci yoonu téj gi, seedeel gu wax ci lu ñëw dafa ko tëral ak wér gu mat.</w:t>
      </w:r>
    </w:p>
    <w:p>
      <w:pPr>
        <w:pStyle w:val="ArticleBody"/>
        <w:jc w:val="left"/>
      </w:pPr>
      <w:r>
        <w:rPr>
          <w:rFonts w:ascii="Times New Roman" w:hAnsi="Times New Roman" w:eastAsia="Times New Roman" w:cs="Times New Roman"/>
        </w:rPr>
        <w:t>Ci téréb Yeesu Kirist révélation sarax 11, “gannaaw ñetti fan ak genn-wàll ci fan, Xelum dund gu jóge ci Yàlla dugg na” ci ñaari seede yi, “te ñoom” ba noppi “taxaw ci seen tànk; te ragal gu réy daldi wàcc ci ñi leen gisoon,” te ba noonu amoon na “baat bu réy bu jóge asamaan, ne leen: Yéegleen fii. Te ñu yéeg ca asamaan ci niir; te seen noon yi gis leen.”</w:t>
      </w:r>
    </w:p>
    <w:p>
      <w:pPr>
        <w:pStyle w:val="ArticleBody"/>
        <w:jc w:val="left"/>
      </w:pPr>
      <w:r>
        <w:rPr>
          <w:rFonts w:ascii="Times New Roman" w:hAnsi="Times New Roman" w:eastAsia="Times New Roman" w:cs="Times New Roman"/>
        </w:rPr>
        <w:t>Jëkk, Xelum bi dugg ci ñoom, ba noppi ñu taxaw ci seen tànk, te bi ñu taxawee, ragal daldi wàcc ci seen noon yi, ñi daan bég ci seen dee ba noppi. Gannaaw loolu, ab baat woo leen ngir ñu yéeg, te seen noon yi seede mbir ma. Ci Ezekiel, ñoom dañu leen jëkk a xàmle ni ñu tasaaroo te dee ci xur wi, ba noppi ñu yégle ab waxu yonent buy leen dajale, te gannaaw gi ñaareelu waxu yonent bi tax na ñu jóg taxaw ni ab mbooloom xare bu tar. Ci Daniel, mu jëkk a gis peeñ gu màgg, gu jur wetoo gi ci diggante ñaari xeet, te gannaaw loolu ñu laal ko ñetti yoon.</w:t>
      </w:r>
    </w:p>
    <w:p>
      <w:pPr>
        <w:pStyle w:val="ArticleBody"/>
        <w:jc w:val="left"/>
      </w:pPr>
      <w:r>
        <w:rPr>
          <w:rFonts w:ascii="Times New Roman" w:hAnsi="Times New Roman" w:eastAsia="Times New Roman" w:cs="Times New Roman"/>
        </w:rPr>
        <w:t>Bi mu njëkk mu njëkkal ko, amuloon doole, dafa nekkoon ci nelaw gu xóot, te kanamam jublu ci suuf. Nelaw mooy firi dee. Waaye dégg na baat yi ñu waxoon.</w:t>
      </w:r>
    </w:p>
    <w:p>
      <w:pPr>
        <w:pStyle w:val="ArticleScripture"/>
        <w:jc w:val="left"/>
      </w:pPr>
      <w:r>
        <w:rPr>
          <w:rFonts w:ascii="Times New Roman" w:hAnsi="Times New Roman" w:eastAsia="Times New Roman" w:cs="Times New Roman"/>
        </w:rPr>
        <w:t>Bu leen ci ni loolu: ndax waxtu wi ngi ñëw, bu ñépp ñi nekk ci bàmmeel yi di dégg baatam. Yowaana 5:28.</w:t>
      </w:r>
    </w:p>
    <w:p>
      <w:pPr>
        <w:pStyle w:val="ArticleBody"/>
        <w:jc w:val="left"/>
      </w:pPr>
      <w:r>
        <w:rPr>
          <w:rFonts w:ascii="Times New Roman" w:hAnsi="Times New Roman" w:eastAsia="Times New Roman" w:cs="Times New Roman"/>
        </w:rPr>
        <w:t>Noonu Jàbariyel taxawal Danyeel ba mu daanu ci loxoom ak wóomam; gannaaw loolu, mu santaane ko mu taxaw, te mu taxaw, ndax dafa doon yengu ak ragal. Noonu itam mu dégg baat yi Jàbariyel wax, waaye desoon na luu. Esegiyel itam gisoon na peeñug Kirist, te loolu jur na benn tëralinu xew-xew yu ni mel.</w:t>
      </w:r>
    </w:p>
    <w:p>
      <w:pPr>
        <w:pStyle w:val="ArticleScripture"/>
        <w:jc w:val="left"/>
      </w:pPr>
      <w:r>
        <w:rPr>
          <w:rFonts w:ascii="Times New Roman" w:hAnsi="Times New Roman" w:eastAsia="Times New Roman" w:cs="Times New Roman"/>
        </w:rPr>
        <w:t>Te ci kaw ba seen yi nekk ci kaw seen bopp, amoon na melow nguurukaay gu niroo, mel ni doj wu safir; te ci kaw melow nguurukaay ga, amoon na melow bu mel ni melow nit ku nekk ci kawam. Te gis naa lu mel ni rangu elektrum, mel ni safara su wër ko ci biiram; dale ko ci melow ay ndëgëram ba ca kaw, te dale ko ci melow ay ndëgëram ba ca suuf, gis naa lu mel ni melow safara, te leer gu wër ko. Ni melow gënj gi nekk ci niir ci bésu taw, noonu la melow leer ga woon ci wër. Loolu mooyoon melow ni melow ndamu Aji Sax ji. Bi ma ko gisee, daan naa sama kanam; te dégg naa baat bu kenn kuy wax. Mu ne ma: Yow, doomu nit, taxawal ci sa tànk, te dinaa wax ak yaw. Te Xel bi dugg ci man bi muy wax ak man, te taxawal ma ci sama tànk, ba ma dégg ki doon wax ak man. Ezekiel 1:26–2:2.</w:t>
      </w:r>
    </w:p>
    <w:p>
      <w:pPr>
        <w:pStyle w:val="ArticleBody"/>
        <w:jc w:val="left"/>
      </w:pPr>
      <w:r>
        <w:rPr>
          <w:rFonts w:ascii="Times New Roman" w:hAnsi="Times New Roman" w:eastAsia="Times New Roman" w:cs="Times New Roman"/>
        </w:rPr>
        <w:t>Peeñ bi taxul Yexeskel ak Daniyel woyofu ba nekk pëndu suuf, fa ñu tëdddi ci suuf si. Ci xaalis woowu, ñoom ñépp ñoo dégg baatub Boroom bi, te ñoo lépp yékkati ba taxaw ngir dégg kàddu yi ñu leen wax, te bi ñu déggee kàddu ya, “Xelum bi dugg na ci” ñoom. Booloob Yàlla gi mat na jaar ci nangu Kàddug Yàlla gi Xelum Mu Sell mi yóbbu. “Kàddug” gi mooy li di yóbbu njullitug Yàlla ci nit. Dëgg gii war nañu ko xam ngir man a xam tar ak solo wu réy wu jaar-jaari yonent bi Jibril di jox Daniyel ci saar wa fukk ak benn. Jaar-jaari yonent wi teewal ci saar wa fukk ak benn, mooy yoon wi diwlin ju sell ji di jaar ba agsi ca jigéen yu xelu ya.</w:t>
      </w:r>
    </w:p>
    <w:p>
      <w:pPr>
        <w:pStyle w:val="ArticleBody"/>
        <w:jc w:val="left"/>
      </w:pPr>
      <w:r>
        <w:rPr>
          <w:rFonts w:ascii="Times New Roman" w:hAnsi="Times New Roman" w:eastAsia="Times New Roman" w:cs="Times New Roman"/>
        </w:rPr>
        <w:t>Ak Esekiyel, ñu jàngale ko ci saa si ne war na yégle ab bataaxal ci Adwantis bu Lawodise; waaye ci njàlbéen ga sax, ñu xamal Esekiyel ne Adwantis bu Lawodise du déglu ay waxam, ndaxte ay kër gu réer lañu. Xew-xewu Esekiyel mooy xew-xewu Isaya ci saar wu juróom-benn, te moo tax ci kaw ñaari seede, bi Yàlla yéwalee Danyeel ci nelawam, mi nekk misaalu dee, ñu jox Danyeel ab bataaxal ngir kër gu réer gu Adwantis bu Lawodise, waaye duñu déglu.</w:t>
      </w:r>
    </w:p>
    <w:p>
      <w:pPr>
        <w:pStyle w:val="ArticleBody"/>
        <w:jc w:val="left"/>
      </w:pPr>
      <w:r>
        <w:rPr>
          <w:rFonts w:ascii="Times New Roman" w:hAnsi="Times New Roman" w:eastAsia="Times New Roman" w:cs="Times New Roman"/>
        </w:rPr>
        <w:t>Noonu, Kenn Kàddu mi, moom ci boppam, laal na Danyeel ñaareelu yoon, di laal tuñu Danyeel, ni mu laale woon tuñu Esayi ak doj wu jóge ci sarxal bi. Noonu Danyeel mën na wax, waaye dooleem nekkul woon, te ngelaw wu mu di sax amul woon. Toppandoo ak Esëkiel, ngelaw gi dafa ñëw ak yégleb “ñenti ngelaw yi”, te loolu mooyoon ñaareelu waxi Esëkiel. Kàdduyonu Esëkiel ci ñenti ngelaw yi dafa méngoo ak ñetteelu laalu Danyeel, ndaxte foofa la ngelaw gi dugg ci yax ya, ba ñu taxaw ni mbooloo xare bu réy. Ci ñetteelu laalu Danyeel lañu ko dëgërël.</w:t>
      </w:r>
    </w:p>
    <w:p>
      <w:pPr>
        <w:pStyle w:val="ArticleBody"/>
        <w:jc w:val="left"/>
      </w:pPr>
      <w:r>
        <w:rPr>
          <w:rFonts w:ascii="Times New Roman" w:hAnsi="Times New Roman" w:eastAsia="Times New Roman" w:cs="Times New Roman"/>
        </w:rPr>
        <w:t>Ci 18 sulet 2020, nit Yàlla ci fan yu mujj yi tasaaroo nañu te dugg ci jamono jiiruwaay bi ci léeb bi. Jaar-jaaru téye gi wonees na ci jaar-jaaru 22 oktoobar 1844 ba ca màggalug weddi gi ci 1863. Rëddoo jaar-jaar boobu diirale na ak 11 septàmbar 2001 ba ca yoonu dibeer bi, waaye itam diirale na ak jaar-jaaru 18 sulet 2020 ba ca yoonu dibeer bi. Loolu mooy xew-xewu kàddug yonent bu sukkandikoo ci ne ay misaal am nañu lu ëpp benn tekkiin, te tekkiin bi dees koy dogal ci wàllu konteks bu ñu ko di jëfandikoo.</w:t>
      </w:r>
    </w:p>
    <w:p>
      <w:pPr>
        <w:pStyle w:val="ArticleBody"/>
        <w:jc w:val="left"/>
      </w:pPr>
      <w:r>
        <w:rPr>
          <w:rFonts w:ascii="Times New Roman" w:hAnsi="Times New Roman" w:eastAsia="Times New Roman" w:cs="Times New Roman"/>
        </w:rPr>
        <w:t>Bu ñettiin bi maanaa ci ñëw ak liggéeyu benn ci ñetti malaaka yi, dinañu nekk ci suufu benn yokkute xew-xew yu benn rekk. Ñu ñëw ci boppu jamono ji ñu ubbee waxandikoo wi ñu leen booleel. Waxandikoo woowu, ñetti jéego lañu ko tabb. Ñëwam, dooleelam, ak bunt bu tëj ci mujjam. Am na yeneen màndargay yoon ci biir taariix bi, waaye ñetti màndargay yoonu nattu yi ci ñëwu benn ci ñetti malaaka yi mooy njëkk màndarga yi ñuy ubbee ci ab waxandikoo. Baat bi ñu ubbee, dañuy ko dooleel ci jëfandikoo gu dëggal; te dëggal googu ak dooleel googu, noonu lañuy natt góor ñi ak jigéen ñi ci taariix boobu. Jeexitalu taariix bi dafa jur ab nattu bu leer buy wone ndax ñi taxaw ci ñetteelu nattu bi ay boroom xel lañu walla ay ñàkk xel.</w:t>
      </w:r>
    </w:p>
    <w:p>
      <w:pPr>
        <w:pStyle w:val="ArticleBody"/>
        <w:jc w:val="left"/>
      </w:pPr>
      <w:r>
        <w:rPr>
          <w:rFonts w:ascii="Times New Roman" w:hAnsi="Times New Roman" w:eastAsia="Times New Roman" w:cs="Times New Roman"/>
        </w:rPr>
        <w:t>Ci biir fanweeri 11 Septàmburu 2001 ba ci yoonu Dibeer, man nga ci xàmme ñetti malaaka. Ki jëkk dikkoon na 11 Septàmburu 2001, ñaareel bi dikkoon na 18 Sulet 2020, te ñetteel bi di ñëw ci yoonu Dibeer bu agsi lu gaaw (seetaan bu wér). 22 Oktoobar 1844 dafa méngoo ak 11 Septàmburu 2001, te 1856 dafa méngoo ak 18 Sulet 2020, te 1863 dafa méngoo ak yoonu Dibeer. Loolu dees ko wax, 22 Oktoobar 1844 ba 1863 itam dafa méngoo ak 18 Sulet 2020 ba ci yoonu Dibeer, ndaxte 18 Sulet mooy dikkug ñaareelu malaakabu jaar-jaaru téere biir. Jaar-jaaru bi di topp nag, baax na ci sax ñu xàm ko rekk ni muy màndarga-yoonu benn malaaka bu nekk.</w:t>
      </w:r>
    </w:p>
    <w:p>
      <w:pPr>
        <w:pStyle w:val="ArticleBody"/>
        <w:jc w:val="left"/>
      </w:pPr>
      <w:r>
        <w:rPr>
          <w:rFonts w:ascii="Times New Roman" w:hAnsi="Times New Roman" w:eastAsia="Times New Roman" w:cs="Times New Roman"/>
        </w:rPr>
        <w:t>Bés bu 18i Sulet 2020, amna dëgg-dëgg buñ ubbi woon ngir nattu mbooloo ma. Ñaareelu jéego bi ci taarix boobu mooy ba ñaari seede yi dekkiwaat. Noonu nag, dees na leen nattu ndax ñuy nangu leer gi ñu feeñaloon ci jamono jooju, te loolu moo ngi xew léegi. Gannaaw loolu, ci yoonu dibeer bi (natt bu wér, buy wone dëgg), dees na feeñal kan moo jigéen-janq bu xelal te kan du ko. Bu nu seetee taarix bi ni mu nekk ab tëralinu benn malaaka rekk, te nu teg 22 Oktoobar 1844 ba ci ndookkalu 1863 ci kaw taarixi 18 Sulet 2020 ba ci yoonu dibeer bi, danuy gis ne ci 1849, Sœur White waxoon na ne Boroom bi yokk naaat ay loxoom ngir dajale desit gi ci ay nitam.</w:t>
      </w:r>
    </w:p>
    <w:p>
      <w:pPr>
        <w:pStyle w:val="ArticleBody"/>
        <w:jc w:val="left"/>
      </w:pPr>
      <w:r>
        <w:rPr>
          <w:rFonts w:ascii="Times New Roman" w:hAnsi="Times New Roman" w:eastAsia="Times New Roman" w:cs="Times New Roman"/>
        </w:rPr>
        <w:t>Li dale 22 oktoobar 1844 ba 1849, nit Yàlla dafa woon tasaaroo. Ci atum 1850 ñu sos ñaareelu tabloo ci ñaari tablo yi Habakuk. Ci weeru janweeye 1851 ñu doon yégle tabloo bu bees bi ci Review. Nit Yàlla dafa woon tasaaroo, te malaaka bu ñetteel bi agsi ak leer. Noonu Yàlla tàmbalee leen a dajaleat, te mu joxe ci kaw loolu melokaan gu gis-gis gu wax ne moo di ndimbal gu bëgg a yégle, ni mu ko defee woon ci 1842. Leer ga agsi woon ci 22 oktoobar 1844 moo doon yokkute xam-xam, te mu wéy di màgg ndax ndigëlam, ba ci 1856 ñu indil gën a màggalug leer googu. Leer googu dafa aju woon ci “juróom-ñaari waxtu yi,” te loolu moo doon njëkk a leer gi William Miller seetlu woon, te ñu teg ko muy benn ci yonent yi matoon ci 22 oktoobar 1844.</w:t>
      </w:r>
    </w:p>
    <w:p>
      <w:pPr>
        <w:pStyle w:val="ArticleBody"/>
        <w:jc w:val="left"/>
      </w:pPr>
      <w:r>
        <w:rPr>
          <w:rFonts w:ascii="Times New Roman" w:hAnsi="Times New Roman" w:eastAsia="Times New Roman" w:cs="Times New Roman"/>
        </w:rPr>
        <w:t>Leeru “juróom-ñaari yoon yi,” ci atum 1856, doon na benn leeru mujj gu yokkute xam-xam ga ñu joxoon Miller, ndawli malaaka bu njëkk ba, waaye itam moo doon leeru mujj bi ci malaaka bu ñetteel ba ñu joxoon ca 22 Oktoobar 1844. Bañ a nangu leeru gi ci 1856, doon na benn bañ a nangu yokkute xam-xam gi ñu ubbiwoon mu génn ca 1798, waaye itam yokkute xam-xam gi ñu ubbiwoon mu génn ca 22 Oktoobar 1844, te ñi ko bañoon ñoo doon ñi fa te foofu jële yoonu génn ci njàngatumu Philadelphia, ba dugg ci njàngatumu Laodicea. Njàngatule 1863 mooyoon bu ñetteel bi, te di natangu dëgg, bi ñu wonale woon ci ab xarala yu dëggul yu faramface woon, buy dindi leeru “juróom-ñaari yoon yi.”</w:t>
      </w:r>
    </w:p>
    <w:p>
      <w:pPr>
        <w:pStyle w:val="ArticleBody"/>
        <w:jc w:val="left"/>
      </w:pPr>
      <w:r>
        <w:rPr>
          <w:rFonts w:ascii="Times New Roman" w:hAnsi="Times New Roman" w:eastAsia="Times New Roman" w:cs="Times New Roman"/>
        </w:rPr>
        <w:t>Njàkkum bu njëkk ba ñëw ci 19 Awril 1844, Yàlla moo ko indi ci yëngu-yëngu Filadelfi bu njëkk ba ci malaaka bi njëkk, ndax dafa yoroon ay noppam ci kaw ab njumte ci yenn lim yu nekk ci kërtu pionieer bu 1843. Njàkkum bu njëkk ba ci 18 Sulet 2020, nit ñoo ko indi ci yëngu-yëngu Laodise bu malaaka bu ñetteel bi, ndax seen bañ a jëfandikoo ne ci 22 Oktoobar 1844, Kirist dafa yékkati woon loxoom jëm ci asamaan, giñ ne waxtu du nekkati. Ci 18 Sulet 2020, ab yëgle bu ñu ubbi woon teguwuloon lañu ubbi, ngir nattu xeetu janqale yi ci jamono jii. Naka ci 1850, Boroom bi ci 2023 dafa yokkatiwoon loxoom ñaareel yoon ngir dajale ci benn yax Ezekiel yu dee yi, yi daan dee ci mbedd mi dale ci 18 Sulet 2020. Ba ci 1851, am na woon beneen melokaan gu bees gu feeñaloon yëgle bi, te loolu moo doon matalug waxu waxkat bi nekk ci Habakuk saaru ñaareel, noonu muy won ne gannaaw 2023, Boroom bi dina am beneen rakkal gu dund gu bees, gu muy yékkati, te Habakuk ay ñaari tablas ñoo koy misaal.</w:t>
      </w:r>
    </w:p>
    <w:p>
      <w:pPr>
        <w:pStyle w:val="ArticleBody"/>
        <w:jc w:val="left"/>
      </w:pPr>
      <w:r>
        <w:rPr>
          <w:rFonts w:ascii="Times New Roman" w:hAnsi="Times New Roman" w:eastAsia="Times New Roman" w:cs="Times New Roman"/>
        </w:rPr>
        <w:t>Ñaari tabali yu Habakuk ñaari tabali Fukk i Sàrt yi la doon misaal, te itam ñaari mburu yu ñu yëngal ci màggalu Pentekot bi la doon misaal. Juroom-ñeent-fukk ak ñeent junni nit ñi ñu xamale ni ñoom aji meññum bu jëkk lañu, te ñoom lañu doon ñi ci Malasi, yiy taxawal sarax si ni “ci fan yu njëkk ya, ni ci at yu njëkk ya.” Ñu yékkati leen ni sarax bu ñu yëngal ngir àddina sépp gis ko.</w:t>
      </w:r>
    </w:p>
    <w:p>
      <w:pPr>
        <w:pStyle w:val="ArticleBody"/>
        <w:jc w:val="left"/>
      </w:pPr>
      <w:r>
        <w:rPr>
          <w:rFonts w:ascii="Times New Roman" w:hAnsi="Times New Roman" w:eastAsia="Times New Roman" w:cs="Times New Roman"/>
        </w:rPr>
        <w:t>Yeewu junni ñaari fukk ak ñeent-ñeent junni ñaar téeméeri ñent-fukk ak ñeent mi, dafa tàmbalee ak booloo bi; te booloo boobu, Kàddug Yàlla mooy ko amal, ndax yax yi dee yi ci Ezekiel da ñuy booloo ci dégg Kàddug Yàlla, fekk ñu ngi sax ci dee. Ezekiel moo mel ni jumtukaayu nit ki yéglee ndawsi bi di dajale yax yi, bi Boroom bi yokkee loxoom ñaareelu yoon ngir dajale limam des. Isaiah, Jeremiah, Daniel, John ak Ezekiel ñoom ñépp dañuy wax ci cër gu nit ga di yóbbu ndawsi bu Yàlla ci yax yi wow te dee.</w:t>
      </w:r>
    </w:p>
    <w:p>
      <w:pPr>
        <w:pStyle w:val="ArticleBody"/>
        <w:jc w:val="left"/>
      </w:pPr>
      <w:r>
        <w:rPr>
          <w:rFonts w:ascii="Times New Roman" w:hAnsi="Times New Roman" w:eastAsia="Times New Roman" w:cs="Times New Roman"/>
        </w:rPr>
        <w:t>Bu yax yi dajale, Boroom bi wone yokkuteg xam-xam bi ñu ubbi lu jiitu buum jéexal yoonu jéggalu, te xam-xam boobu mooy li ñuy firndeel ak “benn cër ci waxi-jàngat Daniyel bi jëm ci fan yu mujj yi.” Ci ñaareelu yëgleb Ezekiel, leer gi ñu ubbi mooy ñaetteelu musiba, muy xebaaru ngëlaw lu penku, bi di dundal yax ya te di leen taxawal ci anam wu war a am, ba ñu taxaw ni mbooloo xare bu mag. Leer gi ñu xamal Daniyel mooy leer gi buur bu bëj-gànnaar bi di firndeel ci sàccu fukki benn. Ezekiel ak Daniyel, bu ñu booloo, dañuy firndeel “benn cër ci waxi-jàngat Daniyel bi jëm ci fan yu mujj yi,” mooy xebaar yi jóge ci ngëlaw (lu penku) ak buur bu (bëj-gànnaar).</w:t>
      </w:r>
    </w:p>
    <w:p>
      <w:pPr>
        <w:pStyle w:val="ArticleScripture"/>
        <w:jc w:val="left"/>
      </w:pPr>
      <w:r>
        <w:rPr>
          <w:rFonts w:ascii="Times New Roman" w:hAnsi="Times New Roman" w:eastAsia="Times New Roman" w:cs="Times New Roman"/>
        </w:rPr>
        <w:t>Waaye xibaar yu jóge ca penku ak ca bëj-gànnaar dinañu ko jaxas; moo tax dina génn ak mer mu réy ngir alag, te far ba tas nit ñu bare. Daniel 11:44.</w:t>
      </w:r>
    </w:p>
    <w:p>
      <w:pPr>
        <w:pStyle w:val="ArticleBody"/>
        <w:jc w:val="left"/>
      </w:pPr>
      <w:r>
        <w:rPr>
          <w:rFonts w:ascii="Times New Roman" w:hAnsi="Times New Roman" w:eastAsia="Times New Roman" w:cs="Times New Roman"/>
        </w:rPr>
        <w:t>Ci atum 1856, Boroom bi namm a yégle liggéeyam ci sellal ay nitam, waaye ñoom dafañu rebel. Yégle bi Mu bëggóon a jëfandikoo ngir génne leen ci seen xaalis Laodicea mooy “juróom ñaari yoon” yi ci Leviticus 26. Bi Boroom bi tambalee dajale ay nitam ci weeru Sulet 2023, Mu jox leenaat benn yoon yégleb “juróom ñaari yoon” yi, te ci yeneen mbir, Mu wone ne ci Bésu Jéggalu bakkan bi ci misaal gu mat, trompetu Jubile bi war na woote, te moomu itam mooy jamono ji trompet bu juróom-ñaareel bi war a woote. Trompetu Jubile bi misaal la bu “juróom ñaari yoon” yi, te trompet bu juróom-ñaareel bi mooy ñetteelu musiba bi. Bi Misael wàccee ci Daniel saar 10, Daniel dafa tegu woon ñi jot xeetu xam-xam bu ñi ñaan ñaanu Leviticus 26 di am, ak ñi seet a xam kumpa gu yonent gi nekk ci Daniel saar 2.</w:t>
      </w:r>
    </w:p>
    <w:p>
      <w:pPr>
        <w:pStyle w:val="ArticleBody"/>
        <w:jc w:val="left"/>
      </w:pPr>
      <w:r>
        <w:rPr>
          <w:rFonts w:ascii="Times New Roman" w:hAnsi="Times New Roman" w:eastAsia="Times New Roman" w:cs="Times New Roman"/>
        </w:rPr>
        <w:t>Daniel moo ngi tegu nit ñi baatug Yàlla dajale, te gannaaw loolu ñu taxaw ci seen tànk, ñu dëgër ngir yégle ndigalu penku ak bëj-gànnaar. Ñoom dañuy yégle ndigalu boobu ba ker gu gaaw gi di yoonu Dibeer bi. Yoonu yokk mboolem xare boobu mooy mbir mu mel ne dafa xëcc ci waxu yonent, te bérab ba Yàlla-dha nit ñi tàmbalee booleek nit ñi, ngir matal sellalug ñeen-fukki junni ak ñeent-fukki junni ñi, tàmbali na ci taarix bi teëraloo ci aaya fukki benn ci Daniel fukki benn. Taarix bi teëraloo dale ci aaya benn bu Daniel fukki benn ba ca aaya fukk ak juroom benn mooy feesal taarix bu nëbbu bi ci aaya ñent-fukk, mooy “wàll woowu ci waxu yonent Daniel wi jëm ci fan yu mujj yi.”</w:t>
      </w:r>
    </w:p>
    <w:p>
      <w:pPr>
        <w:pStyle w:val="ArticleBody"/>
        <w:jc w:val="left"/>
      </w:pPr>
      <w:r>
        <w:rPr>
          <w:rFonts w:ascii="Times New Roman" w:hAnsi="Times New Roman" w:eastAsia="Times New Roman" w:cs="Times New Roman"/>
        </w:rPr>
        <w:t>Bi nu tàmbalee seetaan aaya 13 ba 15 yu nekk ci Daniel 11, yi njëkk a mataloo woon ci xareb Panium ci atum 200 balaat Yeesu Kirist, dafa am solo lool ngir nu dégg seen njariñ. Panium mooy ñetteelu xareb proxy ci ñetti xare yi. Xare bu jëkk ba jeexee ak ndamum paapauté ak ay mbooloom xare yu ko di doxal, mooy États-Unis, ci atum 1989. Xare bu topp, bi aaya 11 ak 12 tegtal, te bi mataloo ci xareb Raphia, buurub bëj-saalum (Russie) dina daan buurub bëj-gànnaar ak mbooloom xare yu koy doxal ci Ukraine. Ñetteelu xare bi dina mel ni bu jëkk bi, fa paapauté (buurub bëj-gànnaar) di not Kominism (Nations Unies), ak mbooloom xare yu koy doxal (États-Unis). Waaye ñetteelu xareb proxy bi, mooy xareb Panium, dina itam tàmbali Xareb Àddina bi Ñetteel.</w:t>
      </w:r>
    </w:p>
    <w:p>
      <w:pPr>
        <w:pStyle w:val="ArticleBody"/>
        <w:jc w:val="left"/>
      </w:pPr>
      <w:r>
        <w:rPr>
          <w:rFonts w:ascii="Times New Roman" w:hAnsi="Times New Roman" w:eastAsia="Times New Roman" w:cs="Times New Roman"/>
        </w:rPr>
        <w:t>Dina yokkuteb xel mi ci bind bu ci topp.</w:t>
      </w:r>
    </w:p>
    <w:p>
      <w:pPr>
        <w:pStyle w:val="ArticleScripture"/>
        <w:jc w:val="left"/>
      </w:pPr>
      <w:r>
        <w:rPr>
          <w:rFonts w:ascii="Times New Roman" w:hAnsi="Times New Roman" w:eastAsia="Times New Roman" w:cs="Times New Roman"/>
        </w:rPr>
        <w:t>«Ni mel niir yi melokaani lu melax yi nekkoon ci suufu laaf yi ñu doon jiite ak loxo li nekk ci suufu baaf yi ci kaw serub yi, noonu itam doxalin yu jaxasoo yu mbirum nit ñi nekk nañu ci suufu nguurug Yàlla. Ci biir xulóo ak riirug xeeti réew yi, Ki toog ci kaw serub yi mi ngi tey jiite mbir yi ci suuf.»</w:t>
      </w:r>
    </w:p>
    <w:p>
      <w:pPr>
        <w:pStyle w:val="ArticleScripture"/>
        <w:jc w:val="left"/>
      </w:pPr>
      <w:r>
        <w:rPr>
          <w:rFonts w:ascii="Times New Roman" w:hAnsi="Times New Roman" w:eastAsia="Times New Roman" w:cs="Times New Roman"/>
        </w:rPr>
        <w:t>“Jaar-jaari réew yi, yu benn gannaaw benn songg seen waxtu ak seen bérab bi ñu leen séddale woon, te di seede ci dëgg gi ñoom ci seen bopp xamuñu woon lu mu tekki, dafa wax ak nun. Yàlla jox na bépp réew ak bépp nit ci jamono jii ab bérab ci màggal pexeem. Tey, nit ñi ak réew yi dañuy nattu ak filàmb bi nekk ci loxol Ki dul juum. Ñépp, ci seen tànn bopp, dañuy dogal seen mujju, te Yàlla mi ngi jiite lépp ngir yeesal ay mébétam.”</w:t>
      </w:r>
    </w:p>
    <w:p>
      <w:pPr>
        <w:pStyle w:val="ArticleScripture"/>
        <w:jc w:val="left"/>
      </w:pPr>
      <w:r>
        <w:rPr>
          <w:rFonts w:ascii="Times New Roman" w:hAnsi="Times New Roman" w:eastAsia="Times New Roman" w:cs="Times New Roman"/>
        </w:rPr>
        <w:t>“Jaar-jaariñ bi Yàlla ju mag ji naan, MAANGI, tëral ci Kàdduam, di boolee lëkkalekaay buy toppante ci jàllug waxi yoon wi, dale ko ca dëgër gu dul am njàlbéen gu weesu ba ci dëgër gu dul am njàlbéen gu ñëw, mooy nu wax fan la nu toll tey ci toppandoo jamonoy àddina, ak li manees a xaar ci jamono juy ñëw. Lépp lu waxi yoon bi waxoon ne dina am, ba egg ci jamono jii, am na ay rëddoom ci xëti jaar-jaar, te man nanu a wóor ne lépp lu des a ñëw dina mat seen toftal.”</w:t>
      </w:r>
    </w:p>
    <w:p>
      <w:pPr>
        <w:pStyle w:val="ArticleScripture"/>
        <w:jc w:val="left"/>
      </w:pPr>
      <w:r>
        <w:rPr>
          <w:rFonts w:ascii="Times New Roman" w:hAnsi="Times New Roman" w:eastAsia="Times New Roman" w:cs="Times New Roman"/>
        </w:rPr>
        <w:t>“Wordu dëgg bi wax na leer ne daan bu mujj bu bépp nguurug àddina dina am. Ci kàddug waxi yonent bañu yéglee àtteb Yàlla ci kaw buur bu mujj bu Israyil, am na bataaxal bii:</w:t>
      </w:r>
    </w:p>
    <w:p>
      <w:pPr>
        <w:pStyle w:val="ArticleScripture"/>
        <w:jc w:val="left"/>
      </w:pPr>
      <w:r>
        <w:rPr>
          <w:rFonts w:ascii="Times New Roman" w:hAnsi="Times New Roman" w:eastAsia="Times New Roman" w:cs="Times New Roman"/>
        </w:rPr>
        <w:t>“‘Nii la Boroom bi di wax; dindi leen kaala ga, te dindi leen kalaas bi: … yékkal ki suufe, te suufeel ki kawe. Dinaa ko daanu, daanu, daanu; te du amati ba ñëw ki moom moom sañ-sañam; te dinaa ko jox Moom.’ Esekiyel 21:26, 27.</w:t>
      </w:r>
    </w:p>
    <w:p>
      <w:pPr>
        <w:pStyle w:val="ArticleScripture"/>
        <w:jc w:val="left"/>
      </w:pPr>
      <w:r>
        <w:rPr>
          <w:rFonts w:ascii="Times New Roman" w:hAnsi="Times New Roman" w:eastAsia="Times New Roman" w:cs="Times New Roman"/>
        </w:rPr>
        <w:t>“Kaalaama biñ jële ci Israyil, jéggi na ci loxoy nguur yu toftalu naan: Babilon, Medo-Perse, Geres, ak Room. Yàlla ne: ‘Du nekkati, ba kera mu ñëw kiy moom sañ-sañam; te dinaa ko ko jox.’”</w:t>
      </w:r>
    </w:p>
    <w:p>
      <w:pPr>
        <w:pStyle w:val="ArticleScripture"/>
        <w:jc w:val="left"/>
      </w:pPr>
      <w:r>
        <w:rPr>
          <w:rFonts w:ascii="Times New Roman" w:hAnsi="Times New Roman" w:eastAsia="Times New Roman" w:cs="Times New Roman"/>
        </w:rPr>
        <w:t>“Waxtu woowu jege na. Tey, màndarga jamano jii ñu nekk ci bunt bu njëkk bu xew-xewu yu mag te yéeme. Lépp ci sunu àddina dafa jaxasoo. Ci sunu bët kanam la ab yonentiy Musalkat bi di mat ngir xew-xewu yi jiitu àggam: ‘Dingeen dégg ay xare ak ay jàngat xare…. Xeet dina jóg ci xeet, ak nguur ci nguur: te dina am xiif, ak ay mbas, ak yëngu-yënguut suuf ci bérab yu bare.’ Matthew 24:6, 7.”</w:t>
      </w:r>
    </w:p>
    <w:p>
      <w:pPr>
        <w:pStyle w:val="ArticleScripture"/>
        <w:jc w:val="left"/>
      </w:pPr>
      <w:r>
        <w:rPr>
          <w:rFonts w:ascii="Times New Roman" w:hAnsi="Times New Roman" w:eastAsia="Times New Roman" w:cs="Times New Roman"/>
        </w:rPr>
        <w:t>“Jamono jiiñ bi mooy jamono bu fees dell ak njàqare gu réy ci ñépp ñi dund. Boroom nguur yi ak nit ñi yor yoon ak kàttan, ak góor ak jigéen ñi xelam dox ci mbootaay yépp, dañuy jàpp ci seen xel lépp lu xew wër nu. Ñu ngi seet mbir yi metti te amul dal te nekk ci diggante réew yi. Ñuy gis doole ju tar ji di jël bépp mbir bu àdduna, te dañuy xam ne lu réy te dogu mooy waaj a xew — ne àddina bi agsi na ci wetu benn jafe-jafe ju réy lool te yéeme.”</w:t>
      </w:r>
    </w:p>
    <w:p>
      <w:pPr>
        <w:pStyle w:val="ArticleScripture"/>
        <w:jc w:val="left"/>
      </w:pPr>
      <w:r>
        <w:rPr>
          <w:rFonts w:ascii="Times New Roman" w:hAnsi="Times New Roman" w:eastAsia="Times New Roman" w:cs="Times New Roman"/>
        </w:rPr>
        <w:t>“Léegi malaaka yi dañuy téye ngelaw yi ngir xuloo, ngir bañ a wole ba keroog àddina bi degluñu ko ci musibaam buy ñëw; waaye ngelawlu màgg moo ngay dajaleeku, waaj ngir dal ci suuf si; te bu Yàlla santaane ay malaakaam ñu bàyyi ngelaw yi, xew-xewu xuloo bu mel noonu dina am, ba benn xalam mënul koo nettali.”</w:t>
      </w:r>
    </w:p>
    <w:p>
      <w:pPr>
        <w:pStyle w:val="ArticleScripture"/>
        <w:jc w:val="left"/>
      </w:pPr>
      <w:r>
        <w:rPr>
          <w:rFonts w:ascii="Times New Roman" w:hAnsi="Times New Roman" w:eastAsia="Times New Roman" w:cs="Times New Roman"/>
        </w:rPr>
        <w:t>“Biibël bi, te Biibël bi rekk, moo joxe xalaat wu jub ci mbir yii. Fii lañuy wone jéefandoo yu mag yi ci mujjug jaar-jaaru sunu àddina, xew-xew yi sax yiy sànni seen ker gu ñëw ba noppi, te riirug seen ñëw di yëngël suuf si, di def ba xolu nit ñi daanu ci ragal.</w:t>
      </w:r>
    </w:p>
    <w:p>
      <w:pPr>
        <w:pStyle w:val="ArticleScripture"/>
        <w:jc w:val="left"/>
      </w:pPr>
      <w:r>
        <w:rPr>
          <w:rFonts w:ascii="Times New Roman" w:hAnsi="Times New Roman" w:eastAsia="Times New Roman" w:cs="Times New Roman"/>
        </w:rPr>
        <w:t>“‘“Xoolu, Boroom bi day def suuf si neen, day ko yàq, day ko walbatte ba mu tëj, te day waññi fu nekk ñi ci dëkk…. Ñoom da ñu jéggi yoon yi, soppi sàrt yi, fey dige gu sax ba fàww. Moo tax mbuub mu bon mi lekk na suuf si, te ñi ci dëkk da ñu neen…. Bégteb tabala yi noppi na, riirug ñi bég jeex na, mbégteb xalam gi noppi na.’ Isaaya 24:1–18.</w:t>
      </w:r>
    </w:p>
    <w:p>
      <w:pPr>
        <w:pStyle w:val="ArticleScripture"/>
        <w:jc w:val="left"/>
      </w:pPr>
      <w:r>
        <w:rPr>
          <w:rFonts w:ascii="Times New Roman" w:hAnsi="Times New Roman" w:eastAsia="Times New Roman" w:cs="Times New Roman"/>
        </w:rPr>
        <w:t>“‘“Mbooy waxtu woowu! ndaxte bésu Boroom bi jege na, te dina ñëw ni alag gu jóge ci Aji Kàttan ji…. Peppu bi yàqu na ci suufu xeer ya ñu ci sëq; dencukaayi dugub yi neen nañu, taax yi daanu nañu; ndaxte dugub bi wow na. Noonu la jur yi di naaw! Gàllankoori nag yi jàq nañu, ndaxte amuñu pâtur; waaw, jurug xar yi itam ñu alag nañu.’ ‘Reseñ bi wow na, garabu figg bi amul doole; garabu rummaan bi, garabu tàndarma bi itam, ak garabu pomm bi, ba xëru àll yi yépp, wow nañu: ndaxte mbégte wow na, ba tàgg ci doomi nit ñi.’ Joel 1:15–18, 12.</w:t>
      </w:r>
    </w:p>
    <w:p>
      <w:pPr>
        <w:pStyle w:val="ArticleScripture"/>
        <w:jc w:val="left"/>
      </w:pPr>
      <w:r>
        <w:rPr>
          <w:rFonts w:ascii="Times New Roman" w:hAnsi="Times New Roman" w:eastAsia="Times New Roman" w:cs="Times New Roman"/>
        </w:rPr>
        <w:t>“‘Sama xol ci sama xol bu deep; … manuma noppi, ndax yaw, sama bakkan, dégg nga baatub trompet bi, jàngoro xare bi. Yàqute ci kaw yàqute lañuy wax; ndax suuf sépp yàquna.’”</w:t>
      </w:r>
    </w:p>
    <w:p>
      <w:pPr>
        <w:pStyle w:val="ArticleScripture"/>
        <w:jc w:val="left"/>
      </w:pPr>
      <w:r>
        <w:rPr>
          <w:rFonts w:ascii="Times New Roman" w:hAnsi="Times New Roman" w:eastAsia="Times New Roman" w:cs="Times New Roman"/>
        </w:rPr>
        <w:t>«Xool naa suuf, te gis naa ne amul bind ak mel, te mu neen; xool naa asamaan yi, te seeni leer amul. Xool naa tundu yi, te gis naa ne dañuy yëngu-jàq, te tund yu ndaw yépp di yëngatu. Xool naa, te gis naa ne nit amul, te picci asamaan yépp daw nañu. Xool naa, te gis naa ne barab bu meññ doon àll bu wow, te dëkk yi yépp daanu nañu.» Jeremiah 4:19, 20, 23–26.</w:t>
      </w:r>
    </w:p>
    <w:p>
      <w:pPr>
        <w:pStyle w:val="ArticleScripture"/>
        <w:jc w:val="left"/>
      </w:pPr>
      <w:r>
        <w:rPr>
          <w:rFonts w:ascii="Times New Roman" w:hAnsi="Times New Roman" w:eastAsia="Times New Roman" w:cs="Times New Roman"/>
        </w:rPr>
        <w:t>“‘Yow! ndax bés boobu réy na lool, ba kenn amul moroomam: mooy sax waxtu njàqarey Yàqub; waaye dees na ko musal ci biiram.’ Yeremi 30:7.” Education, 178–181.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Daniel — Juróom-ñeent-fukk ak juróom-ñaari benn ci téere yi</dc:title>
  <dc:subject>Rëbb ga 144,000 yi: leeral yu jóge ci peeñu Daniel ak misaal yu yoonent bi</dc:subject>
  <dc:creator>Jeff Pippenger</dc:creator>
  <cp:keywords/>
  <dc:description>Generated by ArticleDigger from daniel\177_daniel.json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