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Benn bi Téeméer ak Juróom-Ñeent ak Benn</w:t>
      </w:r>
    </w:p>
    <w:p>
      <w:pPr>
        <w:pStyle w:val="ArticleSubtitle"/>
        <w:jc w:val="left"/>
      </w:pPr>
      <w:r>
        <w:rPr>
          <w:rFonts w:ascii="Arial" w:hAnsi="Arial" w:eastAsia="Arial" w:cs="Arial"/>
        </w:rPr>
        <w:t>Yuuxu Guddi gi ak Boppu Yonent bu Room: Fànn yi Mujj ci Téereb Dañeel bi ñuy Ubbi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Ci biir Daniel, sarax yu bare ci waxu yonent bi dañuy dëppook ak juróom-benn xët yi mujj yi ci biir waxtu wa. Pàcc bi méngoo ak jaar-jaaru jaarooy aaya ñent-fukk ci waxtu mujj mi ci atum 1989, ba ci yoonu Dibeer bu aaya ñent-fukk ak benn, mooy pàccu waxu yonent bi ñu tëj ba ci fan yu mujj yi. Loolu mooy mataleb Daniel ci Peeñu Yeesu Kirist bi ñu ubbi lu jiitu mbir mi ñu jagleel nit ñi di jeex. Aaya ñaar day tàmbalee Trump, ndeyjooru Réew mi mujj ci xarekat yu Réew Republikaan, ndeyjooru mujj bi, ndeyjoor bi mooy juróom-ñetteel bi bokk ci juróom-ñaari, te mooy ndeyjoor bi gëna bare alal, bi tàmbalee yëngal globalist yi baax nañu, ba mu yéglee ne dina seetaan mbirum ndeyjoor ci atum 2015. Aaya fukk day xamle 1989, te aaya fukk ak benn ak fukk ak ñaar day xamle xareb Oekraan bi tàmbalee ci 2014, ak ndamug Putin ak toppandoog sànku gi.</w:t>
      </w:r>
    </w:p>
    <w:p>
      <w:pPr>
        <w:pStyle w:val="ArticleBody"/>
        <w:jc w:val="left"/>
      </w:pPr>
      <w:r>
        <w:rPr>
          <w:rFonts w:ascii="Times New Roman" w:hAnsi="Times New Roman" w:eastAsia="Times New Roman" w:cs="Times New Roman"/>
        </w:rPr>
        <w:t>Aayaat fukk ak ñett ba fukk ak juróom ñaar, dañuy melal ñetteelu xeex bi ci ñetti xeex yi ñu wax ci aaya ñeent fukk, di tàmbalee ak yàqug Sowiyet Yuniwóŋ bi ci 1989, ba noppi ak xareb Yukreen, te topp ci xeexu Panium, bi teewlu jàmbaar gu bitiirug Protestaan bu réer ci dëkkub Eeni caa Ameerig lañuy daan ak globalist yu àddina si.</w:t>
      </w:r>
    </w:p>
    <w:p>
      <w:pPr>
        <w:pStyle w:val="ArticleBody"/>
        <w:jc w:val="left"/>
      </w:pPr>
      <w:r>
        <w:rPr>
          <w:rFonts w:ascii="Times New Roman" w:hAnsi="Times New Roman" w:eastAsia="Times New Roman" w:cs="Times New Roman"/>
        </w:rPr>
        <w:t>Protestantisme bu dëdd dëgg dafa am, te taxawal diggante bu am njariñ ci benn benn ci juróom-ñetti booloo bi, bi dees di jëfe ci ndigal alxamesu dund gu bëgga ñëw. Rab wi mooy Katolisism, te moom mooy boppu ñetti doole yi, yu ñu tegtal ni Jezabel ak yeneen misaal yu bare. Moom mooy jigéenu njaaloo ji nguur ci kaw te war rab wi.</w:t>
      </w:r>
    </w:p>
    <w:p>
      <w:pPr>
        <w:pStyle w:val="ArticleBody"/>
        <w:jc w:val="left"/>
      </w:pPr>
      <w:r>
        <w:rPr>
          <w:rFonts w:ascii="Times New Roman" w:hAnsi="Times New Roman" w:eastAsia="Times New Roman" w:cs="Times New Roman"/>
        </w:rPr>
        <w:t>Yonent buy fenku bi mooy États-Unis, te jëfandikoo ci sa jëkkër Ahab, mi di boppu nguur gu fukk-fukk gi dragon bi. Xareb Panium bi ci atum 200 kanam Kirist dafa mel ni xeex bu biti bi ci diggante globalism ak protestantism bu dàddu. Xeex bu biir bi mooy lu ñu tektal ci ñàkk dëgg gi ci atum 167 kanam Kirist, te mu topp ci yokkute gi ñu delloo kër Yàlla gi, ni ñuy ko fàtteliku ci Hanukkah ci atum 164 kanam Kirist; gannaaw loolu, am na jamono ju tàmbalee ci atum 161 kanam Kirist ba ci 158 kanam Kirist, buy mel ni fi États-Unis di samp nataalu booloo Katolisism ak nguur, ni ñu ko tektale ci “league”.</w:t>
      </w:r>
    </w:p>
    <w:p>
      <w:pPr>
        <w:pStyle w:val="ArticleBody"/>
        <w:jc w:val="left"/>
      </w:pPr>
      <w:r>
        <w:rPr>
          <w:rFonts w:ascii="Times New Roman" w:hAnsi="Times New Roman" w:eastAsia="Times New Roman" w:cs="Times New Roman"/>
        </w:rPr>
        <w:t>Ci wërsu fukk ak ñatt-fukk ak ñeent, Uriah Smith xamle na nu ne, ñatt-fukk ak ñeent at gannaaw xarebu Raphia, Ptolemy dee na ndax “ñàkk sutura ak njaayante,” te doomam ju góor, Ptolemy Epiphanes, moo ko wuutu; xale la woon booba, am na ñeenti walla juróomi at. “Antiochus itam, ci jamono jooju, gannaaw ba mu dalal na rebellion bi nekk ci nguuram, te noot na ak sampu kër yi penku nguur gi ci seen dégg-degg, amoon na ngeen lu ko may mu def bépp jëfekaay, ba bi ndaw li, Epiphanes, aggee ci gangun Misra.” Gannaaw ba ndamug Putin bu gaaw te yàggul jeexee, Trump dina waajal ngir jëflante ak buurub Misra bu bees bi di xale. Bala muy ko def, dina “dalal rebellion” bu nekk ci biir États-Unis.</w:t>
      </w:r>
    </w:p>
    <w:p>
      <w:pPr>
        <w:pStyle w:val="ArticleBody"/>
        <w:jc w:val="left"/>
      </w:pPr>
      <w:r>
        <w:rPr>
          <w:rFonts w:ascii="Times New Roman" w:hAnsi="Times New Roman" w:eastAsia="Times New Roman" w:cs="Times New Roman"/>
        </w:rPr>
        <w:t>Bu ñëwëefee Trump, dina tënk yoon yi ñu misaal ci Alien and Sedition Acts yu 1798, te boole ci taxawloo “habeas corpus,” ni ko jëkkërin njiitu réew bu njëkk bu Republican defoon ngir a tontu Ab xarit gu dëgër. Itam ay jëfam ñu na ko misaal ci jëf yi njiitu réew Grant defoon bi muy jàppandikoo ak Ku Klux Klan, ak F. D. Roosevelt bi mu tëj Japanese yi ak ñeneen ci biir Xareb Àddina Ñaareel bi, ak Patriot Act bu George Bush mu mujj bi.</w:t>
      </w:r>
    </w:p>
    <w:p>
      <w:pPr>
        <w:pStyle w:val="ArticleBody"/>
        <w:jc w:val="left"/>
      </w:pPr>
      <w:r>
        <w:rPr>
          <w:rFonts w:ascii="Times New Roman" w:hAnsi="Times New Roman" w:eastAsia="Times New Roman" w:cs="Times New Roman"/>
        </w:rPr>
        <w:t>Ni, ni Seleucus la, dina daan ngir tëmb yëngu-gàtt gi nekk ci États-Unis, te gannaaw loolu mu jublu ay bëtam ci “buur bu ndaw bi” bu Égypte. Ci def noonu, dina sos benn ngëmboole ak Philip bu Macédoine, ndaxte Smith bind na ne: “At the same time, Philip, king of Macedon, entered into a league with Antiochus to divide the dominions of Ptolemy between them, each proposing to take the parts which lay nearest and most convenient to him. Here was a rising up against the king of the south sufficient to fulfil the prophecy, and the very events, beyond doubt, which the prophecy intended.”</w:t>
      </w:r>
    </w:p>
    <w:p>
      <w:pPr>
        <w:pStyle w:val="ArticleBody"/>
        <w:jc w:val="left"/>
      </w:pPr>
      <w:r>
        <w:rPr>
          <w:rFonts w:ascii="Times New Roman" w:hAnsi="Times New Roman" w:eastAsia="Times New Roman" w:cs="Times New Roman"/>
        </w:rPr>
        <w:t>Trump dina sos na ñoñ ak réew yi ci NATO (The United Nations), ngir jàppale ci mbirum Russia, ak jafe-jafey saytu taxawaayu jeexital njàqareb yàqug Putin. Ca jamono jooju, ni aaya fukk ak ñeent waxe, te ci tegtalu Smith, “kàttan gu bees lañu dugal.” Papaat bi dina duggal seen bopp ngir aar Russia ak réew yi koy topp ci kanamu sañ-sañu NATO ak Etazini, walla ni tegtalu Smith waxe ko, “Rooma wax na; te Siria ak Maseduwan gis nañu bu gaaw soppi gu ñëw ci melokaanu seen gént. Roomankat yi duggu nañu ci ngir ndimbal buur bu ndaw bu Egipt, dogal ne dees na ko aar ci alkande gi Antiokus ak Filippe toggaloon. Loolu am na ci atum BC 200, te moo nekkoon benn ci jëf yu njëkk yu am solo ya Roomankat yi def ci mbir yi jëm ci Siria ak Egipt.”</w:t>
      </w:r>
    </w:p>
    <w:p>
      <w:pPr>
        <w:pStyle w:val="ArticleBody"/>
        <w:jc w:val="left"/>
      </w:pPr>
      <w:r>
        <w:rPr>
          <w:rFonts w:ascii="Times New Roman" w:hAnsi="Times New Roman" w:eastAsia="Times New Roman" w:cs="Times New Roman"/>
        </w:rPr>
        <w:t>Room, jigéen ju ñaaw jaat buy màgg ba mel ni Tir, noonu mu tàmbalee woy ay woyam te di njaaloo ak buur yi ci suuf si, lu jiitu buur yooyu di dugg ci topp gu mat ci moom, ñaari aaya rekk gannaaw. Ca waxtu woowu sax, xareb Panium am na. Atum 200 BC mooy firndeel ne jigéen ju ñaaw jaat buy màgg ba mel ni Tir tàmbalee woy; te mu def ko ci mbirum aar Risi, mi États-Unis ak Nations Unies nangu woon lékkale ngir seen njariñ bu bokk. Jigéen ju ñaaw jaat ji not na leen ñoom ñaar ñépp, waaye gannaaw loolu “xare”b Panium daldi am, te États-Unis not Nations Unies.</w:t>
      </w:r>
    </w:p>
    <w:p>
      <w:pPr>
        <w:pStyle w:val="ArticleBody"/>
        <w:jc w:val="left"/>
      </w:pPr>
      <w:r>
        <w:rPr>
          <w:rFonts w:ascii="Times New Roman" w:hAnsi="Times New Roman" w:eastAsia="Times New Roman" w:cs="Times New Roman"/>
        </w:rPr>
        <w:t>Ci lu jëfandikoo nañ ko ngir tektal, ñetti-fukk ak ñett at ginnaaw loolu, ñàkkalug Modein tàmbali na ca Etats-Unis. Ci lu jëfandikoo nañ ko ngir tektal, ñetti at ginnaaw loolu, yeesalug li ñuy wax ne mooy Protestantism ak Réew mi ngi dox ci Dastuur sampu na, te Hanukkah mooy ko diir. Ci lu jëfandikoo nañ ko ngir tektal, ñetti at ginnaaw loolu, jamono ji ñuy tektale ak booleg Yawut ya ak Room tàmbali na.</w:t>
      </w:r>
    </w:p>
    <w:p>
      <w:pPr>
        <w:pStyle w:val="ArticleBody"/>
        <w:jc w:val="left"/>
      </w:pPr>
      <w:r>
        <w:rPr>
          <w:rFonts w:ascii="Times New Roman" w:hAnsi="Times New Roman" w:eastAsia="Times New Roman" w:cs="Times New Roman"/>
        </w:rPr>
        <w:t>Yëngu mujj yi mujj yi dinañu gaaw, ba tax ba jaar-jaar bi ñu tegtal ci ay aaya yi ci ñent-fukk ak juróom-ñett at, mi ngi mel ni toftal bu ay xew-xew yu gaaw, yi kàddug waxu Yàlla miisale na leen bu leer ne dañuy tàmbalee ci waxtu mujj ma ci 1989, te loolu topp na ko ñaareelu xare bi ci aaya 11 ak 12 ci 2014, te mu toppaat ak 2015, bi Trump yégle ne dina takkoo ngir nekk president, te noonu liggéeyam ci waxu Yàlla tàmbalee, mooy yëngu-yëngalu globalism. Bu Trump tàmbalee liggéeyu noot miir bi ci biir réew mi, mi sax ba noppi tàmbali na, dina jéem a def benn àlliance ak Mbooloom Xeeti Àddina si (NATO—Philip bu Macedon), te Room dina tàmbalee a woy. Àlliance bi ñuy jéem def mooy nekk jàppante ngir kaweef bi diggante ñaari dooley yooyu, ji ñuy tegtal ci Xareb Panium.</w:t>
      </w:r>
    </w:p>
    <w:p>
      <w:pPr>
        <w:pStyle w:val="ArticleBody"/>
        <w:jc w:val="left"/>
      </w:pPr>
      <w:r>
        <w:rPr>
          <w:rFonts w:ascii="Times New Roman" w:hAnsi="Times New Roman" w:eastAsia="Times New Roman" w:cs="Times New Roman"/>
        </w:rPr>
        <w:t>Kon Panium mooy mandarga benn aaya fukki ak ñett, foofu la gëstu yu gaaw yu mujj yi, yi jiitu yoonu Dibeer, tàmbalee. Yéppooni yonent yi wax nañu gëna bari ci mujjug àddina bi ndax jamonoy bi ñu dundee; te Yeesu moom, ci lu wóor, moo gëna màgg ci yonent yépp. Tuuti laata bant bi, bi melal yoonu Dibeer, te loolu aaya fukki ak juróom-benn moo ko tegtal, Yeesu demoon na ak taalibeem yi ca Panium. Jamono ji Mu nekk fa, ak njàngale yi Mu fa joxe, ànd nañu ak xareb Panium bi di ñëw léegi. Ci li jaar na ci taarix, Panium am na tur yu bari, te ci jamonoy Kirist turu Panium mooy Caesarea Philippi.</w:t>
      </w:r>
    </w:p>
    <w:p>
      <w:pPr>
        <w:pStyle w:val="ArticleScripture"/>
        <w:jc w:val="left"/>
      </w:pPr>
      <w:r>
        <w:rPr>
          <w:rFonts w:ascii="Times New Roman" w:hAnsi="Times New Roman" w:eastAsia="Times New Roman" w:cs="Times New Roman"/>
        </w:rPr>
        <w:t>“Yeesu ak ay taalibeem jot nañu léegi ci benn ci dëkki yu nekk wàllu Sezaare Filib. Ñu weesu woon nañu dayo yi Galile, ci benn gox gu bokkoon fa fu jaamu xërëm di law. Foofa, taalibe yiñu gëddoon nañu leen ci dooley njiital gu Yawut ya, te ñu yóbbu leen ci njaxlaf gi gëna jege ak jaamu xeet yi dul xam Yàlla. Wër na leen woon ay melokaanu gëm-gëmu xonq yi am ci bépp xaaju àddina. Yeesu bëggoon na ne gis-yi jii indi ci ñoom xel mu tax ñu xam seen warugar ci kanam xeet yi dul xam Yàlla. Bi Mu nekk diir bu tollu ci gox googu, Mu jéemoon na bañ a diàngal nit ñi, ngir jébbal Boppam gëna mat ci ay taalibeem.”</w:t>
      </w:r>
    </w:p>
    <w:p>
      <w:pPr>
        <w:pStyle w:val="ArticleScripture"/>
        <w:jc w:val="left"/>
      </w:pPr>
      <w:r>
        <w:rPr>
          <w:rFonts w:ascii="Times New Roman" w:hAnsi="Times New Roman" w:eastAsia="Times New Roman" w:cs="Times New Roman"/>
        </w:rPr>
        <w:t>«Mu ngi doon bëgg a wax leen ci coono yi koy xaar. Waaye bu njëkk mu dem beru boppam, di ñaan ngir seen xol man a waajal ngir nangu ay waxam. Bi mu dellusee ci ñoom, waxul ca saa sa li mu bëggoon a jottali. Bala muy def loolu, joxna leen waxtu ngir seede seen ngëm ci moom, ngir ñu gën a dëgër ci nattu bi di ñëw. Mu laaj leen ne: “Kan la nit ñi wax ne man, Doomu nit ki, maa ngi?”»</w:t>
      </w:r>
    </w:p>
    <w:p>
      <w:pPr>
        <w:pStyle w:val="ArticleScripture"/>
        <w:jc w:val="left"/>
      </w:pPr>
      <w:r>
        <w:rPr>
          <w:rFonts w:ascii="Times New Roman" w:hAnsi="Times New Roman" w:eastAsia="Times New Roman" w:cs="Times New Roman"/>
        </w:rPr>
        <w:t>“Lii ci metti na, taalibey yi dafa waroon nangu ne Israyil mënuñu woon xam seen Almasi bi. Am na ñenn ci ñoom ñi, bi ñu gisee ay kéemaanam, waxoon nañu ne mooy Doomu Daawuda. Mbooloo mi mu lekkaloon ca Betsayda, bëgg nañu woon yégle ko muy buur bu Israyil. Ñu bari doon nañu waajaloo ngir nangu ko ni yonent; waaye gëmuñu ko woon ne mooy Almasi bi.”</w:t>
      </w:r>
    </w:p>
    <w:p>
      <w:pPr>
        <w:pStyle w:val="ArticleScripture"/>
        <w:jc w:val="left"/>
      </w:pPr>
      <w:r>
        <w:rPr>
          <w:rFonts w:ascii="Times New Roman" w:hAnsi="Times New Roman" w:eastAsia="Times New Roman" w:cs="Times New Roman"/>
        </w:rPr>
        <w:t>«Noonu Yeesu laaj na ñaareel, muy jëm ci taalibe yi seen bopp: “Waaye yéen nag, ku ngeen naan maa di?” Piyeer tontu ne: “Yaa di Almasi bi, Doomu Yàlla ju dund ji.”»</w:t>
      </w:r>
    </w:p>
    <w:p>
      <w:pPr>
        <w:pStyle w:val="ArticleScripture"/>
        <w:jc w:val="left"/>
      </w:pPr>
      <w:r>
        <w:rPr>
          <w:rFonts w:ascii="Times New Roman" w:hAnsi="Times New Roman" w:eastAsia="Times New Roman" w:cs="Times New Roman"/>
        </w:rPr>
        <w:t>“Li dale ba ca njëkk, Piyeer dafa gëm ne Yeesu mooy Almasi bi. Ñu bari itam, ñi waare woon ci kaw waareg Yaxya miy Sóob, te nangu Kirist, tàmbalee sikk ci mbiru yónniw Yaxya ba ñu ko tëjée ca kaso bi ba noppi rey ko; te léegi ñoom itam dañuy sikk ne Yeesu mooy Almasi bi, ki ñu doon séentu lu yàgg lool. Ñu bari ci taalibe ya, ñi doon yaakaar ak xol bu tàng ne Yeesu dina jël soppiku ba toog ci nguurug Daawuda, bàyyi nañu ko bi ñu gisée ne amul benn xalaat bu mel noonu. Waaye Piyeer ak ay àndandoom dëdduwuñu seen takku ci moom. Yoon wu yokkute, wu ñi koy màggal démb te tey di ko daan, neenalul woon ngëmug toppkat bu dëggu bu Musalkat bi. Piyeer wax na: “Yaa di Almasi bi, Doomu Yàlla ju Dund ji.” Mu xaaruloon ndamalu buur ngir mujjaat boroomam ak teranga, waaye nangu na ko ci suufeelam.”</w:t>
      </w:r>
    </w:p>
    <w:p>
      <w:pPr>
        <w:pStyle w:val="ArticleScripture"/>
        <w:jc w:val="left"/>
      </w:pPr>
      <w:r>
        <w:rPr>
          <w:rFonts w:ascii="Times New Roman" w:hAnsi="Times New Roman" w:eastAsia="Times New Roman" w:cs="Times New Roman"/>
        </w:rPr>
        <w:t>“Piyeer dafa waxoon ngëmug fukk ak ñaar ña. Waaye taalibey bi dafa sore woon lool ci xam bu baax liggéeyu Kirist. Bëgg-bàkku ak jëfandikoo bu jubadi buy jóge ci saraxalekat ya ak njiit ya, doonte mënul woon leen a dindi ci topp Kirist, moo leen di teg ci njaaxle gu réy. Gisuñu woon seen yoon bu leer. Dooley njàngum seen ndawte, njàngalem rabbi yi, ak kàttanu cosaan, dafa tëj ba noppi seen gis-gis ci dëgg. Waqt yu bari, leer gu am solo gu jóge ci Yeesu dafa ne leen di leerel; waaye lu ëpp sax dañoo mel ni nit ñiy ràkk ci biir ker gu lëndëm. Waaye bés boobu, bala ñu jëm ci nattu gu mag gu seen ngëm, Xel mu Sell mi daldi ci seen kaw ak kàttan. Diir bu gàtt, seen bët yi dëddoo nañu ak “mbir yi ñuy gis,” ngir xool “mbir yi ñu dul gis.” 2 Corinthians 4:18. Ci suufu melokaanu nit, dañu xamme woon ndamu Doomu Yàlla.”</w:t>
      </w:r>
    </w:p>
    <w:p>
      <w:pPr>
        <w:pStyle w:val="ArticleScripture"/>
        <w:jc w:val="left"/>
      </w:pPr>
      <w:r>
        <w:rPr>
          <w:rFonts w:ascii="Times New Roman" w:hAnsi="Times New Roman" w:eastAsia="Times New Roman" w:cs="Times New Roman"/>
        </w:rPr>
        <w:t>«Yeesu tontu Piyeer ne ko: “Yaw Simeyon Bar-Yona, barkeel nga; ndaxte suux ak deret du la ko xamal, waaye sama Baay bi nekk ci asamaan moo la ko xamal.”»</w:t>
      </w:r>
    </w:p>
    <w:p>
      <w:pPr>
        <w:pStyle w:val="ArticleScripture"/>
        <w:jc w:val="left"/>
      </w:pPr>
      <w:r>
        <w:rPr>
          <w:rFonts w:ascii="Times New Roman" w:hAnsi="Times New Roman" w:eastAsia="Times New Roman" w:cs="Times New Roman"/>
        </w:rPr>
        <w:t>“Dëgg gi Piyeer waxoon seede ci mooy ndomboo ngëmug way-gëm. Loolu la Almasi bi boppam wax ne mooy dund gu dul jeex. Waaye am xam-xam boobu nekkul woon sabab ngir ku màggal boppam. Du ci benn xel walla benn baaxteem bu mu bokkal boppam la ko feeñaloon Piyeer. Mënul mukk nit, ci boppam rekk, yegg ci xam Yàlla ji. ‘Kawe na ni asamaan; lu ngay man a def? Gën na xóot saafara; lan nga man a xam?’ Ayóoba 11:8. Xelum ndawte rekk moo nu man a feeñal mbir yu xóot yu Yàlla, yi ‘bët gisul, noppi déggul, te duggagul ci xolum nit.’ ‘Waaye Yàlla feeñal na leen ko ci nun jaarale ko ci Xelam: ndaxte Xel mi dafa seet lépp, waaw, ba ci mbir yu xóot yu Yàlla.’ 1 Korent 2:9, 10. ‘Kumpay Boroom bi, ñi ko ragal a ko bokk;’ te li Piyeer xàmmi ndamu Almasi bi, seede la ne, ‘Yàlla a ko jàngal.’ Sabóor 25:14; Yowaana 6:45. Éy, dëgg-dëgg, ‘ku barkeel nga, Simoŋ Bar-Yona: ndaxte suux ak deret feeñalewuñu la ko.’”</w:t>
      </w:r>
    </w:p>
    <w:p>
      <w:pPr>
        <w:pStyle w:val="ArticleScripture"/>
        <w:jc w:val="left"/>
      </w:pPr>
      <w:r>
        <w:rPr>
          <w:rFonts w:ascii="Times New Roman" w:hAnsi="Times New Roman" w:eastAsia="Times New Roman" w:cs="Times New Roman"/>
        </w:rPr>
        <w:t>“Yesu delloo ne: ‘Maa ngi wax itam ci yaw ne, yow yaa di Piyeer, te ci doj wii laa tabax sama mbooloom gëmkat; te bunt yi réewum dee duñu ko man a not.’ Kàddug Piyeer dafay tekki doj,—doj buy xóot. Piyeer du woon doj wi ñu sampoo mbooloom gëmkat bi ci kawam. Bunt yi réewum dee dafa ko manoon a not bi mu weddee Boroomam ak réer ak giñ. Mbooloom gëmkat bi dees na ko tabaxoon ci Kenn ki bunt yi réewum dee mënuñoo a not.”</w:t>
      </w:r>
    </w:p>
    <w:p>
      <w:pPr>
        <w:pStyle w:val="ArticleScripture"/>
        <w:jc w:val="left"/>
      </w:pPr>
      <w:r>
        <w:rPr>
          <w:rFonts w:ascii="Times New Roman" w:hAnsi="Times New Roman" w:eastAsia="Times New Roman" w:cs="Times New Roman"/>
        </w:rPr>
        <w:t>“Bala gannaaw ay téeméeri at lu jiitu ñëwug Musalkat bi, Muusaa dafa joxe woon tektal ci Doj wa ci musalug Israayil. Bindkat kànt yi dafa woyoon ci ‘Doju sama doole.’ Esayi bindoon na ne: ‘Noonu la Boroom bi Yàlla waxe: Xoolleen, maa ngi samp ci Siyon ab doj ngir tabax, ab doj bu ñu seet ba wóor ko, ab xeeru wet gu tedd, ab tabax bu sax.’ Deuteronomy 32:4; Psalm 62:7; Isaiah 28:16. Piyeer moom ci boppam, bi muy bind ci ñu ko xelal, dafa jëfandikoo wax jii ci Yeesu. Mu ne: ‘Bu fekkee ne ngeen mos nañu seet ne Boroom bi baax na: jëm ci moom, miy doj buy dund, nit ñi bañ ko sax, waaye ci kanam Yàlla mu tànn te am solo, yeen itam, ni ay doj yu dund, ñu ngi leen di tabax ngir nekk kër gu xel mu sell.’ 1 Peter 2:3–5, R. V.”</w:t>
      </w:r>
    </w:p>
    <w:p>
      <w:pPr>
        <w:pStyle w:val="ArticleScripture"/>
        <w:jc w:val="left"/>
      </w:pPr>
      <w:r>
        <w:rPr>
          <w:rFonts w:ascii="Times New Roman" w:hAnsi="Times New Roman" w:eastAsia="Times New Roman" w:cs="Times New Roman"/>
        </w:rPr>
        <w:t>“«Kenn ku man mana tabax baneen fondasyoŋ bu dul bi ñu tabax ba noppi, te mooy Yeesu Kirist.» 1 Korent 3:11. «Ci doj wii,» la Yeesu wax, «dinaa yékkati sama kër Yàlla ji.» Ci kanam Yàlla ak bépp xel mu kaw ci asamaan, ci kanam mbooloom safara suñu gisul, Kirist taxawal na kër Yàllaam ci Kaw doj ju dund ji. Doj jooju mooy Moom ci boppam,—yaramam ci boppam, bi ñu damm ngir nun te ñu metital ko. Bunti safara du man a not kër Yàlla gi ñu tabax ci fondasyoŋ boobu.»</w:t>
      </w:r>
    </w:p>
    <w:p>
      <w:pPr>
        <w:pStyle w:val="ArticleScripture"/>
        <w:jc w:val="left"/>
      </w:pPr>
      <w:r>
        <w:rPr>
          <w:rFonts w:ascii="Times New Roman" w:hAnsi="Times New Roman" w:eastAsia="Times New Roman" w:cs="Times New Roman"/>
        </w:rPr>
        <w:t>“Ni màggat la mbooloom gëm gi doon feeñ ba Kris waxee wax yii! Amoonna rekk ay tuuti nit ñu gëm, ñi doole yépp ju jinne yi ak nit ñaaw ñi di jublu ci seen kaw; waaye toppkat yu Kris waruñoo ragal. Ndaxte dafañu sampu woon ci Kawar gu doon seen doole, te mënuñu leen a daaneel.</w:t>
      </w:r>
    </w:p>
    <w:p>
      <w:pPr>
        <w:pStyle w:val="ArticleScripture"/>
        <w:jc w:val="left"/>
      </w:pPr>
      <w:r>
        <w:rPr>
          <w:rFonts w:ascii="Times New Roman" w:hAnsi="Times New Roman" w:eastAsia="Times New Roman" w:cs="Times New Roman"/>
        </w:rPr>
        <w:t>“Diir juróom-benni at, ngëm dafa tabaxoo ci Kirist. Diir juróom-benni at, mbëggel yu bari ak ngelaw yu metti yu merum Seytaane dafa dóor ci Kawar gu sunu mucc; waaye taxaw na te yëngu.”</w:t>
      </w:r>
    </w:p>
    <w:p>
      <w:pPr>
        <w:pStyle w:val="ArticleScripture"/>
        <w:jc w:val="left"/>
      </w:pPr>
      <w:r>
        <w:rPr>
          <w:rFonts w:ascii="Times New Roman" w:hAnsi="Times New Roman" w:eastAsia="Times New Roman" w:cs="Times New Roman"/>
        </w:rPr>
        <w:t>“Piyeer dafa wax dëgg gi doon fondemaŋu ngëmug kërgag yàlla, te léegi Yeesu teral na ko ndax mu doon kiy taxawu mbooloom ñi gëm yépp. Mu ne ko: ‘Dinaa la jox caabi yi yu nguuru asamaan; te loo boole ci suuf, dees na koo boole ci asamaan; te loo yiwi ci suuf, dees na koo yiwi ci asamaan.’”</w:t>
      </w:r>
    </w:p>
    <w:p>
      <w:pPr>
        <w:pStyle w:val="ArticleScripture"/>
        <w:jc w:val="left"/>
      </w:pPr>
      <w:r>
        <w:rPr>
          <w:rFonts w:ascii="Times New Roman" w:hAnsi="Times New Roman" w:eastAsia="Times New Roman" w:cs="Times New Roman"/>
        </w:rPr>
        <w:t>“‘Bunt yuuru asamaan’ mooy kàdduy Kirist. Képp kàddu yi ci Mbind mu Sell mi, ayam lañu, te ñu bokk fii. Kàddu yooyu am nañu kàttan gu ubbi asamaan te tëj ko. Ñuy yégle sart yi ci kaw yi nit ñi di ñu nangu walla ñu bañ leen. Noonu liggéeyu ñiy waare Kàddug Yàlla mooy xet wu dund ngir dund, walla xet wu dee ngir dee. Seen ndawtal mooy benn yónnent bu ëmb njariñ yu ba fàww.</w:t>
      </w:r>
    </w:p>
    <w:p>
      <w:pPr>
        <w:pStyle w:val="ArticleScripture"/>
        <w:jc w:val="left"/>
      </w:pPr>
      <w:r>
        <w:rPr>
          <w:rFonts w:ascii="Times New Roman" w:hAnsi="Times New Roman" w:eastAsia="Times New Roman" w:cs="Times New Roman"/>
        </w:rPr>
        <w:t>“Musalkat bi jébbalul liggéeyu xebaar bu baax bi ci Piyeer rekk. Gannaaw loolu, bi Mu delloo wax yi Mu waxoon Piyeer, Mu jëfandikoo leen ci yoon wu jub ci mbooloom kërceen ga. Te itam, ci benn xalaat boobu lañu ko waxee fukki ñaar ña, ni ñuy wuutu yaramu ñi gëm. Su fekkoon ne Yeesu dénk na benn ndigal walla sañ-sañ bu bees kenn ci taalibé yi, mu weesu ñeneen ñi, duñu fekkoon leen ñuy sonnal seen bopp lu bari ci kan moo gën a mag. Dañu kooon suxal bëgg-bëggu seen Boroom, te teral ki Mu tànn.”</w:t>
      </w:r>
    </w:p>
    <w:p>
      <w:pPr>
        <w:pStyle w:val="ArticleScripture"/>
        <w:jc w:val="left"/>
      </w:pPr>
      <w:r>
        <w:rPr>
          <w:rFonts w:ascii="Times New Roman" w:hAnsi="Times New Roman" w:eastAsia="Times New Roman" w:cs="Times New Roman"/>
        </w:rPr>
        <w:t>“Buu ñu di fal kenn mu nekk seen bopp, Kirist waxoon taalibe ya ne: ‘Bu leen woowe Rabbi;’ ‘te bu leen woowe itam sang, ndaxte kenn rekk moo seen Sang, mooy Kirist.’ Macë 23:8, 10.”</w:t>
      </w:r>
    </w:p>
    <w:p>
      <w:pPr>
        <w:pStyle w:val="ArticleScripture"/>
        <w:jc w:val="left"/>
      </w:pPr>
      <w:r>
        <w:rPr>
          <w:rFonts w:ascii="Times New Roman" w:hAnsi="Times New Roman" w:eastAsia="Times New Roman" w:cs="Times New Roman"/>
        </w:rPr>
        <w:t>“‘Boppu góor bu nekk mooy Kirist.’ Yàlla, mi teg lépp ci suufu tànki Musalkat bi, ‘jox na ko mu doon bopp ci kaw lépp ngir mbooloom gëmkat yi, mi di jëmmam, matug ki di feesal lépp ci lépp.’ 1 Corinthians 11:3; Ephesians 1:22, 23. Mbooloom gëmkat yi tabaxees na ci Kirist ni cosaanam; war na déggal Kirist ni boppam. Warul sukkandiku ci nit, mbaa nit nguuru ko. Ñu baree ngi bëgg a wax ne, ndax am nañu taxawaay bu ñu wóolu ci mbooloom gëmkat yi, loolu may na leen sañ-sañu santaane li yeneen nit ñi war a gëm ak li ñu war a def. Yàlla nangoo wu ko. Musalkat bi wax na ne: ‘Yéen ñépp bokk ngeen doomi baay.’ Ñépp a ngi ci wetu nattu, te man nañu a réer. Warunu sukkandiku ci benn mbind mu yemul ngir ndigal. Xeeru ngëm mooy présence gu dund gu Kirist ci biir mbooloom gëmkat yi. Ci loolu, ki gën a néew doole man na ci wéeriku, te ñi yaakaar ne ñooy gën a am doole dinañu feeñ ne ñooy gën a néew doole, su fekkee ne defuñu Kirist seen doole. ‘Rëbb na nit ki wéeru ci nit, te def yaram ay dooleem.’ Boroom bi ‘mooy Xeer ba, jëfam mat na ba baax.’ ‘Yépp ñi ko wéeru barkeel nañu.’ Jeremiah 17:5; Deuteronomy 32:4; Psalm 2:12.</w:t>
      </w:r>
    </w:p>
    <w:p>
      <w:pPr>
        <w:pStyle w:val="ArticleScripture"/>
        <w:jc w:val="left"/>
      </w:pPr>
      <w:r>
        <w:rPr>
          <w:rFonts w:ascii="Times New Roman" w:hAnsi="Times New Roman" w:eastAsia="Times New Roman" w:cs="Times New Roman"/>
        </w:rPr>
        <w:t>«Gannaaw waxug Piere bi, Yeesu santa taalibe yi ñu bañ a wax kenn ne mooy Almasi bi. Santaane boobu dees ko joxe ndax bañ-bu-tëdd bi bindkat yi ak Farisen yi doon def. Lii ëpp na loolu sax, nit ñi, te ba sax taalibe yi itam, amoon nañu xalaat gu wóorul ci Almasi bi ba noppi, ba tax bés bu ñu ko yéglee ci kanam ñépp du leen jox genn xam-xam gu dëgg ci ay melokaanam walla liggéeyam. Waaye bés bu nekk mooy feeñal boppam ci ñoom ni mooy Musalkat bi, te noonu la bëggoon a jox leen xalaat gu dëgg ci moom ni mooy Almasi bi.»</w:t>
      </w:r>
    </w:p>
    <w:p>
      <w:pPr>
        <w:pStyle w:val="ArticleScripture"/>
        <w:jc w:val="left"/>
      </w:pPr>
      <w:r>
        <w:rPr>
          <w:rFonts w:ascii="Times New Roman" w:hAnsi="Times New Roman" w:eastAsia="Times New Roman" w:cs="Times New Roman"/>
        </w:rPr>
        <w:t>“Taalibe yi daan séentu ba tey ne Kirist dina nguuru ni buur bu àdduna. Doonte ne Mu daan nëbb yàq ba tey ay mébetam, ñoom gëm nañu ne Du sax ba fàww ci néew-doole ak ci xàmmee-wul; jamono ji jegewoon na bi Mu di tabax nguuram. Ne bañug saraxalekat ya ak rabbi yi du mas a noot, ne seen xeet bopp di koy weddi, di ko àtte ni naaféq, te daaj ko ci bant,—xalaat boobu taalibe yi masuñu ko xeeb. Waaye waxtuw kàttanu lëndëm wi doon ñëw, te war na woon Yeesu ubbil taalibe yi xeex bi nekk ci kanam. Mu amoon tiis, bi Mu doon seetlu nattu gi di ñëw.” The Desire of Ages, 411-415.</w:t>
      </w:r>
    </w:p>
    <w:p>
      <w:pPr>
        <w:pStyle w:val="ArticleBody"/>
        <w:jc w:val="left"/>
      </w:pPr>
      <w:r>
        <w:rPr>
          <w:rFonts w:ascii="Times New Roman" w:hAnsi="Times New Roman" w:eastAsia="Times New Roman" w:cs="Times New Roman"/>
        </w:rPr>
        <w:t>Saaru fukk ak juróom-benn ci Daniel 11 dafa tektal yoonu Dibeer buy ñëw léegi ci Etats-Unis. Bu jant bi jotee ci waxtu “yengu-yëf” boobu, ñi di seet a bokk ci téeméer ak ñeent-fukk ak ñeent ña, deñuy yee ci seen nelaw. Li leen di yee mooy benn ndigal gu aj wax ci kanam. Ci waxtu woowu, ñaari xeet dañuy feeñ, te ni ko léebub fukki janq ya misaale, benn xeet am na diw ci lim ya, baneen bi amu ko. Saar yi fukki ak ñett ba fukki ak juróom ci Daniel 11, duñu tektal rekk jaar-jaaru wax ci kanam wi jiitu yoonu Dibeer; dañuy tektal itam “ndigal” gi, mi ci mbirum léebub fukki janq ya mooy “diw” ji ñi xel mu leer ñi di am ngir jot muuraayu Yàlla te ñu yékkati leen mel ni ràññeeh ci waxtu yengu-yëf bu mag ba. Xët yi léegi agsi nañu ci njéexital mboolem xët yi, ndaxte ndigal gi ñu tektal ci biir saar yooyu mooy diw ju wurus ji ñuy tuur wàcc jaar ci ñaari bàyyi wurus ya.</w:t>
      </w:r>
    </w:p>
    <w:p>
      <w:pPr>
        <w:pStyle w:val="ArticleBody"/>
        <w:jc w:val="left"/>
      </w:pPr>
      <w:r>
        <w:rPr>
          <w:rFonts w:ascii="Times New Roman" w:hAnsi="Times New Roman" w:eastAsia="Times New Roman" w:cs="Times New Roman"/>
        </w:rPr>
        <w:t>Dina gën wéy ci jàngat bii ci bind bi di ñëw.</w:t>
      </w:r>
    </w:p>
    <w:p>
      <w:pPr>
        <w:pStyle w:val="ArticleScripture"/>
        <w:jc w:val="left"/>
      </w:pPr>
      <w:r>
        <w:rPr>
          <w:rFonts w:ascii="Times New Roman" w:hAnsi="Times New Roman" w:eastAsia="Times New Roman" w:cs="Times New Roman"/>
        </w:rPr>
        <w:t>“Bu ñi wax ne dañuy topp dëgg gi, bu fekkee ne ñoom dañuy liggéeyal Seytaane, ker gu ñaawam dina dogg seen gis-gisu Yàlla ak asamaan. Dañuy mel ni ñi sànni seen bëgg-bëgg bu njëkk. Duñu man a xool mbir yu ba fàww. Li Yàlla waajalal na nu, dañu ko wone ci Sakariya, sarax 3 ak 4, ak 4:12–14: ‘Noonu ma tontuati, ne ko: Lan lañuy ñaari cariit yu oliif yii, yi jaar ci ñaari tuub yu wurus yii, di tuur diwlinu wurus gi ci seen bopp? Mu tontu ma ne: Xamoo li ñuy? Ma ne: Déedéet, sama Boroom. Noonu mu ne ma: Ñoomooy ñaari ñiñul yi, ñi taxaw ci wetu Boroom bi moom suuf sépp.’”</w:t>
      </w:r>
    </w:p>
    <w:p>
      <w:pPr>
        <w:pStyle w:val="ArticleScripture"/>
        <w:jc w:val="left"/>
      </w:pPr>
      <w:r>
        <w:rPr>
          <w:rFonts w:ascii="Times New Roman" w:hAnsi="Times New Roman" w:eastAsia="Times New Roman" w:cs="Times New Roman"/>
        </w:rPr>
        <w:t>“Boroom bi moo bare alal ak ay jumtukaay. Du ñàkk dara ci ay yombukaay. Ndax sunu ñàkk ngëm, sunu bokk ci mbir yu àdduna, sunu wax ju yomb, sunu ngëmadi, te loolu feeñ ci sunu waxtaan, la tax lëndëm yu ñuul dajal ci sunu wër. Kirist du feeñ ci wax walla ci jikko ni Ki neex ba mat sëkk, te di ki gën a mag ci fukki junni. Bu bakkan bi nangoo yékkati boppam ci ngënté, Xelal Boroom bi manul def lu bari ngir moom. Sunu gis-gis gu gàtt gi dafa gis rekk ker gi, waaye manula gis ndam li nekk ca ginnaaw. Malaaka yi dañuy téye ñeenti ngelaw yi, yi ñu teg misaal ni fas mu mer, miy wut a rëccu ngir daanu, daw jàll ci kow suuf si bépp, yóbbu alkande ak dee ci yoonam.”</w:t>
      </w:r>
    </w:p>
    <w:p>
      <w:pPr>
        <w:pStyle w:val="ArticleScripture"/>
        <w:jc w:val="left"/>
      </w:pPr>
      <w:r>
        <w:rPr>
          <w:rFonts w:ascii="Times New Roman" w:hAnsi="Times New Roman" w:eastAsia="Times New Roman" w:cs="Times New Roman"/>
        </w:rPr>
        <w:t>“Ndax danuy nelaw ci boppu wetu àddina gu fàww? Ndax dunu nekk ñàkk xel, sedd te mel ni ñu dee? Éy, na nu am ci sunuy mboolooy gëm Yàlla Xelam ak ngëlam, mu ngelaw ci ay nitam, ngir ñu taxaw ci seen tànk te dund. War na nu gis ne yoon wi xat na, te bunt bi suxat na. Waaye bu nu rombee bunt bu suxat bi, yaatuwaayam amul kemtalaay.” Manuscript Releases, volume 20, 217.</w:t>
      </w:r>
    </w:p>
    <w:p>
      <w:pPr>
        <w:pStyle w:val="ArticleScripture"/>
        <w:jc w:val="left"/>
      </w:pPr>
      <w:r>
        <w:rPr>
          <w:rFonts w:ascii="Times New Roman" w:hAnsi="Times New Roman" w:eastAsia="Times New Roman" w:cs="Times New Roman"/>
        </w:rPr>
        <w:t>“Ñi ñoom ñi ñu fal ci diw, te taxaw ci wetu Boroom suuf sépp, am nañu boppu bérab bi ñu masoon a jox Seytaane ba muy kerub bu daan muur. Jaarale ko ci mbindéef yu sell yi wër gàngunaam, Boroom bi dafay saxal jokkoo ju sax ak waa suuf. Diw bu wurus bi mooy ndawlu yi Yàlla di yore lamp yi gëmkat yi ngir duñu tàkk-tuuru ba noppi dee. Su ko nekkul woon ne ñuy tuur diw jooju ju sell ci asamaan, jaarale ko ci yégle yi Xelum Yàlla, dooley bon yépp dinañu doon noot nit ñi bépp.”</w:t>
      </w:r>
    </w:p>
    <w:p>
      <w:pPr>
        <w:pStyle w:val="ArticleScripture"/>
        <w:jc w:val="left"/>
      </w:pPr>
      <w:r>
        <w:rPr>
          <w:rFonts w:ascii="Times New Roman" w:hAnsi="Times New Roman" w:eastAsia="Times New Roman" w:cs="Times New Roman"/>
        </w:rPr>
        <w:t>«Yàlla day ñàkk teral bu nu nanguwul wax yu mu nu yónni. Noonu, danuy bañ diwlinu wurus wi mu bëgg a tuuru ci sunu bakkan ngir mu jot ci ñi nekk ci lëndëm. Bu woote bi agsee ne: “Xool-leen, boroom seet bi ngi ñëw; génn-leen ngir daldi ko daje,” ñi jotewul diwlinu sell wi, ñi sàmmewul yiwu Kirist ci seen xol, dinañu gis, ni jigéen yu ñàkk xel ya, ne seen waajal nekkul ngir daldi daje ak seen Boroom. Amuñu ci seen bopp kàttan gu leen manal a am diwlin wi, te seen dund dafa yàqu. Waaye su ñaananee Xelum Sellu Yàlla, su nu ñaanee ak kóllëre, ni Muusaa defee ne: “Won ma sa ndam,” mbëggeelu Yàlla dina fees ci sunu xol. Jaarale ko ci tux yu wurus ya, diwlinu wurus wi dina nu jot. “Du ci doole, du ci kàttan, waaye ci sama Xel, la Boroom ug mbooloom yi wax.” Ci jote leer yu xonq yu Jàntub Njubtéef ji, doom yi Yàlla dañuy leer ni ay lamp ci àddina si.»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Benn bi Téeméer ak Juróom-Ñeent ak Benn</dc:title>
  <dc:subject>Yuuxu Guddi gi ak Boppu Yonent bu Room: Fànn yi Mujj ci Téereb Dañeel bi ñuy Ubbi</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