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Benn juróom-ñett-fukk ak juróom-ñatt gi</w:t>
      </w:r>
    </w:p>
    <w:p>
      <w:pPr>
        <w:pStyle w:val="ArticleSubtitle"/>
        <w:jc w:val="left"/>
      </w:pPr>
      <w:r>
        <w:rPr>
          <w:rFonts w:ascii="Arial" w:hAnsi="Arial" w:eastAsia="Arial" w:cs="Arial"/>
        </w:rPr>
        <w:t>Dal gu sax ci ba fàww: Almasi ci jaar-jaari waxu yonent yi ak ngëmug gëmkat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“Dégg gi Piyeer waxoon mooy fondamaa ngëmug gëmkat bi. Loolu la Kirist ci boppam wax ne mooy dund gu dul jeex.” “Dégg” googu wone na ñaari xët yu Kirist. Bu jëkk bi mooy ne Kirist bokk na ci jaar-jaari waxyu Yàlla. Màndargay àpp yu di tektal xew-xewi jaar-jaari waxyu Yàlla, dañuy tektal itam Kirist. Li mu boole ak xew-xew yooyu mooy wone sellug màndarga yu waxyu Yàlla yi, te mooy jox xelal bi tax Magg Sister White daan faral di wax ne war nañu sàmm màndarga yi, ndaxte màndarga yooyu dañuy tektal Yeesu Kirist. Màndarga bi daan tektal boppu nattu bi ci jamonoji Kirist mooyoon njulliisam, te mu méngoo ak yeneen xew-xew ci rëddoo yi sell yi, yiñ leen sësale ak wàccew màndarga bu Yàlla.</w:t>
      </w:r>
    </w:p>
    <w:p>
      <w:pPr>
        <w:pStyle w:val="ArticleBody"/>
        <w:jc w:val="left"/>
      </w:pPr>
      <w:r>
        <w:rPr>
          <w:rFonts w:ascii="Times New Roman" w:hAnsi="Times New Roman" w:eastAsia="Times New Roman" w:cs="Times New Roman"/>
        </w:rPr>
        <w:t>Ci yoonu yeesal Musaa, Yàlla wàcce na te dëkk ci yëf wu lakk wa, muy misaal bu bindkat bi di booloo ak bind bi. Ci yoonu yeesal gi nekk ci mujjeem juróom-ñaar-fukk at yi, Mikayel wàcce na ngir dooleel Siris mu jëfandikoo ndigal gu jëkk gi, te ci jamono jooju itam Daniyel soppi nañu ko mu mel ni Krist. Ci yoonu yeesal Krist, Xel Mu Sell mi wàcce na ci melow pitax ngir diwji Doomu Yàlla, muy misaal bu Yàlla booloo ak nit. Ci jaar-jaari Millerit yi, malaaka mi wàccewoon 11 Ut 1840 “du kenn ku gën a mag Yeesu Krist,” moo wàcce ak téereb tuuti bu war a lekk, te moom moo doon téereb tuuti boobu. Foofa Moo won ne booloo gi nekk diggante Yàlla ak nit mat na ci lekk ak naan yàpp ak deretu Mburu Asamaan mi.</w:t>
      </w:r>
    </w:p>
    <w:p>
      <w:pPr>
        <w:pStyle w:val="ArticleBody"/>
        <w:jc w:val="left"/>
      </w:pPr>
      <w:r>
        <w:rPr>
          <w:rFonts w:ascii="Times New Roman" w:hAnsi="Times New Roman" w:eastAsia="Times New Roman" w:cs="Times New Roman"/>
        </w:rPr>
        <w:t>Jaar-jaare bu sell ndaxte mu ngi fees ci teewug Almasi bi. Kàddug Yàlla yi wax jëf yi di ñëw ëllëg, mooy Yeesu Almasi bi, ndaxte mooy «Kàddu gi». Bu kàddu yooyu matalee ci jaar-jaare, jëf ya da ñuy tektale matug Kàddoom, te Kàddoom mooy Dëgg. Mooy Kàddu ga di joxe wax ju jiitu ci jëf yi, te itam mooy Kàddu ga di mat bu jëf ja aksee; noonu, ci njàlbéen ga ak ci mujje ga, Yeesu Almasi rekk la, ndaxte mooy Alfa ak Omega. Moo tax, ba Piyeer yéglee ne Yeesu mooy Almasi bi ak Doomu Yàlla ju dund ji, dafay jëfandikoo ab màndarga-yoon buy doon Yeesu Almasi ak ab màndarga-yoon buy yeg ci mat gu mat sëkk ci fan yu mujj yi. 11 Septàmbar 2001 moo doon mat gu mat sëkkug Almasi bi.</w:t>
      </w:r>
    </w:p>
    <w:p>
      <w:pPr>
        <w:pStyle w:val="ArticleBody"/>
        <w:jc w:val="left"/>
      </w:pPr>
      <w:r>
        <w:rPr>
          <w:rFonts w:ascii="Times New Roman" w:hAnsi="Times New Roman" w:eastAsia="Times New Roman" w:cs="Times New Roman"/>
        </w:rPr>
        <w:t>Bëgg ci mataleg gu eenug gu neexee gu 11 Septambre 2001 mooy bañ Kirist, Doom ji Yàlla ju dund ji. Dëgg googu, bi Piyeer waxee ko, mooy “fondaasioŋu ngëmug gëmkat bi,” te ci 11 Septambre 2001 Kirist daldi jiite askanam i mujj àddina dellusi ci “yoon yu mag” yi Yermiya wax, yi taxawlu ci “fondaasioŋ” yi yëngu-yëngu bataaxalu njëkk bi ak ñetteel bi ci ay malaaka. Piyeer dafa doon nagu nit ñi ñuy wax ne ñooy téeméer ak ñeent-fukk ak ñeent junni, ñi ñuy tëjkóo ci jamono ji ñeenti malaaka yi tëyee ñeenti ngelaw yi. Jamonoy tëjkóo jëfandikoo na ab waxtu waxu Yàlla wu leer, di tàmbalee ci 11 Septambre 2001 ba ci ndigalu Dibéer bu di ñëw léegi. Yeesu dafay mas a wone mujjug benn mbir ak njàlbéenam.</w:t>
      </w:r>
    </w:p>
    <w:p>
      <w:pPr>
        <w:pStyle w:val="ArticleBody"/>
        <w:jc w:val="left"/>
      </w:pPr>
      <w:r>
        <w:rPr>
          <w:rFonts w:ascii="Times New Roman" w:hAnsi="Times New Roman" w:eastAsia="Times New Roman" w:cs="Times New Roman"/>
        </w:rPr>
        <w:t>Ca njàlbéen waxtu màndargaal gi, malaaka bi ci Peeñu 18 wàcc na, ni Xel mu Sell mi wàcce woon ci sóobu Ndeyjoor ga, te malaaka boobu “du kenn ku gën a doon nit ku màgg lu dul Yeesu Kirist,” ndaxte malaaka bi wàcce woon ngir leerloo suuf si ak ndamu Moom ci jaar-jaaru Millerite bi, “du kenn ku gën a doon nit ku màgg lu dul Yeesu Kirist.” Ci yoonu dibeer bi di ñëw lu gaaw, “du kenn ku gën a doon nit ku màgg lu dul Yeesu Kirist,” dina wàcciwaat te joxe ñaareelu yëgle bi ci ñaari yëgle yi nekk ci Peeñu 18, bi Mu woowee soppi gànnaaram gi ci Bàbbiloon génn. Ci diggante jamono ji ñuy màndargaal, malaaka am na ku wàcc, ni malaaka bu ñaareel bi wàcce woon 19 Awril 1844, ca njëkk njàqare ga ci yëngu-yëngu Millerite bi.</w:t>
      </w:r>
    </w:p>
    <w:p>
      <w:pPr>
        <w:pStyle w:val="ArticleBody"/>
        <w:jc w:val="left"/>
      </w:pPr>
      <w:r>
        <w:rPr>
          <w:rFonts w:ascii="Times New Roman" w:hAnsi="Times New Roman" w:eastAsia="Times New Roman" w:cs="Times New Roman"/>
        </w:rPr>
        <w:t>Ci diggante yoon waareu ñaareel malaaka mi, ak yoon waareu ñetteel malaaka mi ci 22 Oktobar 1844, yenn malaaka yu bare yónnee nañu leen ngir yokk doole ci ñaareel malaaka mi, ba bataaxal Buuxu Gudd gi dikk. Ci waxum jaar-jaaru bind boobu bi malaakay yi agsiwoon ci taarixu Millerite, Sister White xamale na nu ne, ñi bañeee bataaxal yii, dañoo daaj Kirist ni lu wóor ni Yawut yi daajee Kirist.</w:t>
      </w:r>
    </w:p>
    <w:p>
      <w:pPr>
        <w:pStyle w:val="ArticleScripture"/>
        <w:jc w:val="left"/>
      </w:pPr>
      <w:r>
        <w:rPr>
          <w:rFonts w:ascii="Times New Roman" w:hAnsi="Times New Roman" w:eastAsia="Times New Roman" w:cs="Times New Roman"/>
        </w:rPr>
        <w:t>“Gis naa ne, ni Yawut yi daajoon nañu Yeesu ci bant ba, noonu itam ekkles ya tudde-rek ñoo daajoon nañu yooyu yégle yi; moo tax amuñu xam-xam ci yoon wi dugg ca Kóllëre ga gën a sell ga, te mënuñu a jariñoo ak rammu Yeesu fa.” Early Writings, 261.</w:t>
      </w:r>
    </w:p>
    <w:p>
      <w:pPr>
        <w:pStyle w:val="ArticleBody"/>
        <w:jc w:val="left"/>
      </w:pPr>
      <w:r>
        <w:rPr>
          <w:rFonts w:ascii="Times New Roman" w:hAnsi="Times New Roman" w:eastAsia="Times New Roman" w:cs="Times New Roman"/>
        </w:rPr>
        <w:t>Bataaxal yi malaaka yi di tegu, bu ñu leen bañee, dañuy tegu ci daajala Kirist, ndaxte moom mooy yëngu ci bataaxal yooyu ak ci seen matug jaar-jaaram ci tarihi. Ci 18 Sulet 2020, “kenn ku gëna magul Yeesu Kirist” wàcc na, te loolu màndargaale na njëkk bëgg-bañ bi ak tàmbali waxtu bi ñuy yëggante. Reye ci mbedd yi, yax yu wow yu dee ya nitam yi mujj-yi bésam waroon a yeewee ci dégg benn baat bi rekk man a delloo nit ñi ci dund.</w:t>
      </w:r>
    </w:p>
    <w:p>
      <w:pPr>
        <w:pStyle w:val="ArticleScripture"/>
        <w:jc w:val="left"/>
      </w:pPr>
      <w:r>
        <w:rPr>
          <w:rFonts w:ascii="Times New Roman" w:hAnsi="Times New Roman" w:eastAsia="Times New Roman" w:cs="Times New Roman"/>
        </w:rPr>
        <w:t>Ci dëgg, ci dëgg maa ngi leen koy wax, waxtu wi ngi ñëw, te léegi moo fi nekk, bu dee yi di dégg baatu Doomu Yàlla bi; te ñi ko dégg dinañu dund. Ndaxte ni Baay bi ame dund ci boppam, noonu itam jox na Doomu bi mu am dund ci boppam; te jox na ko itam sañ-sañu àtte, ndaxte mooy Doomu nit ki. Bu leen lii yéemu: ndaxte waxtu wi ngi ñëw, bi ñépp ñi nekk ci bàmmeel yi di dégg baatam, te dinañu génn; ñi def lu baax, ngir dekki gu jëm ci dund; waaye ñi def lu bon, ngir dekki gu jëm ci mbugël. John 5:25–29.</w:t>
      </w:r>
    </w:p>
    <w:p>
      <w:pPr>
        <w:pStyle w:val="ArticleBody"/>
        <w:jc w:val="left"/>
      </w:pPr>
      <w:r>
        <w:rPr>
          <w:rFonts w:ascii="Times New Roman" w:hAnsi="Times New Roman" w:eastAsia="Times New Roman" w:cs="Times New Roman"/>
        </w:rPr>
        <w:t>Ci weeru fan 2023, baatam gi wootee yaxu yaxu yu wowul ngir ñu dundaat, te Alfa ak Omega ba noppi delloo njàlbéenug waxtu sellaale bi, ndaxte weeru fan 2023 mooy jamonoy mujju waxtu sellaale bi. Noonu nitam yi delluñu leenaat ci yoon yu yàgg ya Yirmiya waxoon, ci fondasiyoŋi jaar-jaaru taarixu Millerite yi. Baatu fondasiyoŋ bi ci njàlbéen ak mujju Millerite yi moo doon bataaxal yi njëkk ak yi mujj ci taarixu Millerite yi, te loolu mooy “juróom-ñaari waxtu” yi ci Saraxal Levitik saar 26.</w:t>
      </w:r>
    </w:p>
    <w:p>
      <w:pPr>
        <w:pStyle w:val="ArticleBody"/>
        <w:jc w:val="left"/>
      </w:pPr>
      <w:r>
        <w:rPr>
          <w:rFonts w:ascii="Times New Roman" w:hAnsi="Times New Roman" w:eastAsia="Times New Roman" w:cs="Times New Roman"/>
        </w:rPr>
        <w:t>Ci weeru sulet 2023, nit ña mujj ya Yàlla ñi deesoon leen santaataat ngir ñu jël téere bu ndaw bi te lekk ko. Bi ñuy lekk téere bu ndaw bi, ba noppi dees na leen nattu ngir gis ndax dinañu nangu ndigal musiiba bu ñetteel bi ci Peeñu 9 (xibaar yi jóg ci penku) ak ndigal Daniel 11 (xibaar yi jóg ci bëj-gànnaar). Jéego nattu boobu di leen indi ba ci aaya 13 ba 15 ci Daniel 11, mooy Xareb Panium, mooy Sesare Filip, te mooy itam yégleb yu Guddi gi, fa ñaari mbooloo yi dégg baatam feeñee, benn mbooloo “ñi def lu baax, ngir dekki ci dundug àddina; ak ñi def lu bon, ngir dekki ci àtteb sànkute.”</w:t>
      </w:r>
    </w:p>
    <w:p>
      <w:pPr>
        <w:pStyle w:val="ArticleBody"/>
        <w:jc w:val="left"/>
      </w:pPr>
      <w:r>
        <w:rPr>
          <w:rFonts w:ascii="Times New Roman" w:hAnsi="Times New Roman" w:eastAsia="Times New Roman" w:cs="Times New Roman"/>
        </w:rPr>
        <w:t>Am na ñetti baat ci jamonoy tëj miirug ñaari téeméeri junni ak ñeent fukk ak ñeent junni, te ñoom ñépp ay baatu “du kenn ku yées Yeesu Kirist moom ci boppam.” Baat bu jëkk bi ci Peeñu 18 jolli na ba bi kër yu mag yi nekk dëkku New York daanuwee ak benn laal bu jóge ci Yàlla. Baat bu ñaareel bi mooy baatu Mikayel, malaaka mu mag mi, miy woo ñi dee génneleen ci seen bàmmeel. Baat bu ñetteel bi mooy ñaareelu baat bi ci sareetu Peeñu 18, biy woo ay gàttam yu des génn Babylone ci waxtuw “yëngu-yëngu suuf bu mag bi” bu nekk ci Peeñu 11. Matug yégle Piyeer ga mu waxe woon ci Cesarea Filib mooy bi Kirist jiite ay nitam yu mujj yi dem ci “wàll wi ci waxi Daniel te jëm ci fan yu mujj yi.”</w:t>
      </w:r>
    </w:p>
    <w:p>
      <w:pPr>
        <w:pStyle w:val="ArticleBody"/>
        <w:jc w:val="left"/>
      </w:pPr>
      <w:r>
        <w:rPr>
          <w:rFonts w:ascii="Times New Roman" w:hAnsi="Times New Roman" w:eastAsia="Times New Roman" w:cs="Times New Roman"/>
        </w:rPr>
        <w:t>Panium ci ay saa yu bees yi fukki ak ñett ba fukki ak juróom-benn ci Daniel fukki ak benn, mooy “wàll” wi ci kóllërebu Daniel bi ñu tëj te mu làq, te muy wone ndigtal bu Xasal Guddi gi. Panium mooy ndaje màkkaanu Exeter ba ñu dajale woon ci weeru Ut 1844; mooy itam jaar-jaar ju mat ci ñaareelu àlluwaay Donald Trump, te mooy yëgle gi ci sampu Yàlla di jébbal màndargam ci kanamu benn téemeer ak ñeent-fukki ak ñeent ñaar-fukki junni ñi. Bees yi nuy jàng léegi, suuf su sell lool lañu.</w:t>
      </w:r>
    </w:p>
    <w:p>
      <w:pPr>
        <w:pStyle w:val="ArticleScripture"/>
        <w:jc w:val="left"/>
      </w:pPr>
      <w:r>
        <w:rPr>
          <w:rFonts w:ascii="Times New Roman" w:hAnsi="Times New Roman" w:eastAsia="Times New Roman" w:cs="Times New Roman"/>
        </w:rPr>
        <w:t>“Dëgg gi Piyeer wax woon moo di fondamaŋu ngëmug gëmkat bi. Moo di li Kirist moom ci boppam wax ne moo di dund gu dul jeex. Waaye am xam-xam boobu nekkoonul sabab ngir màggal boppam. Du ci dara ndax ay xelam walla ay yiwameem te feeñaloon na ko Piyeer. Mbind mi du man, ci boppam rekk, jot ci xam-xamu Yàlla. ‘Moo kawe asamaan; lan nga man a def? moo gëna xóot safara; lan nga man a xam?’ Job 11:8. Xel mu sell mi joxe nuy doomu Yàlla rekk moo man a feeñalal nu xóot-xóotu Yàlla yi, yi ‘bët gisul, noppi déggul, te duggul sax ci xolum nit.’ ‘Waaye Yàlla feeñal na nu ko jaarale ko ci Xelam: ndaxte Xel mi dafa seet lépp, ba ci xóot-xóotu Yàlla yi sax.’ 1 Korent 2:9, 10. ‘Kumpag Boroom bi ànd na ak ñi koy ragal;’ te li Piyeer xàmmi ndamu Kirist mooy firnde ne ‘Yàlla jàngal na ko.’ Sabóor 25:14; Yowaana 6:45. Ée, dëgg-dëgg, ‘ku barkeel nga, Simoŋ Bar-Yona: ndaxte suux ak deret feeñalaluñu la ko.’”</w:t>
      </w:r>
    </w:p>
    <w:p>
      <w:pPr>
        <w:pStyle w:val="ArticleScripture"/>
        <w:jc w:val="left"/>
      </w:pPr>
      <w:r>
        <w:rPr>
          <w:rFonts w:ascii="Times New Roman" w:hAnsi="Times New Roman" w:eastAsia="Times New Roman" w:cs="Times New Roman"/>
        </w:rPr>
        <w:t>“Yeesu yokk na ne: ‘Maa ngi la wax it ne, yow yaa di Piyeer, te ci xeer wii laa tabax sama mbooloo; te bunt yi dëkku safara duñu ko man a not.’ Kàddu gi Piyeer dafay tekki xeer,—ab xeer buy wër. Piyeer du woon xeer wiñu sos mbooloo mi ci kawam. Bunt yi dëkku safara daal nañu ko ba mu weddi Boroomam ak rëcc ak giñ. Mbooloo mi tabaxees na ci Ken ku bunt yi dëkku safara mënuñu woon a daal.” The Desire of Ages, 413</w:t>
      </w:r>
    </w:p>
    <w:p>
      <w:pPr>
        <w:pStyle w:val="ArticleBody"/>
        <w:jc w:val="left"/>
      </w:pPr>
      <w:r>
        <w:rPr>
          <w:rFonts w:ascii="Times New Roman" w:hAnsi="Times New Roman" w:eastAsia="Times New Roman" w:cs="Times New Roman"/>
        </w:rPr>
        <w:t>Bataaxal bi Kirist doonoon a jottali ay taalibeem ca Caesarea Philippi mooy te nekk bataaxalu Yuuxu Guddi gi, te dees na ko tabax ci biir wàllu xarebu xel bu nekk diggante yàlla Gereg bi ñuy wax Pan, kooka kërëm di “bunt yi safara si,” ak ñaari geñu ndàŋ yi aju ci rab su suuf si. Makkabey yi dañoo doon nit ñi Yàlla teppe woon ci ndàŋ, ñoom ñi doon wax ne ñooy aarukat mbooloom Yàlla, ndaxte dañoo doon xeex diiney Gereg yi. Dañoo doon wax seen bopp ne ñooy kilifay diine ak kilifay nguur itam. Ñoom dañuy tegu ci protestantism bu teppewul bi ci ñaari kàccoor yoo daldi daanu, yoo xam ne, ak nguurug Etats-Unis, ñoo ngi fi taxawal nataalu rab wi tey, te ñoo ngi xeex diine ju globalist yi, mooy woke-ism ak Yaay Suuf. Ñaari geñu yu teppe yi dañuy not seen njàmbaar ci seen xeex ak mboolem element yu diine ak yu politig yu globalism, te ci benn jamono boobu itam geñu protestant bu dëgg bi ñu ngi koy setal ci dindi desit yu mujj ya ca jigéen yu ñàkk xel ya, lu jiitu ngir yékkati ko muy mandarga ci “yëngu-yëngu suuf bu mag bi” bu yoonu Dibeer bu di ñëw léegi.</w:t>
      </w:r>
    </w:p>
    <w:p>
      <w:pPr>
        <w:pStyle w:val="ArticleBody"/>
        <w:jc w:val="left"/>
      </w:pPr>
      <w:r>
        <w:rPr>
          <w:rFonts w:ascii="Times New Roman" w:hAnsi="Times New Roman" w:eastAsia="Times New Roman" w:cs="Times New Roman"/>
        </w:rPr>
        <w:t>Xaaj bu ci kàddug yonent yi nekk ci téereb Daniel te jëm ci fan yu mujj yi, te mooy itam Peeñug Yeesu Kirist, te mooy yégleb Yuuxu Diggante Guddi, ñu ubbi na ko Gayndeg gi jóge ci giir Yuda ca Caesarea Philippi, moom mi di Panium. Ñu ubbi na ko ci diggante xare bi nekk diggante rab wu weddi Yàlla, bi jóge ci xóot bu dul jeex, ak wàll wi tudd Réew-piblikanism, wi tambalee yëngal rab woowu ci atum 2015, te itam di ko diir ci wàll wu dëggu waareb Protestantisam, wi léegi dekkaluwat na ngir nekk mbooloo mu réy te am doole.</w:t>
      </w:r>
    </w:p>
    <w:p>
      <w:pPr>
        <w:pStyle w:val="ArticleBody"/>
        <w:jc w:val="left"/>
      </w:pPr>
      <w:r>
        <w:rPr>
          <w:rFonts w:ascii="Times New Roman" w:hAnsi="Times New Roman" w:eastAsia="Times New Roman" w:cs="Times New Roman"/>
        </w:rPr>
        <w:t>Dëgg gi Piyeer waxoon, mooy mandargay 11 Sàttumbar 2001, te itam ne Almasi bi mooy Doomu Yàlla ju Dund ji. Dëgg gi ci li ñuy tekki ci ne Yeesu mooy Doomu Yàlla, mooy dëgg ju nattu ni ko wóor ne laaj bi doon ne Yeesu mooy Almasi bi walla déedéet, ci jamonoy Piyeer. Yégle gi ne Yeesu mooy Doomu Yàlla, dafay teewal lépp luñu feeñaloon ci kan mooy Doom ji. Du teewal rekk ne moom mooy Doomu Yàlla, waaye itam ne moom mooy doomu nit ki. Mooy dëggu ñëwalug ndamarlu Yàlla ci nit, te loolu mooy liggéey bi sax ci waxtuw tàmmeb ñaar-fukk ak ñeent junni. Dëggu “ñëwalug ndamarlu Yàlla ci nit,” mooy dëgg gi ca mujja ga, gi ñu misaaloon ak dëggu “Bésub Noflaay” ca tàmbali ga.</w:t>
      </w:r>
    </w:p>
    <w:p>
      <w:pPr>
        <w:pStyle w:val="ArticleBody"/>
        <w:jc w:val="left"/>
      </w:pPr>
      <w:r>
        <w:rPr>
          <w:rFonts w:ascii="Times New Roman" w:hAnsi="Times New Roman" w:eastAsia="Times New Roman" w:cs="Times New Roman"/>
        </w:rPr>
        <w:t>22 Oktoobar 1844 mooy taxawal ngir dikkub malaaka bu ñatteel bi. Bu malaaka agsee, dëgg gu am solo te méngook jamono ji nga xam ne ci moom lañuy ubbi dëgg gi, Lew bu cosaano Yuda moo ko ubbi; te dëgg googu di teg nattu ci kaw xeetu nit ñi ci jamono ji nga xam ne ci moom lañu ko ubbee. Ci 22 Oktoobar 1844 lañu feeñal dëgg yi jëm ci liggéeyu Almasi bi, moom mi dikkoon ci yéemu bu gaaw ca kër Yàlla ga mu sampoon biir ñeent-fukk ak juróom-benn at yu jóge 1798 ba 1844. Liggéeyu àtteb Almasi, yoonu Yàlla, wéranteem ni Saraxalekat bu Mag bi, mbirum màrku rab wi ak téj gi ñuy teg ci téeméer ak ñeent-fukk ak ñeent-junni ñi, lépp a ngi ubbiwóon. Ñu wonoon Sœur White ne ci biir dëgg yooyu, am na benn dëgg gu Alpha ak Omega tëraloon ci leer gu xëcc.</w:t>
      </w:r>
    </w:p>
    <w:p>
      <w:pPr>
        <w:pStyle w:val="ArticleScripture"/>
        <w:jc w:val="left"/>
      </w:pPr>
      <w:r>
        <w:rPr>
          <w:rFonts w:ascii="Times New Roman" w:hAnsi="Times New Roman" w:eastAsia="Times New Roman" w:cs="Times New Roman"/>
        </w:rPr>
        <w:t>«Yéemu naa bu ba ma xool ndigël bu ñeenteel bi ci digg bi sax ci fukki ndigël ya, ak leer gu lewet wu ko wër. Malaaka mi wax ne: “Moom rekk moo di benn bi ci fukki ndigël yi te mooy firndeel Yàlla ju dund ji bind asamaan yi ak suuf si ak lépp lu nekk ci seen biir. Ba ñu sampée fondemaŋi suuf si, booba lañu samp itam fondemaŋu Sabaa bi.”» Testimonies, volim 1, 75.</w:t>
      </w:r>
    </w:p>
    <w:p>
      <w:pPr>
        <w:pStyle w:val="ArticleBody"/>
        <w:jc w:val="left"/>
      </w:pPr>
      <w:r>
        <w:rPr>
          <w:rFonts w:ascii="Times New Roman" w:hAnsi="Times New Roman" w:eastAsia="Times New Roman" w:cs="Times New Roman"/>
        </w:rPr>
        <w:t>Waxtu tëjukaay gi ci ñaar-fukki junni ak ñeent téeméer ak ñeent-fukk ak ñeent ñaar (144,000) agsi woon na, waaye dafa waroon a yàgg ndax moytu gi amoon ci atum 1863. Ci 11i Sàttumbar 2001, xayma bi tambali na, ba Kirist, miñu tegtal ni malaaka bu am doole bi ci Peeñu ga 18, wàcce ak téere bu nëbbu ci loxoom, bi askanu Yàlla ci fan yu mujj yi waroon a lekk. Alfa ak Omega dafa mas a fésal mujj gi jaarale ko ci njàlbéen gi; noonu itam ci fan yu mujj yi, amoon na beneen dëgg bi ñu tegwoon ci leer gu bees, te moo doonoon dëgg gi jëm ci Sabaa, gi ñu fésaloon ci biir yeneen yoon yi, ba noppi ci bi Kirist jëkka jéem a tëjukaay ñaar-fukki junni ak ñeent téeméer ak ñeent-fukk ak ñeent ñaar (144,000).</w:t>
      </w:r>
    </w:p>
    <w:p>
      <w:pPr>
        <w:pStyle w:val="ArticleScripture"/>
        <w:jc w:val="left"/>
      </w:pPr>
      <w:r>
        <w:rPr>
          <w:rFonts w:ascii="Times New Roman" w:hAnsi="Times New Roman" w:eastAsia="Times New Roman" w:cs="Times New Roman"/>
        </w:rPr>
        <w:t>“Waxtu wi jot na ngir Daniel taxaw ci wàllam. Waxtu wi jot na ngir leer gi ñu ko may woon dem ci àddina si ni ko masul a deme woon ba noppi. Su fekkee ne ñi Boroom bi defal lu bare dinañu dox ci leer gi, seen xam-xamu Kirist ak waxi kàddu yu yonent yi jëm ci moom dina yokku lool, bu ñuy jege njeexital jaar-jaaru suuf si.</w:t>
      </w:r>
    </w:p>
    <w:p>
      <w:pPr>
        <w:pStyle w:val="ArticleScripture"/>
        <w:jc w:val="left"/>
      </w:pPr>
      <w:r>
        <w:rPr>
          <w:rFonts w:ascii="Times New Roman" w:hAnsi="Times New Roman" w:eastAsia="Times New Roman" w:cs="Times New Roman"/>
        </w:rPr>
        <w:t>«Ñi bokk ak Yàlla, dañuy dox ci leeru Jantub Njubte gi. Duñu toroxal seen Aji Fàjjikat bi ci yàq seen yoon ci kanam Yàlla. Leeru asamaan di leen leer. Am nañu njariñ ju dul jeex ci bët Yàlla, ndaxte benn lañu ak Kirist. Ci ñoom, kàddug Yàlla dafa am taar ak rafet gu ëpp solo lool. Gis nañu soloom. Dëgg bi ñu leen koy ubbi. Jàngale mbirum soloo nit ak Yàlla ci Kirist mi dafay soloo ci leer gu nooy. Gis nañu ne Mbind mi mooy caabi gi di ubbi bépp kumpa te di saafara bépp jafe-jafe. Ñi bañoon a nangu leer te dox ci leer, duñu man a xam kumpag ragal Yàlla; waaye ñi yéexul woon a yékkati bant bi te topp Yeesu, dinañu gis leer ci leeru Yàlla.» Manuscript Releases, limu 21, 406, 407.</w:t>
      </w:r>
    </w:p>
    <w:p>
      <w:pPr>
        <w:pStyle w:val="ArticleBody"/>
        <w:jc w:val="left"/>
      </w:pPr>
      <w:r>
        <w:rPr>
          <w:rFonts w:ascii="Times New Roman" w:hAnsi="Times New Roman" w:eastAsia="Times New Roman" w:cs="Times New Roman"/>
        </w:rPr>
        <w:t>Njàngale jëmm ci yoonu nit-juddug Yàlla mooy dëgg bi ne, Yàlla ak nit buñu booloo, du bàkkaar; te màndarga ñi jot ci xew-xewu boobu ci fan yu mujj yi mooy Bésub Noflaay.</w:t>
      </w:r>
    </w:p>
    <w:p>
      <w:pPr>
        <w:pStyle w:val="ArticleScripture"/>
        <w:jc w:val="left"/>
      </w:pPr>
      <w:r>
        <w:rPr>
          <w:rFonts w:ascii="Times New Roman" w:hAnsi="Times New Roman" w:eastAsia="Times New Roman" w:cs="Times New Roman"/>
        </w:rPr>
        <w:t>Te yokk naa leen sama bésu noflaay yi, ngir mu doon tektal ci sama diggante ak ñoom, ngir ñu xam ne man maa di Aji-Sax ji leen sellal. Ezekiel 20:12.</w:t>
      </w:r>
    </w:p>
    <w:p>
      <w:pPr>
        <w:pStyle w:val="ArticleBody"/>
        <w:jc w:val="left"/>
      </w:pPr>
      <w:r>
        <w:rPr>
          <w:rFonts w:ascii="Times New Roman" w:hAnsi="Times New Roman" w:eastAsia="Times New Roman" w:cs="Times New Roman"/>
        </w:rPr>
        <w:t>Ñaari junni ak ñeent fukk ak ñeent junni ñaar-fukk ak ñeent biñ tëj moom lañu tëj ba fàww, te yoonu tëj googu mooy wone ab gàttal waxtu ci mujju yoonu tëj ga, lu jiitu ndigal alxamesu-dibéer bi tuuti, ba mu nekk sañ-sañu bàyyi màndarga ga ci seen kaw. Ci googu gàttal waxtu, Yàllaay ak nit ñooy booloo benn, ba fàww.</w:t>
      </w:r>
    </w:p>
    <w:p>
      <w:pPr>
        <w:pStyle w:val="ArticleScripture"/>
        <w:jc w:val="left"/>
      </w:pPr>
      <w:r>
        <w:rPr>
          <w:rFonts w:ascii="Times New Roman" w:hAnsi="Times New Roman" w:eastAsia="Times New Roman" w:cs="Times New Roman"/>
        </w:rPr>
        <w:t>“Lan ngeen di def, yéen bokk yi, ci mag gu réy gu waajal bi? Ñi di boole seen bopp ak àddina, dañuy jot nattub àddina te di waajal ngir màndargay rab wi. Ñi dul wóolu seen bopp, ñi di suufeel seen bopp kanam Yàlla, te di sellal seen ruu ci topp dëgg gi, ñoom ñoo di jot nattub asamaan te di waajal ngir sëllu Yàlla ci seen jë. Bu ndigal li génnee, te màndarga ma daldi tàmbaliñ ci ñoom, seen jikko dina des set te amul benn tuuma ba fàww.”</w:t>
      </w:r>
    </w:p>
    <w:p>
      <w:pPr>
        <w:pStyle w:val="ArticleScripture"/>
        <w:jc w:val="left"/>
      </w:pPr>
      <w:r>
        <w:rPr>
          <w:rFonts w:ascii="Times New Roman" w:hAnsi="Times New Roman" w:eastAsia="Times New Roman" w:cs="Times New Roman"/>
        </w:rPr>
        <w:t>“Léegi mooy waxtu waajal. Séllub Yàlla duñu ko teg mukk ci kanamu góor walla jigéen ju setul. Duñu ko teg mukk ci kanamu góor walla jigéen ju bëgg a yékkati boppam te sopp adina. Duñu ko teg mukk ci kanamu góor ak jigéen ñi ay làmmiñu fen lañu am mbaa xol yu nax. Ñépp ñi di jot séll bi, war nañu nekk ñu amul benn tuxte ci kanam Yàlla—way-jébbalu asamaan yi. Demleen jëm kanam, samay bokk yu góor ak yu jigéen. Man, léegi, mënuma bind lu bare ci mbir yii; dama leen di fàttali rekk soxlawu waajal gi. Seetleen Mbind mi ngir seen bopp, ngir ngeen man a xam njàqare ak téey gu taru waxtu wi nu nekk.” Testimonies, volume 5, 216.</w:t>
      </w:r>
    </w:p>
    <w:p>
      <w:pPr>
        <w:pStyle w:val="ArticleBody"/>
        <w:jc w:val="left"/>
      </w:pPr>
      <w:r>
        <w:rPr>
          <w:rFonts w:ascii="Times New Roman" w:hAnsi="Times New Roman" w:eastAsia="Times New Roman" w:cs="Times New Roman"/>
        </w:rPr>
        <w:t>Waxtu bind bi jiitu woon nax màndargaa bi dañuy móol ko ci yoonu Dibeer bi, waaye loolu du noonu. Sœur White wax na leer ne yoonu Dibeer bi mooy jafe-jafe ju mag, te itam mu jàngale na leer ne xarakter buy feeñ ci jafe-jafe la, waaye du ci jafe-jafe lañuy ko sos. Màndargaa bi dañuy móol ko ci yoonu Dibeer bi ci tekkiinu ne foofa la doon feeñ, ndaxte ñi amoon booba màndargaa bi dees leen yékkati ni ràkkaay. Màndargaa bi dañuy móol ko ci ab diir bu gàtt, tuuti bala waxtu jege ba noppi, te ñeel ñi sàmm Bésub Noflaay bi, waxtu jege ba noppi ci yoonu Dibeer bi la. Tàmbali nañu téj gi ci 11 Septembre 2001, te kenn jotuloon booba màndargaa Yàlla, ndaxte ni ko misaalalé ci diiru waxtu wi topp 22 Octobre 1844, waroon na njëkk am ab prosesu nattu.</w:t>
      </w:r>
    </w:p>
    <w:p>
      <w:pPr>
        <w:pStyle w:val="ArticleBody"/>
        <w:jc w:val="left"/>
      </w:pPr>
      <w:r>
        <w:rPr>
          <w:rFonts w:ascii="Times New Roman" w:hAnsi="Times New Roman" w:eastAsia="Times New Roman" w:cs="Times New Roman"/>
        </w:rPr>
        <w:t>Ci bépp yépp ci yëngu-yëngu reform bu nekk, bu màndargaalu Yàlla wàcce ngir dooleel yëgle yiñ ubbee woon ci jamono ju mujj ji, ab nattu tàmbali na. Bi Mikael wàcce ngir dooleel Sirus ngir mu jëm kanam ak ndigël bu jëkk ba, Yawut ya dañoo leen nattu woon ci mbirum ndax dinañu génn kër ga ñu dëkkoon ca juróom-ñaar-fukk at yu weesu ya, te dellu ca dëkk ba ñu yàqoon ngir tabaxaat ko. Bi Xel mu Sell mi wàcce ci sóobu Kirist, Yawut ya dañoo leen nattu woon ci mbirum Almasi bi. Bi malaaka bu am doole bu Révélation fukk wàcce ci 11 Ut 1840, maas gi dañoo ko nattu woon ci ndax dinañu lekk téere bu tuuti ba, ak lépp lu téere bu tuuti boobu doon tegtal.</w:t>
      </w:r>
    </w:p>
    <w:p>
      <w:pPr>
        <w:pStyle w:val="ArticleBody"/>
        <w:jc w:val="left"/>
      </w:pPr>
      <w:r>
        <w:rPr>
          <w:rFonts w:ascii="Times New Roman" w:hAnsi="Times New Roman" w:eastAsia="Times New Roman" w:cs="Times New Roman"/>
        </w:rPr>
        <w:t>Ab sàkku nattu gi tàmbalee ci 11 ut Àwgusti 1840, te loolu jur ñaari xeetu way-jaamu; te xeetu bi topp Ndam mi ba ca Bérab bu Gën a Sell ba, dañoo doon a nekk ay takku ci ñi ñuy bokkale ci téeméer ak ñeent-fukk ak ñeent-junni. Nattu mujj gi ñeel maas googu, ñi lajj ci ab sàkku nattu googu, tàmbalee na ak ñëwum leer gu gën a yaatu ci “juróom-ñaari yoon yi,” yi nekk ci Lewitik 26. Li dale 1856 ba 1863, yégleb Laodise moo màndargaale ab jamono bu mujj ci biir jamono ji tàmbalee ak ñëwum malaaka bu ñetteel bi ci 22 Oktoobar 1844. Jamono jooju dafa am ndawtal ci aaya 13 ba 15 yi ci Daniel saar 11.</w:t>
      </w:r>
    </w:p>
    <w:p>
      <w:pPr>
        <w:pStyle w:val="ArticleBody"/>
        <w:jc w:val="left"/>
      </w:pPr>
      <w:r>
        <w:rPr>
          <w:rFonts w:ascii="Times New Roman" w:hAnsi="Times New Roman" w:eastAsia="Times New Roman" w:cs="Times New Roman"/>
        </w:rPr>
        <w:t>Dina yokk naat ci lii ci ginnaaw ci beneen mbind.</w:t>
      </w:r>
    </w:p>
    <w:p>
      <w:pPr>
        <w:pStyle w:val="ArticleScripture"/>
        <w:jc w:val="left"/>
      </w:pPr>
      <w:r>
        <w:rPr>
          <w:rFonts w:ascii="Times New Roman" w:hAnsi="Times New Roman" w:eastAsia="Times New Roman" w:cs="Times New Roman"/>
        </w:rPr>
        <w:t>“‘Ci njàlbéen ba, Kàddu ga amoon na; te Kàddu ga nekkoon na ak Yàlla; te Kàddu ga mooy Yàlla. Moom moo nekkoon ak Yàlla ci njàlbéen ba. Lépp lu ñu bind, ci moom lañu ko defe; te li ñu bind lépp, amul benn dara lu ñu deful ci moom. Ci moom la dund gi nekkoon; te dund gi moo doon leeru nit ñi. Leer ga di leer ci lëndëm gi; te lëndëm gi manul koo xam.’ ‘Te Kàddu ga doon na yaram, te dëkk ci sunu biir, (te gis nanu ndamam, ndam la bu mel ni bu Doom ji kenn rekk jur ci Baay bi,) fees dell ak yiw ak dëgg’ (John 1:1–5, 14).”</w:t>
      </w:r>
    </w:p>
    <w:p>
      <w:pPr>
        <w:pStyle w:val="ArticleScripture"/>
        <w:jc w:val="left"/>
      </w:pPr>
      <w:r>
        <w:rPr>
          <w:rFonts w:ascii="Times New Roman" w:hAnsi="Times New Roman" w:eastAsia="Times New Roman" w:cs="Times New Roman"/>
        </w:rPr>
        <w:t>“Bindub kàddu bii dafay leeral melokaan ak solo liggéeyu Kirist. Ni ku xam bu baax mbiram, Yowaana jox na Kirist bépp kàttan, te wax na ci Réyam ak màggam. Mu fésal lépp leer gu sell, gu am solo, ni leer gu jóge ci jant bi. Mu wone Kirist ne moom rekk mooy Ki Dajeeloo bi diggante Yàlla ak nit ñi.</w:t>
      </w:r>
    </w:p>
    <w:p>
      <w:pPr>
        <w:pStyle w:val="ArticleScripture"/>
        <w:jc w:val="left"/>
      </w:pPr>
      <w:r>
        <w:rPr>
          <w:rFonts w:ascii="Times New Roman" w:hAnsi="Times New Roman" w:eastAsia="Times New Roman" w:cs="Times New Roman"/>
        </w:rPr>
        <w:t>“Jàngale yeesu Kirist ci yaram nit mooy kumpa, ‘jëm ci kumpa ga nga xam ne nëbb na ko lu yàgg te ci maas yi ak ci xeetu nit ñi’ (Colossians 1:26). Mooy kumpa gu mag te xóot gu màggal Yàlla. ‘Kàddu ga nekk na yaram, daldi dëkk ci sunu biir’ (John 1:14). Kirist jël na ci boppam nature nit, nature wu suufe ci natureem bu asamaan. Amul dara lu gëna won wone wonte gu yéeme gu Yàlla ni loolu. Moom ‘dafa bëgg adina ba joxe Doomam ju am kenn du ko bokk’ (John 3:16). Yowaana wone na mbir mii kuy yéemu ak yomb gu mel ni xam-xam ba ñépp man a dégg xalaat yi ñu wax, te leeral seen xel.”</w:t>
      </w:r>
    </w:p>
    <w:p>
      <w:pPr>
        <w:pStyle w:val="ArticleScripture"/>
        <w:jc w:val="left"/>
      </w:pPr>
      <w:r>
        <w:rPr>
          <w:rFonts w:ascii="Times New Roman" w:hAnsi="Times New Roman" w:eastAsia="Times New Roman" w:cs="Times New Roman"/>
        </w:rPr>
        <w:t>“Kirist du dafa doon ne nit ku nit mbooloom nit; waaye moom dafa ko jëfandikoo dëgg. Ci dëgg-dëgg, moom amoon na mbooloom nit. ‘Ndaxte xale yi bokk nañu ci yaram ak deret, moom itam ci ni mel noonu bokk na ci ñoom’ (Hebrews 2:14). Moom doon na doomu Mary; ci jëm ci cosaanu nit, moom bokkoon na ci askanu Daawuda. Yéglees na ne mooy nit, mooy Kat Kiirist Yeesu. ‘Nit kii,’ la Pool bind, ‘ñu xeeb ko ne yelloow na ndam lu gën a mag ndamu Muuse, ndaxte ki tabax kër gi moo yelloo teral lu gën a mag teralu kër gi’ (Hebrews 3:3).”</w:t>
      </w:r>
    </w:p>
    <w:p>
      <w:pPr>
        <w:pStyle w:val="ArticleScripture"/>
        <w:jc w:val="left"/>
      </w:pPr>
      <w:r>
        <w:rPr>
          <w:rFonts w:ascii="Times New Roman" w:hAnsi="Times New Roman" w:eastAsia="Times New Roman" w:cs="Times New Roman"/>
        </w:rPr>
        <w:t>“Waaye baat Yàlla bi buy wax ci nitug Kirist bi bi Mu nekkee ci suuf si, moom itam dafay wax bu leer te dëgg ci mbirum nekkam lu jiitu ndawam. Baat bi nekkoon nit ku sell, ni Doom ju beesu Yàlla ji dul jeex, ci booloo ak bennug xel ak Baayam. Li dale ca njàlbéen ga, Moom moo doon Dimbalikatug kóllëre gi, ki xeeti suuf yépp, Yawut ak ñi dul Yawut, bu ñu ko nanguwoon, waroon nañu barkeel ci Moom. ‘Baat bi nekkoon ak Yàlla, te Baat bi nekkoon Yàlla’ (Yowaana 1:1). Bala nit ñi mbaa malaaka yi sàkk, Baat bi nekkoon ak Yàlla, te nekkoon Yàlla.”</w:t>
      </w:r>
    </w:p>
    <w:p>
      <w:pPr>
        <w:pStyle w:val="ArticleScripture"/>
        <w:jc w:val="left"/>
      </w:pPr>
      <w:r>
        <w:rPr>
          <w:rFonts w:ascii="Times New Roman" w:hAnsi="Times New Roman" w:eastAsia="Times New Roman" w:cs="Times New Roman"/>
        </w:rPr>
        <w:t>“Bind bi moom lañ ko sàkk, te ‘du dara juñu sàkk te du ko moom’ (Yowaana 1:3). Bu fekkee Kirist moo sàkk yépp mbir, kon moom nekkoon na lu jiitu lépp. Kàddu yi waxees ci mbir mii am nañu njànga gu wóor ba tax kenn warul des ci sikki-sàkka. Kirist nekkoon Yàlla ci dundam bu dëgg, te ci kàttan gu gën a kawe. Moom nekkoon ak Yàlla lu dale ca fàww ba, di Yàlla ci kaw lépp, ku barkeel ba fàww.”</w:t>
      </w:r>
    </w:p>
    <w:p>
      <w:pPr>
        <w:pStyle w:val="ArticleScripture"/>
        <w:jc w:val="left"/>
      </w:pPr>
      <w:r>
        <w:rPr>
          <w:rFonts w:ascii="Times New Roman" w:hAnsi="Times New Roman" w:eastAsia="Times New Roman" w:cs="Times New Roman"/>
        </w:rPr>
        <w:t>“Boroom bi Yeesu Kirist, Doom ju Sellu Yàlla ji, nekkoon na lu dale ca bépp ba fàww, nit ku wuutu, waaye benn ak Baay bi. Moo doon ndam lu gën a màgg ci asamaan. Moo doon njiitu xel yu asamaan yi, te màggal gu suufeeji malaaka yi dañuy jébbal, moom lañu ko nangu woon ni mbiramam. Loolu nekkul woon jàpp ci Yàlla dara ci lu dul ay. ‘Boroom bi am na ma ca njàlbéenu yoonam ba,’ la wax, ‘bala muy def ay jëfam yu yàgg ya. Ñu samp na ma dale ca bépp ba fàww, ca njàlbéen ga, bala suuf sosu. Ba xóot ya nekkuñu woon, feeñ na; ba bëti ndox yu bare ya nekkuñu woon. Bala tund yi dëgëralu, bala tundu yi, feeñ na; bi muy defagul suuf si, mbaa tool yi, mbaa suuf su gën a kawe ci àddina. Bi mu waajaloon asamaan yi, ma nga fa woon; bi mu teggee mbooloo ci kow kanamu xóot gi’ (Kàddu yu Xelu 8:22–27).”</w:t>
      </w:r>
    </w:p>
    <w:p>
      <w:pPr>
        <w:pStyle w:val="ArticleScripture"/>
        <w:jc w:val="left"/>
      </w:pPr>
      <w:r>
        <w:rPr>
          <w:rFonts w:ascii="Times New Roman" w:hAnsi="Times New Roman" w:eastAsia="Times New Roman" w:cs="Times New Roman"/>
        </w:rPr>
        <w:t>“Am na leer ak ndam ci dëgg bi ne, Krist mooy benn ak Baay bi laata àddina sàs. Loolu mooy leer gi di fenk ci bérab bu lëndëm, di ko feesal ak ndam gu sell, gu cosaan. Dëgg boobu, bi ci boppam di lu ëpp solo te kumpa yu dul jeex, mooy leeral yeneen dëgg yu kumpa te su dul moom duñu man a xeexle; waaye moom mi ngi tënk ci leer gu kenn du man a jege, te kenn du ko man a xam bu baax.” Selected Messages, book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Benn juróom-ñett-fukk ak juróom-ñatt gi</dc:title>
  <dc:subject>Dal gu sax ci ba fàww: Almasi ci jaar-jaari waxu yonent yi ak ngëmug gëmkat bi</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