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Téerebu Danyeel — Téeméeri juroom-ñaareel ak ñeent-fukki ñeent bi</w:t>
      </w:r>
    </w:p>
    <w:p>
      <w:pPr>
        <w:pStyle w:val="ArticleSubtitle"/>
        <w:jc w:val="left"/>
      </w:pPr>
      <w:r>
        <w:rPr>
          <w:rFonts w:ascii="Arial" w:hAnsi="Arial" w:eastAsia="Arial" w:cs="Arial"/>
        </w:rPr>
        <w:t>Bésub Noppalu ak Jëmm ci Yaram: Doole yu mag yu Tëjukaayu Seellëlu Millerit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Nattu mujj gu mujjugat yi, ñi xàddiwoon ci jéemantu natt gi, tàmbalee na ci atum 1856, ba leer gu gën a yokku dikk ci “juróom-ñaari yoon yi” yu Leviticus 26. Dale ci 1856 ba 1863, yégleb Laodicee gi màndargaal na beneen waxtu bu mujj ci biir jamono ji tàmbalee ak dikkug malaaka bu ñetteel bi ci 22 Oktoobar 1844. Jamono jooju mooy li aaya 13 ba 15 yu Daniel saar 11 di tegtal.</w:t>
      </w:r>
    </w:p>
    <w:p>
      <w:pPr>
        <w:pStyle w:val="ArticleBody"/>
        <w:jc w:val="left"/>
      </w:pPr>
      <w:r>
        <w:rPr>
          <w:rFonts w:ascii="Times New Roman" w:hAnsi="Times New Roman" w:eastAsia="Times New Roman" w:cs="Times New Roman"/>
        </w:rPr>
        <w:t>Waxtu jooloju feeñ na du ci ay kàddu yooyu rekk, waaye itam ci taariix bi matale woon kàddu yooyu, ak itam ci seede ju aju ci suuf, maanaam Panium, mi di itam Caesarea Philippi. Christ seetoon na Caesarea Philippi ci xelam, lu jiitu jàkkal bépp ci bant ba, te bant ba dafay tegtal yoonu Dibéeri, moom miñu tegtale ak aaya fukki ak juróom-benn. Ci 22 Oktoobar 1844, Gaynde gi cosaanu Yuda won na njàngalu Bésub Noflaay gi ci leer gu xëy. Gannaaw jeexital jéemantu woowu, Mu indi yokkute xam-xam ci kaw “juróom-ñaari yoon,” te “juróom-ñaari yoon” yi nekk ci Levitikus ñaar-fukk ak juróom-benn, njàngalub Bésub Noflaay la. Sàrtu Bésub Noflaay bi aju ci suuf si noppalu mooy mbooloom ak sàrtu Bésub Noflaay bi aju ci nit ñi noppalu. Kóllëre waxtu wu ñaari junni ak juróom-ñent-fukk at ak ñaari junni ak ñetti téeméeri at, ñoom ñaar ñépp, jeex nañu ci 22 Oktoobar 1844.</w:t>
      </w:r>
    </w:p>
    <w:p>
      <w:pPr>
        <w:pStyle w:val="ArticleBody"/>
        <w:jc w:val="left"/>
      </w:pPr>
      <w:r>
        <w:rPr>
          <w:rFonts w:ascii="Times New Roman" w:hAnsi="Times New Roman" w:eastAsia="Times New Roman" w:cs="Times New Roman"/>
        </w:rPr>
        <w:t>Wàllu mujj gu mujj gu jéem, dale ci atum 1856 ba 1863, dafa doon njàngat bu gën ci Mbisub Noflaay bi, mi ñu teg woon ci leer gu bees ca njàlbéenu jëfandikoo bu taŋal ak jéem ba. Jaar-jaaru nettali bi ñuy feeñal ci matug sarax yi fukki ñett ba fukki juróom ci Daniel fukki benn, mooy jamono jéem bi ñuy ci samp xeetu Yàlla ba fàww ci kaw téeméeri ñeent-fukk ak ñeent-fukki junni ñaar. Ci jaar-jaaru boobu, ñaari bant yi ci Ezekiel dañuy booloo. Booloo gu ñaari bant yooyu dafa firi boole gu Yàlla ak nit, te njàngale mi gën a leer ci leer gu bees ci jaar-jaaru boobu mooy njàngaleb nekk-nitug Kirist.</w:t>
      </w:r>
    </w:p>
    <w:p>
      <w:pPr>
        <w:pStyle w:val="ArticleBody"/>
        <w:jc w:val="left"/>
      </w:pPr>
      <w:r>
        <w:rPr>
          <w:rFonts w:ascii="Times New Roman" w:hAnsi="Times New Roman" w:eastAsia="Times New Roman" w:cs="Times New Roman"/>
        </w:rPr>
        <w:t>Moo tax, ba Piyeer waxee ne Kirist mooy Doomu Yàlla ci Seesaree Filiib, dafa nangoo woon ne Kirist, ci li muy Doomu Yàlla, day tektale woon ñaari jikkoom yi: ne mooy Doomu Yàlla bu sell bi, mi soloon boppam yaramu nit, te ci loolu la doon Doomu nit.</w:t>
      </w:r>
    </w:p>
    <w:p>
      <w:pPr>
        <w:pStyle w:val="ArticleScripture"/>
        <w:jc w:val="left"/>
      </w:pPr>
      <w:r>
        <w:rPr>
          <w:rFonts w:ascii="Times New Roman" w:hAnsi="Times New Roman" w:eastAsia="Times New Roman" w:cs="Times New Roman"/>
        </w:rPr>
        <w:t>«Bi taalibey yi seetee waxi yonent yi seede ci Kirist, ñu dugal leen ci booloo ak Yàlla, te ñu xam ci moom miy yéeg asamaan ngir mottali liggéey bi mu tàmbalee ci suuf. Ñu nangu woon ne ci moom la xam-xam gu nit kenn, bu ñu ko bañee ndimbalug dooley Yàlla, manul a xam. Ñu soxla woon ndimbalum ki buur yi, yonent yi, ak nit ñu jub yi waxoon lu jëm ci moom lu jiitu. Ak yéemu gu réy lañu jàngati woon te dellu jàngaat ay wax yu yonent yi bindoon ngir melokaanam ak liggéeyam. Ana ni ñu nekkoon ci lëndëm ci xam Mbind mi yonent yi! ana ni ñu yexee woon ci nangu dëgg yu mag yi seede ci Kirist! Bi ñuy xool ci moom ci toroxteem, ba muy dox nit ci biir nit ñi, xamuñu woon kumpay yàgg-bokkam ci nit, ak melokaan yu ñaar yi ci natureem. Seeni bët dafa ñu téj, ba tax ñu xàmmiwul woon bu baax Yàlla ci nit. Waaye gannaaw bi Leerug Xel Mu Sell leeralee leen, naka lañu bëggoon gisati moom, te teg seen bopp ci ay tànkam!» The Desire of Ages, 507.</w:t>
      </w:r>
    </w:p>
    <w:p>
      <w:pPr>
        <w:pStyle w:val="ArticleBody"/>
        <w:jc w:val="left"/>
      </w:pPr>
      <w:r>
        <w:rPr>
          <w:rFonts w:ascii="Times New Roman" w:hAnsi="Times New Roman" w:eastAsia="Times New Roman" w:cs="Times New Roman"/>
        </w:rPr>
        <w:t>22 Oktoobar 1844 ba 1863 mooy jamono jii ñuy sëñalee téereb ciento ak ñeent fukk ak ñeent junni ñaar. Jamono jooju tambalee na ak bi Besub Noflaayoon feeñee ni mooy dëgg gu xóot gi ci biir dëgg yu bare yi ñu ubbi ci jamonoy sëñalee gi. Jamono jooju moo tàmbalee liitukaayu juróom-ñaareel bi, te loolu mooy wone kanam waxtu wi kumpag Yàlla war a mat.</w:t>
      </w:r>
    </w:p>
    <w:p>
      <w:pPr>
        <w:pStyle w:val="ArticleScripture"/>
        <w:jc w:val="left"/>
      </w:pPr>
      <w:r>
        <w:rPr>
          <w:rFonts w:ascii="Times New Roman" w:hAnsi="Times New Roman" w:eastAsia="Times New Roman" w:cs="Times New Roman"/>
        </w:rPr>
        <w:t>Waaye ci fan yi bu baatub malaaka juróomeel-ñaareel bi, bu muy tàmbali di liit, kumpag Yàlla dina mat, ni ko mu xamal ay jaamam yonent yi. Peeñu Yoxaan 10:7.</w:t>
      </w:r>
    </w:p>
    <w:p>
      <w:pPr>
        <w:pStyle w:val="ArticleBody"/>
        <w:jc w:val="left"/>
      </w:pPr>
      <w:r>
        <w:rPr>
          <w:rFonts w:ascii="Times New Roman" w:hAnsi="Times New Roman" w:eastAsia="Times New Roman" w:cs="Times New Roman"/>
        </w:rPr>
        <w:t>Malaaka juróom-ñaareel bi it mooy ñetteelu musiba bi, ndaxte màndarga gi dañuy ko def ci jaar-jaaru nettali bi fa xeexu Islaam di dox. Bu fekkoon ne Adventisma Millerite bi dafa nekkoon ku takku ci jamono ji toppoon 22 Oktoobar 1844, kon Islaam mi ñu terewoon 11 Awuut 1840, dees ko bàyyi.</w:t>
      </w:r>
    </w:p>
    <w:p>
      <w:pPr>
        <w:pStyle w:val="ArticleScripture"/>
        <w:jc w:val="left"/>
      </w:pPr>
      <w:r>
        <w:rPr>
          <w:rFonts w:ascii="Times New Roman" w:hAnsi="Times New Roman" w:eastAsia="Times New Roman" w:cs="Times New Roman"/>
        </w:rPr>
        <w:t>“Bu Bésu-Aadist yi, gannaaw réccu gu mag ga ci atum 1844, saxee woon ci seen ngëm te topp ci benn xol yoonu ndimbal u Yàlla buy ubbi, nangu yégleb bu ñetteelu malaaka bi te ci dooley Xel mu Sell mi waxe ko àddina si, dañu dina gis musiba Yàlla, Boroom bi dina liggéey ak seen jéego ak kàttan gu réy, liggéey bi dina jeex, te Almasi bi dina ñëw ba noppi ngir nangu ay nitam ci seen pey. Waaye ci jamono jooju ju sikki-sàkka ak kéemaan ga topp réccu ga, ñu bare ci way gëm yu aadist yi bàyyi seen ngëm.... Noonu liggéey bi ñàkk na doole, te àddina bi des ci lëndëm. Su fekkee mboolem mbooloom Aadist bi booloo woon ci ndigali Yàlla ak ngëm Yeesu, naka la sunu jaar-jaar di doon lu wuute lool!” Evangelism, 695.</w:t>
      </w:r>
    </w:p>
    <w:p>
      <w:pPr>
        <w:pStyle w:val="ArticleBody"/>
        <w:jc w:val="left"/>
      </w:pPr>
      <w:r>
        <w:rPr>
          <w:rFonts w:ascii="Times New Roman" w:hAnsi="Times New Roman" w:eastAsia="Times New Roman" w:cs="Times New Roman"/>
        </w:rPr>
        <w:t>Ci 22 Oktoobar 1844, ñetteelu juróom-ñaareel bi tàmbalee wóor, te itam buum Jubile bi tàmbalee wóor.</w:t>
      </w:r>
    </w:p>
    <w:p>
      <w:pPr>
        <w:pStyle w:val="ArticleScripture"/>
        <w:jc w:val="left"/>
      </w:pPr>
      <w:r>
        <w:rPr>
          <w:rFonts w:ascii="Times New Roman" w:hAnsi="Times New Roman" w:eastAsia="Times New Roman" w:cs="Times New Roman"/>
        </w:rPr>
        <w:t>Te nga waajalal juróom-ñaari atum, juróom-ñaari yoon juróom-ñaari at; te diiru juróom-ñaari waajalali at yooyu dina nekk ci yaw ñeent-fukk ak juróom-ñeent at. Gannaaw loolu nga war a def ba buumub jooblee bi jub ci bésub fukkeel bi ci weeru juróom-ñaareel bi; ci bésub njotlu ngeen di def ba buum bi jib fépp ci seen réew mi yépp. Te ngeen war a sellal atum juróom-fukkeel bi, te yéglee fépp ci réew mi yépp moom moom nit ñépp ñi ko dëkk: dina nekk jooblee ci yéen; te ku nekk dina dellu ca sa moomel, te ku nekk dina dellu ca sa njaboot. Léwítik 25:8–10.</w:t>
      </w:r>
    </w:p>
    <w:p>
      <w:pPr>
        <w:pStyle w:val="ArticleBody"/>
        <w:jc w:val="left"/>
      </w:pPr>
      <w:r>
        <w:rPr>
          <w:rFonts w:ascii="Times New Roman" w:hAnsi="Times New Roman" w:eastAsia="Times New Roman" w:cs="Times New Roman"/>
        </w:rPr>
        <w:t>Biir bi ñett fukk ak ñeent-fukk ak ñeent junni nit ñi ñu di sëf tàmbalee, am na trompet buy xamle ne xare bi Islaam matal na agsi, te am na itam trompet buy yégle yoon ciub yi nekkoon jaam yu bàkkaar. Benn trompet mi ngi xamle jaar-jaari bittim réew mi, te beneen bi di melokaanug xew-xew bu biir ci kaw ñi di nit ña mujj ci fan yi, ñi bokk ci kóllëre ga. Seen jaamug bàkkaar day yéewwu bu seen nit kiis ak Boppam bu Yàlla boolee ngir ba fàww. Tàllal ci kaw tàllal, ñaari trompet yooyu benn Trompet lañu, ndax trompetu Jubile moom, ci Bésub Njotjaar rekk lañu koy wol, te Bésub Njotjaar day tàmbali bu ñetteelu trompet bi ci ñetteelu musiba bi yéemee. Jàngale gi doon teewloo ñaari trompet yooyu ci yëngu-yëngug Millerite mooy leerug Sabbaat bi. Leer gi di teewloo ñaari Trompet yi ci fan yu mujj yii mooy jàngaleg yoonu soloo gu Almasi bi ci nit. Tàllal ci kaw tàllal, Sabbaat bi ak jàngaleg yoonu soloo gi benn jàngale lañu.</w:t>
      </w:r>
    </w:p>
    <w:p>
      <w:pPr>
        <w:pStyle w:val="ArticleBody"/>
        <w:jc w:val="left"/>
      </w:pPr>
      <w:r>
        <w:rPr>
          <w:rFonts w:ascii="Times New Roman" w:hAnsi="Times New Roman" w:eastAsia="Times New Roman" w:cs="Times New Roman"/>
        </w:rPr>
        <w:t>Nangu Piyeer moo xamale Masi bi, te itam Doom Yàlla. Masi bi mooy Doom Yàlla. Masi bi mooy Bindkat bi sabbaar di tegtal.</w:t>
      </w:r>
    </w:p>
    <w:p>
      <w:pPr>
        <w:pStyle w:val="ArticleScripture"/>
        <w:jc w:val="left"/>
      </w:pPr>
      <w:r>
        <w:rPr>
          <w:rFonts w:ascii="Times New Roman" w:hAnsi="Times New Roman" w:eastAsia="Times New Roman" w:cs="Times New Roman"/>
        </w:rPr>
        <w:t>“Pool moo gisoonagul Almasi bi doon nekkoon ci suuf. Dégg na woon ci moom ak ay jëfam, waaye mënuloon a gëm ne Almasi bi ñu digoon, Mi Bind adina yépp, Mi may xéewal yépp, dina feeñ ci suuf ni nit rekk.” Sketches from the Life of Paul, 256.</w:t>
      </w:r>
    </w:p>
    <w:p>
      <w:pPr>
        <w:pStyle w:val="ArticleBody"/>
        <w:jc w:val="left"/>
      </w:pPr>
      <w:r>
        <w:rPr>
          <w:rFonts w:ascii="Times New Roman" w:hAnsi="Times New Roman" w:eastAsia="Times New Roman" w:cs="Times New Roman"/>
        </w:rPr>
        <w:t>Bésub Noppal bi di won aji-Bindkat bi, te aji-Bindkat boobu mooy Almasi bi Piyeer waxee ne mooy moom. Doomu Yàlla ji, ji Piyeer waxee ne mooy moom, mooy Ki boole woon ak yaramu nit ngir nekk Doomu nit ki. Doomu Yàlla mooy melokaanu Yàlla gi jël yaramu nit.</w:t>
      </w:r>
    </w:p>
    <w:p>
      <w:pPr>
        <w:pStyle w:val="ArticleScripture"/>
        <w:jc w:val="left"/>
      </w:pPr>
      <w:r>
        <w:rPr>
          <w:rFonts w:ascii="Times New Roman" w:hAnsi="Times New Roman" w:eastAsia="Times New Roman" w:cs="Times New Roman"/>
        </w:rPr>
        <w:t>“Kirist dafa indil ak jigéen yi kàttan ngir noot. Moom ñëw na ci àddina sii ci melow nit, ngir dund ni góor ci biir nit ñi. Moom yeb na yëf yi teewal ci ndeyjooru nit, ngir seetaan ko te nattu ko. Ci nitam gi, bokk na ci jëfandikook naturel buy jóg ci Yàlla. Ci jëmmu nitam, am na ci benn xel mu bees turu Doomu Yàlla. Malaaka mi waxoon na Mary: ‘Kàttanu Kawe gi dina la kiir; moo tax it li sell li ngay jur dees na ko woowe Doomu Yàlla’ (Luke 1:35). Naka noonu, bi Mu doon Doomu nit, Mu nekk Doomu Yàlla ci benn anam gu bees. Noonu la tax Mu taxawoon ci sunu àddina—Doomu Yàlla, waaye juddug Mu boole Ko ak xeetu nit ñi.” Selected Messages, téere 1, 226.</w:t>
      </w:r>
    </w:p>
    <w:p>
      <w:pPr>
        <w:pStyle w:val="ArticleBody"/>
        <w:jc w:val="left"/>
      </w:pPr>
      <w:r>
        <w:rPr>
          <w:rFonts w:ascii="Times New Roman" w:hAnsi="Times New Roman" w:eastAsia="Times New Roman" w:cs="Times New Roman"/>
        </w:rPr>
        <w:t>Caesarea Philippi, waxub Piyeer bu ñaari wàccu waxam dafa mel ni xam-xamu junni ak ñent fukk ak ñeent ñaar yi, ñiy xam ne Yeesu mooy Almasi bi, Doomu Yàlla, ak njàngaleb Bésub Noflaay bi ñu leeraloon ci 1844, booleek njàngaleb jëmmuwaay gi ñuy xam ci fan yu mujj yi. Leerug dëgg ñi ñaar ñi dees na ko ubbi ca ndoorte ak ca mujjug jamonoy tëj gi, ni ko seede jaar-jaaru tëj ga dale ci 22 Oktoobar 1844 ba ci 1863, ak jaar-jaaru ñaari baat yi ci Revelation saar 18.</w:t>
      </w:r>
    </w:p>
    <w:p>
      <w:pPr>
        <w:pStyle w:val="ArticleBody"/>
        <w:jc w:val="left"/>
      </w:pPr>
      <w:r>
        <w:rPr>
          <w:rFonts w:ascii="Times New Roman" w:hAnsi="Times New Roman" w:eastAsia="Times New Roman" w:cs="Times New Roman"/>
        </w:rPr>
        <w:t>Ci ñaari seetukaayu Millerite ci yoonu téeg bu màndargal bi, ak ci yoonu waxu Yàlla bu téeg bi nekk ci Apokalips 18, am na nattu bu mujj ci dëgërug jamono ji, fa benn wàll wonee ne ay janq yu ñàkk xel lañu, ni mu nekkoon diggante 1856 ak 1863, te beneen wàll wonee ne ay janq yu am xel lañu, dale ci Sulet 2023 ba ci yoonu dundub Dibeer bu ñëw léegi. Waxtu nattu bu mujj boobu di delloo tàmbaliwaayu jamono ji. Benn malaaka mi wàccewoon 11 Sàttumbar 2001, moosi agsi ni Michael ngir woo ñi dee ba ci dund, ci 2023, ñenn ci dund gu dul jeex, ñeneen ci dee gu dul jeex. Bi Mu agsee, Mu jiite ay askanam dellu ca fondaasioŋ yi. Am na ñu bañ a dox ci yoon yi yàgg; am na ñu dox ci yoon yi yàgg. Am na ñu déglu baatu trompet bi; am na ñu bañ a déglu.</w:t>
      </w:r>
    </w:p>
    <w:p>
      <w:pPr>
        <w:pStyle w:val="ArticleScripture"/>
        <w:jc w:val="left"/>
      </w:pPr>
      <w:r>
        <w:rPr>
          <w:rFonts w:ascii="Times New Roman" w:hAnsi="Times New Roman" w:eastAsia="Times New Roman" w:cs="Times New Roman"/>
        </w:rPr>
        <w:t>Li Boroom bi wax na nii: Taxawleen ci yoon yi, xoolleen te laaj ci yoon yu mag ya, fu yoon wu baax wi nekk, doxleen ci moom, te dingeen gis noflaay ngir seeni bakkan. Waaye ñoom wax nañu: Dunu dox ci moom. Teg naa it ay wottukat ci seen kow, di wax: Déggleen baatub trompet bi. Waaye ñoom wax nañu: Dunu dégg. Jérémie 6:16, 17.</w:t>
      </w:r>
    </w:p>
    <w:p>
      <w:pPr>
        <w:pStyle w:val="ArticleBody"/>
        <w:jc w:val="left"/>
      </w:pPr>
      <w:r>
        <w:rPr>
          <w:rFonts w:ascii="Times New Roman" w:hAnsi="Times New Roman" w:eastAsia="Times New Roman" w:cs="Times New Roman"/>
        </w:rPr>
        <w:t>Bataaxal bi ñuy firndeel ci trompet bi ay wottukat di wol, ñaar la bokk. Mooy juróomeel trompetu Islaam ak trompetu Jubile bi ngir mucc. Mooy bataaxalu booloo Njëmm ak nit ñoomaar, te loolu am na ci biir kóolut màndargay yokkute gi, te moo jur jikko ju waajal ngir màndargay Yàlla, mooy Sabat bi. Bataaxal bi, liggéey bi ak xaalis yi ci yokkute gu mujj ga booleekoon ak moom, te tàmbalee woon ci fanwu Sulet 2023, ñaar-fukk ak ñaar at gannaaw 2001, dañu leen firndeel ci aaya yu ñett-fukk ak ñett ba juróom-ñett ci Daniel saar 11, ak ci seetu Kirist ca Sezare Filib ci Matye saar 16.</w:t>
      </w:r>
    </w:p>
    <w:p>
      <w:pPr>
        <w:pStyle w:val="ArticleBody"/>
        <w:jc w:val="left"/>
      </w:pPr>
      <w:r>
        <w:rPr>
          <w:rFonts w:ascii="Times New Roman" w:hAnsi="Times New Roman" w:eastAsia="Times New Roman" w:cs="Times New Roman"/>
        </w:rPr>
        <w:t>Ci léebu fukki janq yi, ñoom ñépp nelawoon diir bu yàgg ba. Yeesu wax na ay taalibeem ne Lasaar dafa nelaw.</w:t>
      </w:r>
    </w:p>
    <w:p>
      <w:pPr>
        <w:pStyle w:val="ArticleScripture"/>
        <w:jc w:val="left"/>
      </w:pPr>
      <w:r>
        <w:rPr>
          <w:rFonts w:ascii="Times New Roman" w:hAnsi="Times New Roman" w:eastAsia="Times New Roman" w:cs="Times New Roman"/>
        </w:rPr>
        <w:t>Moom la wax, te gannaaw loolu mu ne leen: Sunu xarit Lasaar nelaw na; waaye dem naa ngir may ko yee ci nelawam. Noonu taalibe yi ne ko: Boroom bi, bu mu nelaw, dina wér. Waaye Yeesu waxoon na ci deeŋam; te ñoom dañu foog ne wax na ci noppalu nelaw. Noonu Yeesu wax leen ko bu leer: Lasaar dee na. John 11:10–14.</w:t>
      </w:r>
    </w:p>
    <w:p>
      <w:pPr>
        <w:pStyle w:val="ArticleBody"/>
        <w:jc w:val="left"/>
      </w:pPr>
      <w:r>
        <w:rPr>
          <w:rFonts w:ascii="Times New Roman" w:hAnsi="Times New Roman" w:eastAsia="Times New Roman" w:cs="Times New Roman"/>
        </w:rPr>
        <w:t>Ci njeexital fanweer benn ak juroom-ñent, Danyeel gis na peeñ ma, te mu nekk ci nelaw bu xóot.</w:t>
      </w:r>
    </w:p>
    <w:p>
      <w:pPr>
        <w:pStyle w:val="ArticleScripture"/>
        <w:jc w:val="left"/>
      </w:pPr>
      <w:r>
        <w:rPr>
          <w:rFonts w:ascii="Times New Roman" w:hAnsi="Times New Roman" w:eastAsia="Times New Roman" w:cs="Times New Roman"/>
        </w:rPr>
        <w:t>Man maam, Daniel, moom rekk la gis peeñ mi; ndaxte góor ña nekkoon ak man gisewuñu peeñ mi. Waaye tiit bu réy daldi wàcc ci seen kaw, ba ñu daw, dem nëbbu. Kon nag des naa maam rekk, te gis naa peeñ gu réy gii, te doole dese woonul ci man; ndaxte taaru samay melokaan soppeeku ci biir man, tukki ba ànd ak yàqute, te amatu ma benn doole. Waaye dégg naa baatu ay kàdduam; te bi ma déggee baatu ay kàdduam, ma nekk ci nelaw gu xóot, di daanu ci sama kanam, te sama kanam jublu ci suuf si. Daniel 10:7–9.</w:t>
      </w:r>
    </w:p>
    <w:p>
      <w:pPr>
        <w:pStyle w:val="ArticleBody"/>
        <w:jc w:val="left"/>
      </w:pPr>
      <w:r>
        <w:rPr>
          <w:rFonts w:ascii="Times New Roman" w:hAnsi="Times New Roman" w:eastAsia="Times New Roman" w:cs="Times New Roman"/>
        </w:rPr>
        <w:t>Ñaari seede yi ci Pexe gu Sell gi, saraxle 11, dafa nekkoon dee ci mbedd mi di ñetti fan ak genn-wàll, te yax-yax yu dee yi Ezekiel dañu nekkoon ca xur wa. Besub 18 Sulet 2020, waxtu bi ñuy xaar, ci dee gu xel ak nelaw, ñëw na ci kaw janq yi ci yëngu-yëngu malaaka bu ñetteel bi. Ñetti at ginnaaw loolu, jëfandikoo jëgëral ak waajal nit ñi Yàlla ci mujjug fan yi, ngir ñu doon saxalam ak mbooloom xare bu am doole, tàmbali na. Malaaka mi wàccoon 18 Sulet 2020 ubbi na dëgg gu ñu tëj woon, ndax malaaka yi dafay ubbi dëgg bu ñu tëj saa yu ñuy wàcc.</w:t>
      </w:r>
    </w:p>
    <w:p>
      <w:pPr>
        <w:pStyle w:val="ArticleBody"/>
        <w:jc w:val="left"/>
      </w:pPr>
      <w:r>
        <w:rPr>
          <w:rFonts w:ascii="Times New Roman" w:hAnsi="Times New Roman" w:eastAsia="Times New Roman" w:cs="Times New Roman"/>
        </w:rPr>
        <w:t>Dëgg gi mu ubbi moo doon xew-xewu waxtu yiir ak jëfandikoo bu njëkk bi. Nit ñi Yàlla ñu mujj fan yi, booba dafañu tasaaroo woon, te bi yoonu leen di yeewe ci jaar-jaari nettali ba agsee, war nañoo xam te nangu ne tasaaroo nañu woon, te nekk nañu ci waxtu yiir bi. Kon nag, yónni nañu malaaka yu bare, walla yégle yu bare, ngir dooleel yégle waxtu yiir bi.</w:t>
      </w:r>
    </w:p>
    <w:p>
      <w:pPr>
        <w:pStyle w:val="ArticleScripture"/>
        <w:jc w:val="left"/>
      </w:pPr>
      <w:r>
        <w:rPr>
          <w:rFonts w:ascii="Times New Roman" w:hAnsi="Times New Roman" w:eastAsia="Times New Roman" w:cs="Times New Roman"/>
        </w:rPr>
        <w:t>«Ci jege waxtu waareb ñaareelu yonnentaaka ma, gis naa leer gu réy gu jóge asamaan, di leeral askanu Yàlla. Leeru lër yi mel ne dafa leer ni jant bi. Te dégg naa baatu malaaka yi, di wax ak kàddu gu kawe ne: “Xoolleen, Boroom céet bi ngi ñëw; génnleen, ngir daje ak Moom!”»</w:t>
      </w:r>
    </w:p>
    <w:p>
      <w:pPr>
        <w:pStyle w:val="ArticleScripture"/>
        <w:jc w:val="left"/>
      </w:pPr>
      <w:r>
        <w:rPr>
          <w:rFonts w:ascii="Times New Roman" w:hAnsi="Times New Roman" w:eastAsia="Times New Roman" w:cs="Times New Roman"/>
        </w:rPr>
        <w:t>“Lii moo doon waxu guddi gi, te mooy li war a jox doole yëgleb malaaka ñaareel bi. Yónni nañu malaaka yi ca asamaan ngir yee yéen gaayi Yàlla yi ñàkk fit, te waajal leen ngir liggéey bu mag ba nekk ci seen kanam. Nit ñi gëna am xel ak mën-mën, duñu ñoo jiitu a nangu yëgleb bii. Yónni nañu malaaka yi ngir ñëw ci ñi suufe te dëggu ci seen sellal, te tax leen ñu yuux ne: ‘Xool-leen, Boroom céet bi ngi ñëw; génn-leen ngir daje ak Moom!’ Ñi dénkoon wax ji daldi gaaw, te ci dooley Xel Mu Sell mi, xumb yëgleb bi, te yee seen bokk yi ñàkk fit. Liggéey bii taxawul woon ci xel mu nit ak ci njàngum nit, waaye ci dooley Yàlla, te gaayi Yàllaam ñi dégg wax ji mënulñu ko bañ. Ñi gëna ame njàngat gu xel-mu-sell, ñoo ko jëkka nangu, te ñi doon jiitu woon bu njëkk ci liggéey bi, ñoo mujj a ko nangu te dimbali yokk yuux bi ne: ‘Xool-leen, Boroom céet bi ngi ñëw; génn-leen ngir daje ak Moom!’”</w:t>
      </w:r>
    </w:p>
    <w:p>
      <w:pPr>
        <w:pStyle w:val="ArticleScripture"/>
        <w:jc w:val="left"/>
      </w:pPr>
      <w:r>
        <w:rPr>
          <w:rFonts w:ascii="Times New Roman" w:hAnsi="Times New Roman" w:eastAsia="Times New Roman" w:cs="Times New Roman"/>
        </w:rPr>
        <w:t>«Ci bépp réew mi, ñu joxee leer ci ndawtalub malaaka ñaareel bi, te xaacu ba nuy wootee dafa ñoy xol yi teey junni nit. Mu dem dëkk ba dëkk, ak dëkk yu ndaw ba dëkk yu ndaw, ba tax nit ñi Yàlla teeru woon yépp yeegeen bu baax. Ci bari jàngu yi, kenn mayuñu fa ñu waxe ndawtal bi, te mbooloo mu bare ci ñi amoon seede su dund bi génn nañu ci jàngu yu daanu yooyu. Liggéey bu mag lañu amaloon jaarale ko ci xaacu guddi digg bi. Ndawtal bi di na xàtt xol yi, di wéer gëmkat yi ngir ñu seet seen bopp njàngum dund gu mat. Ñoom xam nañu ne mënuñu wéerante ci seen moroom.» Early Writings, 238.</w:t>
      </w:r>
    </w:p>
    <w:p>
      <w:pPr>
        <w:pStyle w:val="ArticleBody"/>
        <w:jc w:val="left"/>
      </w:pPr>
      <w:r>
        <w:rPr>
          <w:rFonts w:ascii="Times New Roman" w:hAnsi="Times New Roman" w:eastAsia="Times New Roman" w:cs="Times New Roman"/>
        </w:rPr>
        <w:t>Ñëwal ñëw miitu guddi ci léebu “Yuuxu Guddi Diggante” ci misaal mi moo firndeel kañ la ñaari xeeti janq yi feeñal ndax am nañu diw walla déet. Boroom xel yi am nañu diw; ñaari dof yi amuñu ko. Misaal mi am na ay yoon ci liggéeyu Samuel Snow ci jaar-jaaru Millerite, te ci liggéey boobu, ndigal gi Snow yégle woon, yàgg nañu ko ak yokkute, ni ko ay mbindam di ko wone ci bindkat yiir Millerite yi ci jamono jooju. Gannaaw loolu, bi mu agsee ca ndaje dalu Exeter ba, mi nekkoon diggante 12 ba 17 ut 1844, jamono jooju itam dañu koy tegtal; te mujj, moo yóbbu ñi nekkoon ca ndaje ma, ba ñu génn ndaje ma te di yégle ndigal gi.</w:t>
      </w:r>
    </w:p>
    <w:p>
      <w:pPr>
        <w:pStyle w:val="ArticleBody"/>
        <w:jc w:val="left"/>
      </w:pPr>
      <w:r>
        <w:rPr>
          <w:rFonts w:ascii="Times New Roman" w:hAnsi="Times New Roman" w:eastAsia="Times New Roman" w:cs="Times New Roman"/>
        </w:rPr>
        <w:t>Am na “jàmmu waxtu” bu yégleb Bëccëg Guddi bi di doxalin bu mat sëkk, te ci jamono jooju, tegu ci léebu wa, boppub xelu yi dafa tëj ci kaw janq yi. “Jàmmu waxtu” boobu, “ab diir” moo ko jiitu, bi yégleb Bëccëg Guddi bi di sax ci njàngat. Li dale ca weeru Sulet 2023, yégleb Bëccëg Guddi bi doon na sax, te wuuteek matalug Millerite bi, yégleb boobu jot na ci addina si yépp lu jiitu “tëjug boppub xel bi”. Ba boppub xel bi tëjee ca mujju ndaje Exeter ba, yégleb booba dem na ci “bépp xaaju réew mi,” te “ndam li joxees na ci kaw yégleb malaaka ñaareel bi, te wax ja yëngal na xolu junni ñaari nit. Mu dem na dëkk ba dëkk, ak gox ba gox, ba nit ñi Yàlla teeru woon yépp yeewe gu mat.”</w:t>
      </w:r>
    </w:p>
    <w:p>
      <w:pPr>
        <w:pStyle w:val="ArticleBody"/>
        <w:jc w:val="left"/>
      </w:pPr>
      <w:r>
        <w:rPr>
          <w:rFonts w:ascii="Times New Roman" w:hAnsi="Times New Roman" w:eastAsia="Times New Roman" w:cs="Times New Roman"/>
        </w:rPr>
        <w:t>Ci sunu jaaro jii léegi, yégle bi tàmbalee ñu di ko siiwal ci weeru Sulet 2023, léegi egg na ci téeméeri réer ak ñaar-fukk ci àddina bi. Te mbind yi di firndeel yokkute yégleb Bëccëg Guddi gi, jàppandi nañu leen ci lu ëpp juróom-benn-fukk làkk; te mbind yi manees na leen a jàng walla déggu leen.</w:t>
      </w:r>
    </w:p>
    <w:p>
      <w:pPr>
        <w:pStyle w:val="ArticleScripture"/>
        <w:jc w:val="left"/>
      </w:pPr>
      <w:r>
        <w:rPr>
          <w:rFonts w:ascii="Times New Roman" w:hAnsi="Times New Roman" w:eastAsia="Times New Roman" w:cs="Times New Roman"/>
        </w:rPr>
        <w:t>Peeñu Yeesu Kirist, bi Yàlla jox ko, ngir won ay jaamam mbir yi war a xeew lu gaaw; mu yebal ko, te xamle ko ci misaalam, ci ay màndarga, ci ayngelam, caamoom Yowaana: moom mi seede kàddug Yàlla, ak seede Yeesu Kirist, ak lépp lu mu gis. Ku jàng dafay barkeel, te ñi dégg baat yi ci waxu wax ji, te sàmm li ñu bind ci biiram, ñoom itam ñu barkeel; ndaxte waxtu wi jege na. Peeñu 1:1–3.</w:t>
      </w:r>
    </w:p>
    <w:p>
      <w:pPr>
        <w:pStyle w:val="ArticleBody"/>
        <w:jc w:val="left"/>
      </w:pPr>
      <w:r>
        <w:rPr>
          <w:rFonts w:ascii="Times New Roman" w:hAnsi="Times New Roman" w:eastAsia="Times New Roman" w:cs="Times New Roman"/>
        </w:rPr>
        <w:t>Leeru mesaj bii, niñ ko feeñale ci jëfandikookat yi, am na ci lu tollu ci juróom-benn weer ak genn luy weer, te ñaar nit a ko amal.</w:t>
      </w:r>
    </w:p>
    <w:p>
      <w:pPr>
        <w:pStyle w:val="ArticleScripture"/>
        <w:jc w:val="left"/>
      </w:pPr>
      <w:r>
        <w:rPr>
          <w:rFonts w:ascii="Times New Roman" w:hAnsi="Times New Roman" w:eastAsia="Times New Roman" w:cs="Times New Roman"/>
        </w:rPr>
        <w:t>“Bu ñi mën a dimbali ci — duñu yëgu ci seen warugar, duñu xam liggéeyu Yàlla bi saa su xaacu bu réy bu ñetteel malaaka ma déggee. Bu leer gi génnee ngir leeral suuf si, bëggul ñu ñëw ci ndimmalu Boroom bi, waaye dinañu bëgg a wër liggéeyam ngir méngoo ak seen xalaat yu tuuti. Na ma leen wax ne Boroom bi dina liggéey ci liggéey bii mujj ci anam wu sore lool ak doxalin yi ñu miin, te ci yoon wu di lu juuyook xalaatu nit. Dina am ci sunu biir ñi bëgg saa su nekk a saytu liggéeyu Yàlla, ba sax a santaane yëngu-yëngu yi war a am, bu liggéey bi demee kanamu ci njubalu malaaka mi bokk ak ñetteel malaaka mi ci ndaw li war a jox àddina si. Yàlla dina jëfandikoo yoon ak jumtukaay yu feeñal ne moom ci boppam moo yor iin yi ci ay loxoom. Jëfkat yi dinañu waaru ci yoon yu woyof yi muy jëfandikoo ngir jur ak matal liggéeyam gu jub.” Testimonies to Ministers, 300.</w:t>
      </w:r>
    </w:p>
    <w:p>
      <w:pPr>
        <w:pStyle w:val="ArticleBody"/>
        <w:jc w:val="left"/>
      </w:pPr>
      <w:r>
        <w:rPr>
          <w:rFonts w:ascii="Times New Roman" w:hAnsi="Times New Roman" w:eastAsia="Times New Roman" w:cs="Times New Roman"/>
        </w:rPr>
        <w:t>Liyonu gi cosaanu Yuda léegi indi na nitam yu mujj yi ci ay sarax yu fukk ak ñett ba fukk ak juróom-ñaar ci Daniel benn-fukk ak benn, di ubbi jaar-jaar bi teewlu ci jaar-jaaru at 200 baat ci kanam Kirist ba 63 baat ci kanam Kirist, ak itam Saare Matye sarax fukk ak juróom-benn, ak jaar-jaaru seetu Almasi bi ci Cesarea Filipi. Yégle yi ak itam jaar-jaari seen matal align nañu ak xaaju téereb Daniel bi ñu tëj ba kera gu mujj yi. Téere yi Daniel ak Peeñu ñoom benn téere lañu, moo tax ci ay mujj yi, tuuti laata waxtu jébbalu bi tëj, Peeñub Yeesu Almasi bi dañu koy ubbi, te boobu Peeñu dafa boole itam xaaju Daniel bi jëm ci ay mujj yi. Waxtu wi jegesi na ngir jeexital ndaje dëkkuwaay Exeter bi.</w:t>
      </w:r>
    </w:p>
    <w:p>
      <w:pPr>
        <w:pStyle w:val="ArticleScripture"/>
        <w:jc w:val="left"/>
      </w:pPr>
      <w:r>
        <w:rPr>
          <w:rFonts w:ascii="Times New Roman" w:hAnsi="Times New Roman" w:eastAsia="Times New Roman" w:cs="Times New Roman"/>
        </w:rPr>
        <w:t>Mu ne ma: “Bulul waxi yi ci kàddug wax ci kanam gi nekk ci téere bii, ndaxte waxtu wi jege na. Ku jubadi, na wéy di jubadi; te ku sobej, na wéy di sobej; te ku jub, na wéy di jub; te ku sell, na wéy di sell.” Peeñu 22:10, 11.</w:t>
      </w:r>
    </w:p>
    <w:p>
      <w:pPr>
        <w:pStyle w:val="ArticleBody"/>
        <w:jc w:val="left"/>
      </w:pPr>
      <w:r>
        <w:rPr>
          <w:rFonts w:ascii="Times New Roman" w:hAnsi="Times New Roman" w:eastAsia="Times New Roman" w:cs="Times New Roman"/>
        </w:rPr>
        <w:t>Dina nañu wéyal njàngum bii ci mbind mi ci topp.</w:t>
      </w:r>
    </w:p>
    <w:p>
      <w:pPr>
        <w:pStyle w:val="ArticleScripture"/>
        <w:jc w:val="left"/>
      </w:pPr>
      <w:r>
        <w:rPr>
          <w:rFonts w:ascii="Times New Roman" w:hAnsi="Times New Roman" w:eastAsia="Times New Roman" w:cs="Times New Roman"/>
        </w:rPr>
        <w:t>Xooluleen, fan yi ñëw, kàddug Boroom bi Yàlla, maay yónni xiif ci réew mi, waaye du xiifu mburu, te du maru ndox, waaye xiifu dégg kàdduy Boroom bi. Ñu dinga wër géej ba géej, te dale ci bëj-gànnaar ba ca penku, di daw fii ak fa ngir seet kàddug Boroom bi, waaye duñu ko gis. Ca bés booba, janq yu rafet ak waxambaane yi dinañu tàq ngir mar. Ñiy waat ci bàkkaaru Samari, te naan: “Sa yàlla, éy Dan, dund na”; ak: “Àdab Beerseba dund na”; ñoom sax dinañu daanu, te duñu jógati mukk.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Téerebu Danyeel — Téeméeri juroom-ñaareel ak ñeent-fukki ñeent bi</dc:title>
  <dc:subject>Bésub Noppalu ak Jëmm ci Yaram: Doole yu mag yu Tëjukaayu Seellëlu Millerit bi</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