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Nimero bi Téeméeri ak juróom-ñeent fukk ak juróom-ñaar di juróom-ñett fan ak juróom-ñaari benni-bii juróom-ñaar</w:t>
      </w:r>
      <w:r>
        <w:rPr>
          <w:rFonts w:ascii="Nirmala UI" w:hAnsi="Nirmala UI" w:eastAsia="Nirmala UI" w:cs="Nirmala UI"/>
        </w:rPr>
        <w:t>॥</w:t>
      </w:r>
    </w:p>
    <w:p>
      <w:pPr>
        <w:pStyle w:val="ArticleSubtitle"/>
        <w:jc w:val="left"/>
      </w:pPr>
      <w:r>
        <w:rPr>
          <w:rFonts w:ascii="Arial" w:hAnsi="Arial" w:eastAsia="Arial" w:cs="Arial"/>
        </w:rPr>
        <w:t>Peeñ gu Gaynde gi: Bu Panium ba ci Màndarga mu Mujj 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Bu Yeesu xallée dëgg gu yàggal ci yonent, dafa tegtal ni Moom mooy Gaynde gu cosaani Yuda, te ca Sesare Filipi, Gaynde gu cosaani Yuda tàmbalee xall “ne war na dem Yerusalem, te sonn lu bare ci loxoy mag ya ak saraxalekat yu mag ya ak bindkat ya, te rey ko, te dekkal ko ca ñetteelu bés ba.” Dëgg yooyu mengook kàddu gi Mu xallee ca njàlbéen waxtu bu tëjju gi ñetti fukki junni ak ñent-fukki junni ñaar ya, te gannaaw giit dellu xallaat ko ca mujju jamono boobu sax. Dëgg yooyu mengook kàddu gi tegtal ci aaya yu fukk ak ñett ba fukk ak juróom ci Daniel saar fukk ak benn.</w:t>
      </w:r>
    </w:p>
    <w:p>
      <w:pPr>
        <w:pStyle w:val="ArticleBody"/>
        <w:jc w:val="left"/>
      </w:pPr>
      <w:r>
        <w:rPr>
          <w:rFonts w:ascii="Times New Roman" w:hAnsi="Times New Roman" w:eastAsia="Times New Roman" w:cs="Times New Roman"/>
        </w:rPr>
        <w:t>Bu Yàlla su ubbilee dëgg boobu ci ñaar-fukki ñeent junni ak ñeent-fukki ñeent ñaar-fukk, daf ko def jaarale ko ci yoonu rëdd ci kaw rëdd, ndaxte fa lañu fekk “caabi yi” yu nguurug Yàlla. Dëgg yooyu war nañu leen lekk, ndaxte ñoom lañu di caabi yi yu nguurug Yàlla, te nguurug Yàlla war na nekk ci biir ay nitam.</w:t>
      </w:r>
    </w:p>
    <w:p>
      <w:pPr>
        <w:pStyle w:val="ArticleScripture"/>
        <w:jc w:val="left"/>
      </w:pPr>
      <w:r>
        <w:rPr>
          <w:rFonts w:ascii="Times New Roman" w:hAnsi="Times New Roman" w:eastAsia="Times New Roman" w:cs="Times New Roman"/>
        </w:rPr>
        <w:t>Bi ñu ko laajee ci boppu Farisey yi kañ la nguuru Yàlla di ñëw, mu tontu leen ne: “Nguuru Yàlla du ñëw ak seetlu buy feeñ; te duñu wax it ne: ‘Xool fii!’ walla ne: ‘Xool falee!’ ndaxte, xoolleen, nguuru Yàlla am na ci seen biir.” Luug 17:20, 21</w:t>
      </w:r>
    </w:p>
    <w:p>
      <w:pPr>
        <w:pStyle w:val="ArticleBody"/>
        <w:jc w:val="left"/>
      </w:pPr>
      <w:r>
        <w:rPr>
          <w:rFonts w:ascii="Times New Roman" w:hAnsi="Times New Roman" w:eastAsia="Times New Roman" w:cs="Times New Roman"/>
        </w:rPr>
        <w:t>Seytaane yi gëm nañu, waaye tey di nañu ragal, ndax du doy rekk ngaa gëm “dëgg bi.” Fàww mu nekk ci yaw, ni lekk gu nit di lekk di doon céram ak deretam. Ci jaar-jaaru aaya yi fukk ak ñett ba fukk ak juróom, Gaynde gi cosaanu Yuda day ubbi dëgg yi jëme ci yoonu Dibéer bu agsi léegi, te dëgg yooyu di tàmbali ràññee màndargu gi ci kanamu janq yi am xel, laata diisóo bi ñëw. Gaynde gi cosaanu Yuda xamoon na bu baax seede sàccu Matiye saañ-saar fukk ak juróom-benn, te seetam bu mu dem Caasare Filipi méngoo woon ak seede Danyeel ci Panium, te xamoon na ne ker gi tànk ak mu ak taalibém taxawoon ci suufu doomu-bant bi Caasare Filipi, mooyoon kiirug yoonu Dibéer buy ñëw ci jaar-jaaru nitam yu mujj-jamono.</w:t>
      </w:r>
    </w:p>
    <w:p>
      <w:pPr>
        <w:pStyle w:val="ArticleScripture"/>
        <w:jc w:val="left"/>
      </w:pPr>
      <w:r>
        <w:rPr>
          <w:rFonts w:ascii="Times New Roman" w:hAnsi="Times New Roman" w:eastAsia="Times New Roman" w:cs="Times New Roman"/>
        </w:rPr>
        <w:t>Ba ci jamono jooju la, Yeesu tàmbalee won taalibeem yi ne war na dem Yerusalem, te ñu fitna ko lool ci loxo njiit yu mag yi, ak saraxalekat yu mag yi, ak xutbakati Yoon yi, te ñu rey ko, te ci ñetteelu bés ba dekkal ko. Noonu Piyeer jël ko wetam, tàmbalee yedd ko naan: Boroom bi, Yàlla tere ko; loolu du la dal. Waaye mu walbatiku, ne Piyeer: Demal sama ginnaaw, Seytaane; yaw dangaa may yàqute, ndaxte xalaatulo mbir yu Yàlla, waaye ya nit ñi. Noonu Yeesu ne taalibeem yi: Ku bëgg a topp sama tànk, na bañ boppam, yékkati bantam, te topp ma. Ndaxte ku bëgg a musal bakkanam, dina ko ñàkk; waaye ku ñàkk bakkanam ngir man, dina ko gis. Ndax lan moo jariñ nit, bu amee àddina sépp, te ñàkk bakkanam? Walla lan la nit man a joxe ngir fey bakkanam? Ndaxte Doomu nit ki dina ñëw ci ndamu Baayam, ànd ak malaakaam yi; te booba dina fey kenn ku nekk her wi mu jëf. Dëgg maa ngi leen koy wax, am na ci ñi fii taxaw ay nit ñu du mos a taste dee, ba kera ñu gis Doomu nit ki di ñëw ci nguuram. Matye 16:21–28.</w:t>
      </w:r>
    </w:p>
    <w:p>
      <w:pPr>
        <w:pStyle w:val="ArticleBody"/>
        <w:jc w:val="left"/>
      </w:pPr>
      <w:r>
        <w:rPr>
          <w:rFonts w:ascii="Times New Roman" w:hAnsi="Times New Roman" w:eastAsia="Times New Roman" w:cs="Times New Roman"/>
        </w:rPr>
        <w:t>Lu njëkk, te kon lii ci yoonu wax ju njëkk a gis, li gën a am solo ci li Yeesu waxoon ay taalibeem ci ay metit yu bant bi mooy ne, war nañu yékkati seen bopp bant, bu ñu tànnee topp Ko. Rakku Jigéen White wax na ko leer ne bant bi mooy itam sangal bi. Sangal bi ak bant bi ay misaal lañu ci bëgg-boppu nit, te lépp aju na ci jëfandikoo bu jub bu bëgg-bopp bi. Dooley bi yor kër Yàlla gi mooy Gàtt gu ñu rey te wékkoon ko ci ab “jéego”. Gàtt gu ñu rey ga dafay taxawal boppu suuf saaw sa, te “jéego” ji ñu wékk yaram wu dee wa mooy bëgg-bopp bi. Almasi joxe na misaalam ci ni ñuy daan, ci li Mu daan sax ci joxewul benn yoon bëgg-boppam ludul ci suufeelu ci bëgg-boppu Baayam, te ngir matal loolu, Mu toog na ci gàngune ga ak Baayam. Misaalu ndam li mooy Gàtt gu ñu rey ga ñu wékk ci jéego ji. Dëgg yu ñii yépp, ci yoon wu leer, ñoo booleek ñi ñuy taxawal ni Piyeer.</w:t>
      </w:r>
    </w:p>
    <w:p>
      <w:pPr>
        <w:pStyle w:val="ArticleBody"/>
        <w:jc w:val="left"/>
      </w:pPr>
      <w:r>
        <w:rPr>
          <w:rFonts w:ascii="Times New Roman" w:hAnsi="Times New Roman" w:eastAsia="Times New Roman" w:cs="Times New Roman"/>
        </w:rPr>
        <w:t>Ci Filadelfi, miñ jëmmal ci kër-sabaru Exeter, waxees na ne:</w:t>
      </w:r>
    </w:p>
    <w:p>
      <w:pPr>
        <w:pStyle w:val="ArticleScripture"/>
        <w:jc w:val="left"/>
      </w:pPr>
      <w:r>
        <w:rPr>
          <w:rFonts w:ascii="Times New Roman" w:hAnsi="Times New Roman" w:eastAsia="Times New Roman" w:cs="Times New Roman"/>
        </w:rPr>
        <w:t>Ku neex ba, dina ko def jàppandiku ci kër Yàlla sama bi, te du génnati faati; dinaa bind ci moom turu Yàlla sama bi, ak turu dëkk Yàlla sama bi, mooy Yerusalem bu bees bi, buy wàcce jógé asamaan ca sama Yàlla; te dinaa bind ci moom sama turu bu bees bi. Ku am nopp, na dégg li Xel mi wax mbooloyi gëm yi. Peeñu 3:12, 13.</w:t>
      </w:r>
    </w:p>
    <w:p>
      <w:pPr>
        <w:pStyle w:val="ArticleBody"/>
        <w:jc w:val="left"/>
      </w:pPr>
      <w:r>
        <w:rPr>
          <w:rFonts w:ascii="Times New Roman" w:hAnsi="Times New Roman" w:eastAsia="Times New Roman" w:cs="Times New Roman"/>
        </w:rPr>
        <w:t>Ki daan ndam ni Kirist daan ko def, mooy jot tur wu bees, ni ko Simon Barjona itam jote, te ñoom dinañu nekk ndómbël ci kër Yàlla gi, ni Kirist mooy Mbes mi ñu reyoon te ñu wéye ko ci ndómbël ci kër Yàlla gi. Bu ñu daanee ndam ni Kirist daan ko defe, kon itam dinañu toog ci gàngune gu kawe gi ci bérab yu asamaan, ni ko Kirist itam def.</w:t>
      </w:r>
    </w:p>
    <w:p>
      <w:pPr>
        <w:pStyle w:val="ArticleBody"/>
        <w:jc w:val="left"/>
      </w:pPr>
      <w:r>
        <w:rPr>
          <w:rFonts w:ascii="Times New Roman" w:hAnsi="Times New Roman" w:eastAsia="Times New Roman" w:cs="Times New Roman"/>
        </w:rPr>
        <w:t>Ba Laodise, bi tegtal ci xaasu Watertown, ñu wax ne:</w:t>
      </w:r>
    </w:p>
    <w:p>
      <w:pPr>
        <w:pStyle w:val="ArticleScripture"/>
        <w:jc w:val="left"/>
      </w:pPr>
      <w:r>
        <w:rPr>
          <w:rFonts w:ascii="Times New Roman" w:hAnsi="Times New Roman" w:eastAsia="Times New Roman" w:cs="Times New Roman"/>
        </w:rPr>
        <w:t>Xooluleen, maa ngi taxaw ci bunt bi, di feyfey: bu kenn déggee sama baat te ubbi bunt bi, dinaa dugg ci moom, lekk ak moom, te moom it ak man. Ki daan, dinaa ko may mu toog ak man ci sama nguur guuru, ni man it ma daan ba noppi, te ma toog ak Sama Baay ci sa nguur guuru. Ku am nopp, na dégg li Xel mi wax mboolooy ngëm yi. Pexe mu Sell mi 3:20–22.</w:t>
      </w:r>
    </w:p>
    <w:p>
      <w:pPr>
        <w:pStyle w:val="ArticleBody"/>
        <w:jc w:val="left"/>
      </w:pPr>
      <w:r>
        <w:rPr>
          <w:rFonts w:ascii="Times New Roman" w:hAnsi="Times New Roman" w:eastAsia="Times New Roman" w:cs="Times New Roman"/>
        </w:rPr>
        <w:t>Ndëggu dëgg gu njëkk gi Yeesu waxoon taalibe yi bi Mu tàmbalee feeñal ay sonn yu bant bi, mooy dëgg gi ne nit ñi war nañu daaneel ni Mu ko joxee misaal ci daaneel. Nit ñi war nañu daaj yaram ak ay bëgg-bëggam ak ay bànneexam. Bu loolu amee, dees na leen toogal ci barab yu asamaan.</w:t>
      </w:r>
    </w:p>
    <w:p>
      <w:pPr>
        <w:pStyle w:val="ArticleScripture"/>
        <w:jc w:val="left"/>
      </w:pPr>
      <w:r>
        <w:rPr>
          <w:rFonts w:ascii="Times New Roman" w:hAnsi="Times New Roman" w:eastAsia="Times New Roman" w:cs="Times New Roman"/>
        </w:rPr>
        <w:t>Sax ci sunu doon ci bàkkaar, Yàlla dundal na nu ànd ak Kirist, (ndax ci yiw ngeen mucc) te dekkal na nu ànd, toogal na nu it ànd ci bérabi asamaan yi ci Kirist Yeesu. Efes 2:5, 6.</w:t>
      </w:r>
    </w:p>
    <w:p>
      <w:pPr>
        <w:pStyle w:val="ArticleBody"/>
        <w:jc w:val="left"/>
      </w:pPr>
      <w:r>
        <w:rPr>
          <w:rFonts w:ascii="Times New Roman" w:hAnsi="Times New Roman" w:eastAsia="Times New Roman" w:cs="Times New Roman"/>
        </w:rPr>
        <w:t>Gannaaw bi mu wone dëggug daj ci bant ba, ci anam wu jëm ci yëngu-yëngu bopp ak sa yoon, Gaynde gi bokk ci xeetu Yuda dolli na beneen dëgg gu jëm ci fan yu mujj yi.</w:t>
      </w:r>
    </w:p>
    <w:p>
      <w:pPr>
        <w:pStyle w:val="ArticleScripture"/>
        <w:jc w:val="left"/>
      </w:pPr>
      <w:r>
        <w:rPr>
          <w:rFonts w:ascii="Times New Roman" w:hAnsi="Times New Roman" w:eastAsia="Times New Roman" w:cs="Times New Roman"/>
        </w:rPr>
        <w:t>Ndax nit dina jariñlu ci lu, bu amee àddina sépp, te réer boppam? Walla lu nit man a joxe ngir feyu boppam? Ndaxte Doomu nit ki dina ñëw ci ndamu Baayam, ak ay malaakaam; te booba dina fey kenn ku nekk según ay jëfam. Dëgg maa ngi leen koy wax, am na ñenn ci yi fii taxaw, yu dul mos a dee ba seen Doomu nit ki di ñëw ci nguuram. Macë 16:26–28.</w:t>
      </w:r>
    </w:p>
    <w:p>
      <w:pPr>
        <w:pStyle w:val="ArticleBody"/>
        <w:jc w:val="left"/>
      </w:pPr>
      <w:r>
        <w:rPr>
          <w:rFonts w:ascii="Times New Roman" w:hAnsi="Times New Roman" w:eastAsia="Times New Roman" w:cs="Times New Roman"/>
        </w:rPr>
        <w:t>Bu yégle Bëccëgu Guddi gi ubbiwee na ko Gaynde gi bokk ci giir Yuda ci jamono ju mujj ci tëj giir ñaari téeméer ak ñeent fukk ak ñeent junni, dina am ñenn ñu deeul. Noonu mu waxoon bu wóor ci ñaari téeméer ak ñeent fukk ak ñeent junni, askanam yu mujj yi te duñu mos smaak dee. Kon juróom-benn fan gannaaw seetam ca Caesarea Philippi, Gaynde gi bokk ci giir Yuda ubbiloon dëgg bu war a dooleel taalibeem yi ngir jafe-jafe bi di ñëw ci bant ba, waaye li gën a am solo mooy ne dafa doon wax itam ci yoonu dibeer bi di ñëw léegi.</w:t>
      </w:r>
    </w:p>
    <w:p>
      <w:pPr>
        <w:pStyle w:val="ArticleScripture"/>
        <w:jc w:val="left"/>
      </w:pPr>
      <w:r>
        <w:rPr>
          <w:rFonts w:ascii="Times New Roman" w:hAnsi="Times New Roman" w:eastAsia="Times New Roman" w:cs="Times New Roman"/>
        </w:rPr>
        <w:t>Gannaaw juróom-benn fan, Yeesu jël Piyeer, Saag ak Yowaana, doomu ndeyamam, yóbbu leen ci tund wu kawe wi, fu weesu. Foofa mu soppeeku ci seen kanam: kanamam leer mel ni jant bi, te ay yéreem set wecc ni leer gi. Te gis-leen, Musaa ak Eliya feeñu ci seen kanam, di wax ak moom. Noonu Piyeer tontu ne Yeesu: Boroom bi, baax na nu nekk fii; su la neexee, na nu def fii ñetti xayma: benn la, benn Musaa, benn Eliya. Bi muy wax loolu ba tey, gis-leen, niir gu leer lëndëm leen; te gis-leen, baat jógé ci niir gi, naan: Kii mooy Sama Doom ji ma bëgg, ki ma neexal; déglu-leen ko. Bi taalibe ya déggee loolu, ñu daanu ci seen kanam, tiit lool. Waaye Yeesu ñëw, laal leen, ne leen: Jóg-leen, buleen ragal. Bi ñu yékkati seen bët, ñu gisatul kenn kudul Yeesu rekk. Bi ñuy wàccé tund wi, Yeesu digal leen ne: Buleen wax kenn peeñ mi, ba Koomu nit ki dekkiwaatee ci biir dee. Taalibe yi laaj ko ne: Lu tax nag bindkat yi di wax ne war na Eliya jëkk a ñëw? Mu tontu ne leen: Eliya dina ñëw dëgg-dëgg jëkk, te dina delloo lépp. Waaye maa ngi leen koy wax, Eliya ñëw na ba noppi, te xamuñu ko, waaye def nañu ko lépp lu leen neex. Noonu itam Koomu nit ki dina sonn ci seen loxo. Noonu taalibe yi xam ne Yowaana Miy Sóob moom la leen doon waxal. Macë 17:1–13.</w:t>
      </w:r>
    </w:p>
    <w:p>
      <w:pPr>
        <w:pStyle w:val="ArticleBody"/>
        <w:jc w:val="left"/>
      </w:pPr>
      <w:r>
        <w:rPr>
          <w:rFonts w:ascii="Times New Roman" w:hAnsi="Times New Roman" w:eastAsia="Times New Roman" w:cs="Times New Roman"/>
        </w:rPr>
        <w:t>Ci pasaj bi, Njaay mi dëkk ci xeetu Yuda moo ngi ubbi dëgg yi di sàmm benn téeméeri ñent-fukk ak ñeent junni, balaa mën a tëj waxtu jébbalu, ndaxte “waxtu wi jege na.” Moom, njëkk, mu xamale ay metit yu bant ba, te mu teg xew-xew boobu muy jàngale ni mooy wuute gu mag gi ci diggante benn mbooloo buy bañ a jëfandikoo seen coobare ngir daaj yaram wu bàkkaar, ak beneen mbooloo buy topp royukaayu Kirist. Gannaaw loolu mu won leen ne ñoom dañoo doon teyji mel ni ñi diir mujj gi ci jaar-jaaru suuf, bi nit ñi di dund dale ci waxtu ubbite gi amoon 11 Septambar 2001 ba ci delluseem.</w:t>
      </w:r>
    </w:p>
    <w:p>
      <w:pPr>
        <w:pStyle w:val="ArticleBody"/>
        <w:jc w:val="left"/>
      </w:pPr>
      <w:r>
        <w:rPr>
          <w:rFonts w:ascii="Times New Roman" w:hAnsi="Times New Roman" w:eastAsia="Times New Roman" w:cs="Times New Roman"/>
        </w:rPr>
        <w:t>Noonu Mu wone seet gu mag bu ndamuam, te ak Musaa ak Eliya nekk ak Moom. Baatu téj gi ñu ubbi mooy Peeñug Yeesu Kirist, te mu jëfandikoo ak Musaa ak Eliya, te baatu boobu tambalee a ubbeeku ci weeru sulet 2023, ba ñaari seede yi ci Peeñu Yowaana saar 11, yi di Musaa ak Eliya, ñu taxawal leen, rëdd ci kaw rëdd, muy ay misaal yu tegtaloon téju junni ak ñeent fukki junni. Bi ñetti taalibe ya gisée vision ba te déggee baatug Yàlla, “ñu daanu ci seen kanam, te tiit lool leen. Noonu Yeesu ñëw, laal leen, ne leen: Jógleen, buleen ragal.”</w:t>
      </w:r>
    </w:p>
    <w:p>
      <w:pPr>
        <w:pStyle w:val="ArticleBody"/>
        <w:jc w:val="left"/>
      </w:pPr>
      <w:r>
        <w:rPr>
          <w:rFonts w:ascii="Times New Roman" w:hAnsi="Times New Roman" w:eastAsia="Times New Roman" w:cs="Times New Roman"/>
        </w:rPr>
        <w:t>Peeñ mi ñetti taalibe yi gisoon, moo di melow ndamalu Almasi bi ci fan yu mujj yi, te moo tax mu nek benn melow ak bi Dañeel gisoon ci sarax 10.</w:t>
      </w:r>
    </w:p>
    <w:p>
      <w:pPr>
        <w:pStyle w:val="ArticleScripture"/>
        <w:jc w:val="left"/>
      </w:pPr>
      <w:r>
        <w:rPr>
          <w:rFonts w:ascii="Times New Roman" w:hAnsi="Times New Roman" w:eastAsia="Times New Roman" w:cs="Times New Roman"/>
        </w:rPr>
        <w:t>Man maa Danyeel rekk la gisoon peeñ mi; ndaxte góor ñi nekkoon ak man gisewuñu woon peeñ mi. Waaye tiit bu mag daldi dal ci seen kaw, ba tax ñu daw, dem nëbbu. Kon man nag des naa maa kenn, te gis naa peeñ bu mag bii; doole desatu woon ci man, ndaxte taaru sama kanam soppeeku ci man, mu nekk yàqule, te amatu ma woon benn doole. Waaye dégg naa baatam; te bi ma déggee baatu kàdduyam, ma daldi nekk ci nelaw gu xóot, tëdd sama kanam, te sama kanam jublu ci suuf. Noonu, xool-leen, loxo la ma laal, te tax ma nekk ci sama biti qon ak ci tànki sama yoxo. Mu ne ma: “Yaa Danyeel, nit ku Yàlla bëgg lool, xamal kàddu yi ma lay wax, te taxaw bu jub; ndaxte ci yaw lañu ma yónni léegi.” Bi mu waxee ma loolu, ma taxaw ak loxoy ragal. Noonu mu ne ma: “Bul ragal, Danyeel; ndaxte li dale ca bés ba njëkk ba nga jublu sa xol ngir xam te toroxal sa bopp fa kanam sa Yàlla, sa ñaan dégg nañu ko, te ñëw naa ngir sa kàddu yi.” Danyeel 10:7–12.</w:t>
      </w:r>
    </w:p>
    <w:p>
      <w:pPr>
        <w:pStyle w:val="ArticleBody"/>
        <w:jc w:val="left"/>
      </w:pPr>
      <w:r>
        <w:rPr>
          <w:rFonts w:ascii="Times New Roman" w:hAnsi="Times New Roman" w:eastAsia="Times New Roman" w:cs="Times New Roman"/>
        </w:rPr>
        <w:t>Gis-gis bu soppikoo ci transfiguration bi nekk ci Matthew saar fuk ak juróom-ñaar, mooy gis-gis bu seetaanukaay bi ci Daniel saar fuk, te loolu am na ba waxtu wa ay yax yu wow yi ci Ezekiel dekkalewaat. Gis-gis boobu, ak ndigal bi mu àndal ak moom, dafay feeñal ñaari xeetu jaamukat, benn bi ci kër gu mag ga ca Exeter, te beneen bi ci kër gu mag ga ca Watertown, mooy mbooloom ñiy ñaawal yi yu Jérémie, ak jàngu Seytaane ji yu Yowaana. Naka la nekke ak njariñu gis-gis bi ci seede Daniel, noonu itam “bi taalibey ya ko déggee, ñu daanu ci seen kanam, te ragal lool. Noonu Yeesu ñëw, laal leen, ne leen: Jógleen, buleen ragal.” Gis-gis boobu dafa doon lu ñuy déggoo ak lu ñuy gis ñépp ñaar, te mu jur ragal ci misaal yu ñaar yépp. Amoon na soxla “laal” ngir dëgëral ci seede yu ñaar yépp.</w:t>
      </w:r>
    </w:p>
    <w:p>
      <w:pPr>
        <w:pStyle w:val="ArticleBody"/>
        <w:jc w:val="left"/>
      </w:pPr>
      <w:r>
        <w:rPr>
          <w:rFonts w:ascii="Times New Roman" w:hAnsi="Times New Roman" w:eastAsia="Times New Roman" w:cs="Times New Roman"/>
        </w:rPr>
        <w:t>Peeñu soppiku jëmm bi doonoon, ci yeneen mbir yu ci nekk, seede ne Kàddug Yàlla masul a daanu, ndaxte ci saaru fukk ak juroom benni ci Macë, ci aaya bu mujj ba, Yeesu waxoon na ne: «Am na ñenn ñu taxaw fii, yu dul mos a dëgg dee, ba kera lañuy gis Doomu nit ki di ñëw ci nguuru gi.» Soppikug jëmm boobu doonoon misaal bu ñëwug «Doomu nit ki» ci nguuru gi.</w:t>
      </w:r>
    </w:p>
    <w:p>
      <w:pPr>
        <w:pStyle w:val="ArticleScripture"/>
        <w:jc w:val="left"/>
      </w:pPr>
      <w:r>
        <w:rPr>
          <w:rFonts w:ascii="Times New Roman" w:hAnsi="Times New Roman" w:eastAsia="Times New Roman" w:cs="Times New Roman"/>
        </w:rPr>
        <w:t>“Musaa ci kaw tundu Transfiguraasioŋ bi nekk seede ci ndamug Kirist ci kaw bàkkaar ak dee. Moom dafa teewal ñi di génn ca bàmmeel ba ci ndekkitey aji jub ña. Ilyaas, mi yóbbuwoon ko ca asamaan te gisul dee, dafa teewal ñiy dund ci suuf si bu ñëwée ñaareel dikkug Kirist, te ñoom lañuy ‘soppi ci benn saa, ci xar-kanam bu gaaw, bu trompet bu mujj bi jolli’; ba noppi ‘lii di ku dee war na solul dee-adiina’, te ‘lii di lu yàqu war na solul lu dul yàqu.’ 1 Korent 15:51–53. Yeesu soloon na leeru asamaan, ni muy feeñee bu dikkée ‘ñaareel yoon, te du ànd ak bàkkaar, ngir mucc.’ Ndaxte dina dikk ‘ci ndamlu Baayam ak malaaka yu sell yi.’ Ebre 9:28; Màrk 8:38. Léegi digeb Musalkat bi digoon taalibe yi mat na. Ci kaw tundu wa, nguurug ndam lañu fa won ci ndaw melokaan,—Kirist Buur bi, Musaa di ki taxawal ñi dekki, te Ilyaas di ki taxawal ñi yóbbu.’ The Desire of Ages, 421.”</w:t>
      </w:r>
    </w:p>
    <w:p>
      <w:pPr>
        <w:pStyle w:val="ArticleBody"/>
        <w:jc w:val="left"/>
      </w:pPr>
      <w:r>
        <w:rPr>
          <w:rFonts w:ascii="Times New Roman" w:hAnsi="Times New Roman" w:eastAsia="Times New Roman" w:cs="Times New Roman"/>
        </w:rPr>
        <w:t>Dëggug dëggal gi ëmb leen itam benn xam-xam buy wone ne ñi téeméer ak ñent-fukk ak ñent junni, ñooy ñiñu teg ci Njàngum Yàlla te ñaar-fukki juróom-ñaari Saar ba juróom-ñent, ñi deesuñu, te ñuñu melal ci Ilyaas; te mbooloo mu réy mi ci Njàngum Yàlla te ñaar-fukki juróom-ñaari Saar ba juróom-ñent, ñooy ñiñu melal ci Musaa, ñiy dee. Benn mbooloo mi dees na ko woo ci baat bu njëkk bi ci Njàngum Yàlla te ñaar-fukki juróom-ñetti Saar ba fukk ak juróom-ñett, te beneen mbooloo mi dees na ko woo ci ñaareelu baat bi ci Njàngum Yàlla te ñaar-fukki juróom-ñetti Saar ba fukk ak juróom-ñett.</w:t>
      </w:r>
    </w:p>
    <w:p>
      <w:pPr>
        <w:pStyle w:val="ArticleBody"/>
        <w:jc w:val="left"/>
      </w:pPr>
      <w:r>
        <w:rPr>
          <w:rFonts w:ascii="Times New Roman" w:hAnsi="Times New Roman" w:eastAsia="Times New Roman" w:cs="Times New Roman"/>
        </w:rPr>
        <w:t>Gannaaw laal bi, Yeesu jox na taalibe yi yeneen ndigal bi mu ne: “Buleen wax kenn gis-gis bi, ba Koomu nit ki dekkiwaatée ci ndee.” Gis-gisu soppeku melokaan gi, mooy gis-gisu seetuwaay bi, ak gis-gisu Esayi ci sarax ba juroom-benn, ak gis-gisu Pool ba mu nekkee ci ñetteel asamaan, ak gis-gisu Esekiyel ci roue yi nekk ci biir yeneen roue yi, dafañu ko tëj woon Liyon bu gi cosaanu Yuda, ba mujj ci ndekkiwaatug Kirist.</w:t>
      </w:r>
    </w:p>
    <w:p>
      <w:pPr>
        <w:pStyle w:val="ArticleBody"/>
        <w:jc w:val="left"/>
      </w:pPr>
      <w:r>
        <w:rPr>
          <w:rFonts w:ascii="Times New Roman" w:hAnsi="Times New Roman" w:eastAsia="Times New Roman" w:cs="Times New Roman"/>
        </w:rPr>
        <w:t>Dékkitu Kirist dafa tektal ndekkite ñaari seede yi nekkoon ak Kirist ci benn gis-gis boobu, te waroon nañu leen a dekki ci weeru Sulet 2023. Ca jamono jooju, yégle gu sell gi dina ubbiwaatuñu ko ñaari seede yi nekk ci Pexe bu Fekk 11 ak ñaari mboolooy way-jàngat yu takku yi, te dinañu ko teg ci mbir mi aju ci gis-gisu seetu-bopp bu ndamalu Kirist ca mujju àddina.</w:t>
      </w:r>
    </w:p>
    <w:p>
      <w:pPr>
        <w:pStyle w:val="ArticleBody"/>
        <w:jc w:val="left"/>
      </w:pPr>
      <w:r>
        <w:rPr>
          <w:rFonts w:ascii="Times New Roman" w:hAnsi="Times New Roman" w:eastAsia="Times New Roman" w:cs="Times New Roman"/>
        </w:rPr>
        <w:t>Bataxal bu màndargaal bi dees nañ ko itam ci wàllu ñetti aaya yu njëkk yi ci Peeñu Yowaana saar bu njëkk bi, fa xeetu jokkoo gi, buy tegtal boole ci diggante yàllaay ak nit, joxeeku na ci yoon wu jaar-jaar ngir feeñal ni bataxal bi ci màndargaal diñ ko jox ñi yelloo nekk ci biir junni ak ñeent-fukk ak ñeent-junni.</w:t>
      </w:r>
    </w:p>
    <w:p>
      <w:pPr>
        <w:pStyle w:val="ArticleBody"/>
        <w:jc w:val="left"/>
      </w:pPr>
      <w:r>
        <w:rPr>
          <w:rFonts w:ascii="Times New Roman" w:hAnsi="Times New Roman" w:eastAsia="Times New Roman" w:cs="Times New Roman"/>
        </w:rPr>
        <w:t>Yoonu ndamli, tegu teg, dafa joge ci Baay bi, ba ci Doom ji, ba ci malaaka Jibriil, ba ci Yowaana, ba ci mboolooy gëm yi. Joge ci Baay bu Yàlla ji, ba ci Doom ji miy Yàlla te di nit, ba ci mbind mu bakkul (Jibriil), ba ci mbind mu bàkkaar (Yowaana), ba ci mboolooy gëm yi nekk ci Asi (àddina). Juróomi xët yi, ñu leen tudd bu leer ci njëkk a wax ci Peeñug Yeesu Kirist; te weddi benn xët mooy weddi leen ñoom ñépp.</w:t>
      </w:r>
    </w:p>
    <w:p>
      <w:pPr>
        <w:pStyle w:val="ArticleBody"/>
        <w:jc w:val="left"/>
      </w:pPr>
      <w:r>
        <w:rPr>
          <w:rFonts w:ascii="Times New Roman" w:hAnsi="Times New Roman" w:eastAsia="Times New Roman" w:cs="Times New Roman"/>
        </w:rPr>
        <w:t>Jàppale ak pee xamle woowu, taalibey yi laaj nañu Yeesu ne: «Lu tax nag bindkat yi di wax ne Ilias war na ñëw bu jëkk?» Te Yeesu tontu leen ne: «Dëgg-dëgg Ilias dina ñëw bu jëkk, te dina delloo lépp. Waaye maa ngi leen koy wax ne, Ilias agsi na ba noppi, te xamuñu ko, waaye def nañu ko lépp lu neex seen coobare. Noonu itam Doomu nit ki dina sonn ci seen loxo.» Noonu taalibey yi xam ne, Yaxya Miy Sóob mi la leen doon waxal.</w:t>
      </w:r>
    </w:p>
    <w:p>
      <w:pPr>
        <w:pStyle w:val="ArticleBody"/>
        <w:jc w:val="left"/>
      </w:pPr>
      <w:r>
        <w:rPr>
          <w:rFonts w:ascii="Times New Roman" w:hAnsi="Times New Roman" w:eastAsia="Times New Roman" w:cs="Times New Roman"/>
        </w:rPr>
        <w:t>Wàllu Yaxya Miyërekat ak Yaxya mi bind ci téereb Peeñ mi, mooy benn cëram ci yégle gi ñuy tëjé; te ñi nekkoon ca kër gu mag ga ca Watertown te tann bàyyi wax ju Samuel Snow, dañuy tekki ñi bëggul nangoo ne Boroom bi mooy tànn nit ñi Mu bëgg a tànn. Baat bi ñu tànn woon ci atum 1989, mi njëkk a séddoo yégleem ñaari téeméer ak ñaar-fukk at ginnaaw 1776, maanaam ci 1996, mi doon sàmmkat bi màggal ne ñetteelu musiba ga agsi na ci 11 Septàmbar 2001, mi joxe yégle bu bàkkaar bi ci 18 Sulet 2020, bokk na ci yégle gi ñuy tëjé, te wàllam mooy li Yaxya Miyërekat di teewal.</w:t>
      </w:r>
    </w:p>
    <w:p>
      <w:pPr>
        <w:pStyle w:val="ArticleBody"/>
        <w:jc w:val="left"/>
      </w:pPr>
      <w:r>
        <w:rPr>
          <w:rFonts w:ascii="Times New Roman" w:hAnsi="Times New Roman" w:eastAsia="Times New Roman" w:cs="Times New Roman"/>
        </w:rPr>
        <w:t>Dina kontine jàngat bii ci artikel bi ci topp.</w:t>
      </w:r>
    </w:p>
    <w:p>
      <w:pPr>
        <w:pStyle w:val="ArticleScripture"/>
        <w:jc w:val="left"/>
      </w:pPr>
      <w:r>
        <w:rPr>
          <w:rFonts w:ascii="Times New Roman" w:hAnsi="Times New Roman" w:eastAsia="Times New Roman" w:cs="Times New Roman"/>
        </w:rPr>
        <w:t>«Maa gis nit ñu bare ñu taxawoon bu baax, ñu aaroon bu wér te sax, di bañ a may dàqaar ci ñi bëggoon yënguël ngëm gi sampu woon ci biir yaram wi. Yàlla xool leen ak nangu ak bànneex. Won nañu ma ñetti jéego yi—bataaxalu malaaka bu njëkk bi, bu ñaareel bi, ak bu ñetteel bi. Malaaka bi doon ànd ak man ne: “Ndeysaan ki dina toxal benn xeer walla yëngu benn tëb ci bataaxal yii. Xam-xam gu dëgg gu jëm ci bataaxal yii am na solo gu mag ci dundug nit. Nekkinu ruuy yi dafa tàmbalee ci ni ñuy nanguyee bataaxal yii.”» «Ba noppi ñu indi maati ma waatale ci bataaxal yii, ma gis ni askanu Yàlla jaayee woon seen njàngat ak lu ëpp a jafe-jafe. Jot nañu ko jaarale ko ci coono yu bari ak xeex yu tar. Yàlla jiite na leen ndank-ndank, jéego ci jéego, ba mu teg leen ci kaw benn dal gu dëgër, gu sax te du yëngu. Gis naa nit ñuy jegeñ dal gi, di seet fondemaŋ ba. Am ñi, ak mbégte, daldi ci tàyyeel saa si. Ñeneen tàmbalee di wax ay sikk ci fondemaŋ ba. Bëggoon nañu ñu def ay yokkute, te noonu dal gi dina gën a mat, askan wi it di gën a bég. Am ñi génn ci kaw dal gi ngir seet ko, daldi wax ne dafa sampu woon ci anam bu baaxul. Waaye gis naa ne lu ëpp ci ñoom saxoon nañu bu wér ci kaw dal gi, di dëgëral ñi génnoon ci kawam ngir ñu bàyyi seen i ñaawteef; ndaxte Yàlla moo doon Tabaxkat bu Mag bi, te ñoom dañuy xeex ak moom. Ñu fàttali liggéeyu Yàlla bu yéeme bi, bi leen yóbboo ba ci dal gu sax gi; te ci benn xel ñu yëkkati seen bët jëm asamaan, ak baat bu rëy ñu màggal Yàlla. Loolu laal na am ci ñi doon ñaawteef te bàyyi dal gi, ba ñoom itam ak jubluwaay gu suufeeyaat dellu tàyyeel ci kawam.»</w:t>
      </w:r>
    </w:p>
    <w:p>
      <w:pPr>
        <w:pStyle w:val="ArticleScripture"/>
        <w:jc w:val="left"/>
      </w:pPr>
      <w:r>
        <w:rPr>
          <w:rFonts w:ascii="Times New Roman" w:hAnsi="Times New Roman" w:eastAsia="Times New Roman" w:cs="Times New Roman"/>
        </w:rPr>
        <w:t>«Ñu tegaloon na ma dellu ci yégleb njëkk ñëwug Kirist. Yónent Yaxya dees na ko yonni ci xel ak kàttanu Eliya ngir waajal yoon wi Yeesu. Ñi bañ seede Yaxya, njàngale yi Yeesu jàngaloon amuñu leen njariñ. Seen tëju ci ndigal gi doon wax ñëwam, moo leen teg ci bérab bu tax ñu mënuloon yomb a nangu gëstu gu gën a doole ne mooy Almasi bi. Seytaane jiite na ñi bañoon ndigal Yaxya ba ñu yokk seen bañ, di bañ Kirist te daaj ko ci bant bi. Ci loolu, ñu teg seen bopp ci bérab bu tax ñu mënuloon jot ci barke bi ca bésu Pentekot, bi leen waroon a jàngale yoon wi jëme ca kër-yàllaa asamaan. Xotti téere bi ci kër Yàlla gi won na ne sarax yi ak ndigali Yawut yi deesu leen nanguwaat. Sarax su mag si joxeefees na ko te nangu nañu ko, te Xel mu Sell mi wàccewoon ca bésu Pentekot jële na xel yi taalibey Yeesu yi ca kër-yàllaa suuf ba jëm ca kër-yàllaa asamaan, fa Yeesu duggoon ak deretam moom ci boppam, ngir tuur ci kaw taalibeem yi njariñi abbéem. Waaye Yawut ya des nañu ci lëndëm gu mat sëkk. Ñu ñàkk leer gépp gu ñu manoon a am ci pexe mucc mi, te sax di wéeru ci seen sarax yu amul njariñ ak seen sarax-yóbbu. Kër-yàllaa asamaan jël na bérabu kër-yàllaa suuf, waaye xamuñu woon coppite boobu. Moo tax manuñu woon a jot njariñ ci ràmmug Kirist bi ci bérab bu sell bi.</w:t>
      </w:r>
    </w:p>
    <w:p>
      <w:pPr>
        <w:pStyle w:val="ArticleScripture"/>
        <w:jc w:val="left"/>
      </w:pPr>
      <w:r>
        <w:rPr>
          <w:rFonts w:ascii="Times New Roman" w:hAnsi="Times New Roman" w:eastAsia="Times New Roman" w:cs="Times New Roman"/>
        </w:rPr>
        <w:t>“Ñu bare gis ak tiit yoonu Yawut yi ci seen bañ a nangu te daaj Krist; te bu ñuy jàng jaar-jaaru toroxal bu ñu ko toroxale, dañuy foog ne bëgg nañu ko, te duñu ko weddi woon ni Piyeer defee, walla daaj ko ni Yawut yi defee. Waaye Yàlla mi jàng xol yépp, indi na ci natt bi mbëggeel boobu ñu doon wax ne am nañu ko ci Yeesu. Asamaan bépp seetaan na ak yéene gu xóot nuy nangu yégleb malaaka bu njëkk bi. Waaye ñu bare ci ñi wax ne dañu bëgg Yeesu, te di jooy bu ñuy jàng nettali bant ba, ñoom dañu reetaan xibaaru jàmm bu ñëwëm. Fàwwul a nangu yégleb bi ak mbégte, waaye wax nañu ne nax la. Dañu bañ ñi bëgg feeñugam, te génne leen ci kërg-yàlla yi. Ñi bañee yégleb bu njëkk bi, maneesu leen a jariñ ci ñaareel bi; noonu itam ñaxtu guddi gi jariñu leenul, moom mi waroon a waajal leen ngir ñu dugg ak Yeesu ci ngëm, dem ca bérab bu gën a sell ba ci kër-yàlla ju asamaan ji. Te gannaaw ba ñu bañee ñaari yégleb yu jëkk ya, lëndëm nañu seen xel ba tax ñu mënatul a gis benn leer ci yéglebu malaaka bu ñetteel bi, miy won yoon wi jëm ca bérab bu gën a sell ba. Gis naa ne ni Yawut yi daajee Yeesu, noonu la kërg-yàlla yu turu rekk yi daajee yégleb yooyu; moo tax xamuñu dara ci yoon wi jëm ca bérab bu gën a sell ba, te intersesioŋu Yeesu foofa mënul leen a jariñ. Ni Yawut yaa doon joxe seen sarax yu amul njariñ, noonu lañuy yékkati seen ñaan yu amul njariñ jëm ca néeg ba Yeesu génn; te Seytaane, mi bànneexu ci nax ba, sol na melokaanu diine, di jiite xeli ñiy wax ne ay Kiristaan lañu jëm ci moom ci boppam, di liggéey ak kàttanam, ak ay firndeem, ak ay kéemaan yu fen ngir takkal leen bu baax ci fiirëm. Am na ñu muy nax ci benn anam, ñeneen ñi ci baneen anam. Am na ay nax yu wuute yu mu waajal ngir jot xel yu wuute. Am na ñuy xool ak tiit ci benn nax, waaye ci yeneen dañuy teeru ci léegi. Seytaane nax na ñenn ak Espiritism. Itam dafay ñëw ni malaaka leer, tasaaroowaat ay doxalinam ci réew mi jaarale ko ci yeesal yu dul dëgg. Kërg-yàlla yi daan nañu ci bég, di defe ne Yàlla moo leen di liggéey lu yém ci kawe, fekk mooy liggéeyu beneen xel. Bëgg-bëgg boobu dina wéy, ba bàyyi addina ak kërg-yàlla ci xaalis bu gën a bon lañu nekk woon bu njëkk.”</w:t>
      </w:r>
    </w:p>
    <w:p>
      <w:pPr>
        <w:pStyle w:val="ArticleScripture"/>
        <w:jc w:val="left"/>
      </w:pPr>
      <w:r>
        <w:rPr>
          <w:rFonts w:ascii="Times New Roman" w:hAnsi="Times New Roman" w:eastAsia="Times New Roman" w:cs="Times New Roman"/>
        </w:rPr>
        <w:t>“Gis naa ne Yàlla am na ay doom yu jub te dëggu ci biir Adventiste yu tudd rekk ak ci biir kërgëm yu daanu yi, te bala musiba yi di sotti, ñu dina woo jëwriñ yi ak nit ñi génn ci kërgëm yooyu, te ñu dinañu nangu dëgg gi ak mbég. Seexaan xam na loolu; te bala ñu yégle wax ju réy jooju ñetteelu malaaka mi, mu daldi yékkati xumb ci biir mbooloo yu diine yooyu, ngir ñi bañoon dëgg gi man a defe ne Yàlla a ngi ak ñoom. Mu yaakaar na réy nit ñu jub ñi ngir indi leen ci xel ne Yàlla dafa saxay liggéey ngir kërgëm yi. Waaye leer gi dina tàbbi, te ñépp ñi jub dinañu bàyyi kërgëm yu daanu yi, te taxaw ak ña des.”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Nimero bi Téeméeri ak juróom-ñeent fukk ak juróom-ñaar di juróom-ñett fan ak juróom-ñaari benni-bii juróom-ñaar॥</dc:title>
  <dc:subject>Peeñ gu Gaynde gi: Bu Panium ba ci Màndarga mu Mujj mi</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