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Téereb Daaniyel — Téeméer ñent-fukk ak juróom-ñeent ci benn</w:t>
      </w:r>
    </w:p>
    <w:p>
      <w:pPr>
        <w:pStyle w:val="ArticleSubtitle"/>
        <w:jc w:val="left"/>
      </w:pPr>
      <w:r>
        <w:rPr>
          <w:rFonts w:ascii="Arial" w:hAnsi="Arial" w:eastAsia="Arial" w:cs="Arial"/>
        </w:rPr>
        <w:t>Njéeglu Kàddug Yónnee bi buy gën a kawe: Ubbite Xareb Paaniyom ak Ñëwatu Yoonu Dibes bi</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2024-04-20</w:t>
      </w:r>
    </w:p>
    <w:p>
      <w:pPr>
        <w:pStyle w:val="ArticleBody"/>
        <w:jc w:val="left"/>
      </w:pPr>
      <w:r>
        <w:rPr>
          <w:rFonts w:ascii="Times New Roman" w:hAnsi="Times New Roman" w:eastAsia="Times New Roman" w:cs="Times New Roman"/>
        </w:rPr>
        <w:t>Mbind mujj jàppoon na ag xët wu boole woon paragraf bi ne, “Tooñ gi bëgga tollu ci yemam. Yàqute feeñ na adduña bi, te ragal gu réy dina daldi dikk ci nit ñi. Mujj gi jege na lool. Nun ñi xam dëgg gi war na nu waajal sunu bopp ngir li nar a dal ci adduña bi ci yéemu gu tar.” “Tooñ” dafa tollu ci yemam bu koppu waxtu jéggale bi feesee, te boobu yem dafa agsi ci Etazini bu yoonu Dibeer bi dekkalee.</w:t>
      </w:r>
    </w:p>
    <w:p>
      <w:pPr>
        <w:pStyle w:val="ArticleScripture"/>
        <w:jc w:val="left"/>
      </w:pPr>
      <w:r>
        <w:rPr>
          <w:rFonts w:ascii="Times New Roman" w:hAnsi="Times New Roman" w:eastAsia="Times New Roman" w:cs="Times New Roman"/>
        </w:rPr>
        <w:t>“Waaye Kirist mi wax ne benn tòmbu walla benn rëccu yoon du réer, ba keroog asamaan ak suuf weesu. Liggéey gu sax ga mu ñëwoon def mooy màggal yoon wi, te won àddina yi ñu bind ak asamaan ne Yàlla jub na, te amul lu tax yoonu am wara soppi. Waaye fii la nit ku nekk ci ndeyjooru Seytaane taxaw, ngir yéegsi liggéey bi Seytaane tàmbalee asamaan, mooy jéem a jubbanti yoonu Yàlla. Te àddina gu naan boppam Kiristaan may na doole ay jéefam, ci gën a jàpp xaalisub pàppaas ji, di màndargaalu Dibeer bi. Ñoo ko yar, te dinañu ko sax di yar, ba kera Protestantis di jox loxo ndimbal doole Room. Su boobaa, dina am yoon ci kaw Noflayeetu bésu noflaay bu Yàlla bindoon; te su boobaa la Yàlla ‘di def liggéey gu doy waar ci suuf si.’ Yàgg na muñ ngir jubadi askan wi; jéem na leen a woom ci moom. Waaye waxtu dina ñëw bu ñuy feesal seen nattug tooñ; te su boobaa la Yàlla di jëfandikoo ay jëfam. Waxtu woowu jegesi na lool. Yàlla dafa denc jaar-jaari réew yi: lim yi di yokku ci seen kow ci téere asamaan yi; te bu mu nekkee yoon ne jàdd bés bu njëkk bu ayu-bés wi dina jariñ mbugal, kon seen kaas dina fees.” Review and Herald, March 9, 1886.</w:t>
      </w:r>
    </w:p>
    <w:p>
      <w:pPr>
        <w:pStyle w:val="ArticleBody"/>
        <w:jc w:val="left"/>
      </w:pPr>
      <w:r>
        <w:rPr>
          <w:rFonts w:ascii="Times New Roman" w:hAnsi="Times New Roman" w:eastAsia="Times New Roman" w:cs="Times New Roman"/>
        </w:rPr>
        <w:t>Bu àttebub Dibéer, États-Unis dina fees ba mu mat; te ngàkk rew mi dina topp ci yàqug rew mi. Xët wi nuy seet nee na: « jàddg yoon agsi na bëgg-a-mujj », te « tiit bu réy dina àgg léegi ci kaw nit ñi ». Ca àttebub Dibéer ba, mi di « waxtuw yëngu-yëngu suuf bu réy » bi ci Pexe gu Nawet gi sarax-fukki ak benn, « benn-fukkel ci dëkk ba daanu na », te « xool-leen, njàqareb ñetteel ba ngi ñëw gaaw », te « malaaka juróom-ñaareel ba wol na. » Njàqareb ñetteel ba mooy trompet bu juróom-ñaareel bi, te dafay aksi ci àttebub Dibéer, yóbbu « tiit bu réy ». Foofa, « mujj gi jege na lool », te dina ñëw ni « mbëx mu réy te yéem loo ». Ca àttebub Dibéer ba itam, kaasub waxtuw nattal bi mat na ngir paapaas bi, ndaxte booba baat bu ñaareel bi ci Pexe gu Nawet gi sarax-fukk ak juróom-ñett wax na: « Génn-leen ci moom, yéen samay nit, ngir ngeen bañ a bokk ci ay bàkkaaram, te ngeen bañ a jot ci ay mbugalam. Ndaxte ay bàkkaaram agsi nañu ba asamaan, te Yàlla fàttaliku na ay tooñam. Feyleen ko ni mu leen feye woon, te yokk-leen ko ñaari yoon ci lu méngook ay jëfam: ci kaas bi mu feesaloon, feesal-leen ko ñaari yoon. »</w:t>
      </w:r>
    </w:p>
    <w:p>
      <w:pPr>
        <w:pStyle w:val="ArticleBody"/>
        <w:jc w:val="left"/>
      </w:pPr>
      <w:r>
        <w:rPr>
          <w:rFonts w:ascii="Times New Roman" w:hAnsi="Times New Roman" w:eastAsia="Times New Roman" w:cs="Times New Roman"/>
        </w:rPr>
        <w:t>Jàngoro boobu ubbeeku ci yoonu dibeer, te mu màndarga ab jamono ju am solo ci misaal, bi papas bi “di génn ak mer gu réy ngir alag, te far ba rey ñu bare,” ndaxte “ci fan yu mujj yi dees na am martir yu bare.” Li di merloo papas bi mooy “xibaar yi jóge penku ak bëj-gànnaar” yi “di ko sonal,” waaye “dina ag ci mujjam, te kenn du ko dimbali.” Dale ci yoonu dibeer ba ci mujjug papas bi, jëfandikug àttekat gu Yàlla gu jëkk gi tàmbali. Gannaaw loolu ñëw na ñaareelu xaaj bi, mooy juróom-ñaari musiba yu mujj yi, te mujj ci alag gu ba fàww gu ñaaw ñi, bu junni at yi jeexee. Jàngoro àttekat gu Yàlla gi ñu jëfandikoo soppi nañu ko ci mbirum xare.</w:t>
      </w:r>
    </w:p>
    <w:p>
      <w:pPr>
        <w:pStyle w:val="ArticleScripture"/>
        <w:jc w:val="left"/>
      </w:pPr>
      <w:r>
        <w:rPr>
          <w:rFonts w:ascii="Times New Roman" w:hAnsi="Times New Roman" w:eastAsia="Times New Roman" w:cs="Times New Roman"/>
        </w:rPr>
        <w:t>“Nu ngi taxaw ci bunti ay mbir yu mag te tedd. Yonent yi di mat. Jaar-jaari bind ak lu yéeme di ñu bind ci téerey asamaan. Lépp ci sunu àddina dafa nekk ci yëngu-yëngu. Am na ay xare, ak xibaar yu xare. Xeeti àddina yi mer nañu, te waxtu ñi dee jot na, ngir ñu àtte leen. Mbir yi di soppeeku ngir yóbbu bésu Yàlla, bi gaaw lool. Mel ni tuuti waxtu rekk moo des. Waaye fekk léegi xeet di jóg ci kaw xeet, ak nguur ci kaw nguur, waaye amagul léegi benn jëfandikoo bu mag bu yëpp. Ba léegi ñent i ngélaw yi dañu leen téye ba kerceen Yàlla yi diñu séllal seen kanam. Kon kat, kàttanu suuf si dinañu taxaw seeni mbooloo ngir xeex bu mag bu mujj bi.” Christian Service, 50, 51.</w:t>
      </w:r>
    </w:p>
    <w:p>
      <w:pPr>
        <w:pStyle w:val="ArticleBody"/>
        <w:jc w:val="left"/>
      </w:pPr>
      <w:r>
        <w:rPr>
          <w:rFonts w:ascii="Times New Roman" w:hAnsi="Times New Roman" w:eastAsia="Times New Roman" w:cs="Times New Roman"/>
        </w:rPr>
        <w:t>Yàlla dafay màndargal ñetti téeméeri ak ñeent-fukk ak ñeent junni nit, te gannaaw loolu Mu woo rakkam juróom-ñaar bi génn Bàbilon, te rakkam juróom-ñaar boobu itam jot na ci màndargaam Yàlla, doonte ne ñoom dañu leen tekki ni “mbooloo mu réy mi” ngir wuuteek ñetti téeméeri ak ñeent-fukk ak ñeent junni nit ña. Bërëbu njariñ bi war a feeñ ci wax ji jiitu mooy ne “ñeenti ngelaw yi téyees na leen ba keroom Yàlla yi di jot màndarga ci seen kanam.” Ca yoonu Dibéer ba, ñetti téeméeri ak ñeent-fukk ak ñeent junni nit ña jot nañu ci màndarga, “te xoolal, musiba mu ñetteel mi ngi ñëw gaaw”, waaye du ba keroog mujj ci rakkam Yàlla juróom-ñaar boobu jotee ci màndarga lañuy bàyyi ñeenti ngelaw yi mucc ci mat sëkk.</w:t>
      </w:r>
    </w:p>
    <w:p>
      <w:pPr>
        <w:pStyle w:val="ArticleScripture"/>
        <w:jc w:val="left"/>
      </w:pPr>
      <w:r>
        <w:rPr>
          <w:rFonts w:ascii="Times New Roman" w:hAnsi="Times New Roman" w:eastAsia="Times New Roman" w:cs="Times New Roman"/>
        </w:rPr>
        <w:t>“Xeeti yi léegi dafa mer, waaye bu Sunu Saraxalekat bu Mag bi jeexalee liggéeyam ci Bérabu Sell ba, dina taxaw, sol yére yu feyug mbugal, te gannaaw loolu ñetti musiba yu mujj ya dinañu leen tuuru. Gis naa ne ñenti malaaka yi dinañu téye ñenti ngelaw yi ba ker liggéeyu Yeesu ci Bérabu Sell bi jeex, te gannaaw loolu ñetti musiba yu mujj ya dinañu ñëw.” Review and Herald, August 1, 1849.</w:t>
      </w:r>
    </w:p>
    <w:p>
      <w:pPr>
        <w:pStyle w:val="ArticleBody"/>
        <w:jc w:val="left"/>
      </w:pPr>
      <w:r>
        <w:rPr>
          <w:rFonts w:ascii="Times New Roman" w:hAnsi="Times New Roman" w:eastAsia="Times New Roman" w:cs="Times New Roman"/>
        </w:rPr>
        <w:t>“Xew-xew yu mag te teye” yi nu nekk ci “bunt bi nu taxaw ci kanamam,” dañu leen wone ni ay “xare ak xibaar yu xare.” Dañu koy wone ni dafay am bu “lépp lu nekk ci sunu àddina di yëngu,” bi xeet yi “tàmbalee ba noppi a jóg ci kaw xeet.” Panium dafay tektal “jaar-jaaru mbootaay bu doy waar ak lu bare lu xew,” ci saar fukk ak juróom ci Daniel saar fukk ak benn, mi jëme ci te yóbbu ci saar fukk ak benn, mooy yoonu Dibéer, fa “jébbale gu mag ga” nekk, ga “doole yi yépp ci suuf” di dajale seen kàttan ngir xare bu mag bu mujj ba. “Xare bu mag bu mujj ba” boobu mooy Ñetteelu Xareb Àddina, te dañu ko wone ci Xareb Actium ci atum 31 laata Kirist.</w:t>
      </w:r>
    </w:p>
    <w:p>
      <w:pPr>
        <w:pStyle w:val="ArticleBody"/>
        <w:jc w:val="left"/>
      </w:pPr>
      <w:r>
        <w:rPr>
          <w:rFonts w:ascii="Times New Roman" w:hAnsi="Times New Roman" w:eastAsia="Times New Roman" w:cs="Times New Roman"/>
        </w:rPr>
        <w:t>Saar ñaari kàddu yi, ak kàddu fukk ba fukk ak juróom-ñaatt yi, dañuy tegtal jaar-jaaru kumpa bu kàddu ñeent-fukk bi nekk ci Daniel fukk ak benn. Kàddu ñeent-fukk bi mooy xamle jaar-jaaru États-Unis ak Adventisme daldi tàmbalee ci 1798 ba 1989. Gannaaw loolu mu neexul dara ba ca jeexital États-Unis mel ni juróom-bennoo nguur gi ci waxu yonent yi ci Biibël, ak génnloo kërk Laodicea gu Seventh-day Adventist ci kàddu ñeent-fukk ak benn, te loolu mooy yoonu dundub dibeer, te moom itam mooy kàddu fukk ak juróom-benn. Saar ñaari kàddu yi dañuy xamle waxtu mujj gi ci 1989, ak njiiti réew mi ci États-Unis li dale foofa, ba ci juróom-benni njiit bu bare alal bi yëngal globalist yu Seytaane. Kàddu ñaar bi indi jaar-jaar ba ca tànnug Donald Trump ci 2016, te gannaaw loolu kàddu ñett bi jël génne jaar-jaaru fukki buur yi, ñi Alexander the Great di tegtal, moom mi di juróom-ñaareelu nguur gi ci waxu yonent yi ci Biibël, ñiy jox seen nguur ba papaas bi ci jafe-jafe yoonu dundub dibeer bi di ñëw léegi.</w:t>
      </w:r>
    </w:p>
    <w:p>
      <w:pPr>
        <w:pStyle w:val="ArticleBody"/>
        <w:jc w:val="left"/>
      </w:pPr>
      <w:r>
        <w:rPr>
          <w:rFonts w:ascii="Times New Roman" w:hAnsi="Times New Roman" w:eastAsia="Times New Roman" w:cs="Times New Roman"/>
        </w:rPr>
        <w:t>Aayaat fukk ci benn di jeexal ci melokaan 1989 ni mooy jamono jiirug mujj, te aayaat fukk ak benn ak fukk ak ñaar di joxe xibaaru xare bi ci Ukraine, di wone ne Putin ak Russie dinañu not xare bi, waaye duñu am njariñ ci seen ndam. Xareb Ukraine tàmbalee na ci 2014, at mu jiitu kàmpaañu njëkk wa Trump. Aayaat yooyu di jëme ci dekki-ginaaw gi (ci wàllu politig) bu Donald Trump, ba mu tàmbalee kàmpaañam bu ñetteel ngir nekk ñetteelu buur-president bi, maanaam mi bokk ci juróom-ñaari. Aayaat fukk ak ñett di wone jàppante yu politig yu Trump yu jiitu ndamam ci Panium ci aayaat fukk ak juróom, te aayaat fukk ak ñeent di wax jaar-jaari taariix bi am diirub xareb Panium ba kereem ci aayaat fukk ak juróom, mooy taariix bi nit ku bàkkaar bi tàmbalee dugg siiw ci taariixu politig. Bu paapaas bi duggalee boppam ci taariixu waxi yonent bi, jigéenu moykat bu Tyr di tàmbalee woy, te vision bi sax.</w:t>
      </w:r>
    </w:p>
    <w:p>
      <w:pPr>
        <w:pStyle w:val="ArticleBody"/>
        <w:jc w:val="left"/>
      </w:pPr>
      <w:r>
        <w:rPr>
          <w:rFonts w:ascii="Times New Roman" w:hAnsi="Times New Roman" w:eastAsia="Times New Roman" w:cs="Times New Roman"/>
        </w:rPr>
        <w:t>Ndamu gi am Panium ci atum atum 200 BC, topp na ci taxawal buy “révolte” bu Maccabées ca Modein (tekk ci protest) atum 167 BC. Ci atum 164 BC, Maccabées yi dellu-jébbal Templ bi, te Antiochus Epiphanes dee, loolu di màndargaal boppu jéexital bu soppeeku ci xeetu jàmbaarug Maccabées yi ci kaw tasfiyu yoonu diine wu Gereg yi. Ci jamono ji diggante atum 161 BC ak 158 BC, liggéeyu dugg ci ab kóllëre tàmbalee na te mat na. Màndarga-yoon yu yonent yi dellu nañu ci Dinastiyu Hasmonean bi ci biir jaar-jaari mbootaayu aaya 15 ba aaya 23.</w:t>
      </w:r>
    </w:p>
    <w:p>
      <w:pPr>
        <w:pStyle w:val="ArticleBody"/>
        <w:jc w:val="left"/>
      </w:pPr>
      <w:r>
        <w:rPr>
          <w:rFonts w:ascii="Times New Roman" w:hAnsi="Times New Roman" w:eastAsia="Times New Roman" w:cs="Times New Roman"/>
        </w:rPr>
        <w:t>Jëfandikoo ak Room ci sarax bu ñaari-fukk ak ñett bi mooy tegtal gu jub; waaye ci sarax bu fukk ak juróom-ñaatt bi, ñeenti màndarga yu Makkabee yi di 167 BC, 164 BC, 161 BC ak 158 BC dañuy feeñ rekk bu ñu jëfandikoo nettali “jëfandikoo” gi ci sarax ba. Bi Pompee notee Yerusalem ci sarax bu fukk ak juróom-benn bi, dafa daje ak xareb biir réew mi miy amoon ci dëkk ba, te ñaari kureel yi di xeexante yépp ay wàll yu tasaroo lañu woon ci giiru nguurug Hasmonean. Kon nag, Makkabee yi nekk nañu itam ci nettalug sarax bu fukk ak juróom-benn bi.</w:t>
      </w:r>
    </w:p>
    <w:p>
      <w:pPr>
        <w:pStyle w:val="ArticleBody"/>
        <w:jc w:val="left"/>
      </w:pPr>
      <w:r>
        <w:rPr>
          <w:rFonts w:ascii="Times New Roman" w:hAnsi="Times New Roman" w:eastAsia="Times New Roman" w:cs="Times New Roman"/>
        </w:rPr>
        <w:t>Saar ba ñeent fukk ak juróom ñi jëfandikoo ngir xam juddu Kirist, te saar yi ñaari fukk ak benn ak ñaari fukk ak ñaar jëfandikoo ngir xam jaar-jaaru deeŋu Kirist; moo tax jaar-jaar boobu dafay am bind bi ci sëtug ñaari Hasmonean Dynasty bi, ñi Farisen yi di tegtal. Saar yi juróom-ñeent ba ñaari fukk ak ñett dañuy wax ci dëkk bu tedd te màgg ba dëgg, ak nit ñi réeroon ci Yude, ñoom ñi réeroo ci Yàlla te daan wax ne ñoom a doon aarkat dëgg-yaramam yi, waaye nekkuñu woon saytu Yàlla gën a apostat Protestantism.</w:t>
      </w:r>
    </w:p>
    <w:p>
      <w:pPr>
        <w:pStyle w:val="ArticleBody"/>
        <w:jc w:val="left"/>
      </w:pPr>
      <w:r>
        <w:rPr>
          <w:rFonts w:ascii="Times New Roman" w:hAnsi="Times New Roman" w:eastAsia="Times New Roman" w:cs="Times New Roman"/>
        </w:rPr>
        <w:t>Rakku White xamal na nu ne, “lu bari ci jaar-jaari bind bi amoon ngir matal” “Daniel fukki ak benn” “dina dellu am.” Rëddoo yëgle gi Njabootu Hasmonean di wone mooy wuutu rëddoo yëgle gi miy leeral geenu njaaloo bu Protestant yi, di tàmbalee ca ñetteelu jëfandikoo kampañu ndeyjoor bi ñaareelu nit ki gën a bare alal ci ñaari-fukk ak juróom-benni réew mi di yékkati. Trump daw ngir nekk ndeyjoor ñetti yoon; ci njëkk ak mujj ga mu daw, dafa noot, waaye ci ñaareelu yoon wa, réerug xare bi limu fukk ak ñett di melal, mooy ràññeej dooral bi sàccoon ca 2020. Noonu àddina bi dañuy ko xàjjal ci ñaari xeet; am na benn xeet buy gis 2020, ak beneen xeet bu gumb. Loolu dafay tegtal nattu bu mag ba jiitu tëj-u yoonug yërmande ngir Adventist yi ci sosinu nataalu rab wa.</w:t>
      </w:r>
    </w:p>
    <w:p>
      <w:pPr>
        <w:pStyle w:val="ArticleScripture"/>
        <w:jc w:val="left"/>
      </w:pPr>
      <w:r>
        <w:rPr>
          <w:rFonts w:ascii="Times New Roman" w:hAnsi="Times New Roman" w:eastAsia="Times New Roman" w:cs="Times New Roman"/>
        </w:rPr>
        <w:t>“Léegi waajal yi dem nañu kanam, te yëngu-yëngu yi tamit dox nañu, yu ci mujj di sos nataalu rab wi. Dinañu indi xew-xew ci jaar-jaaru suuf bi, yu di matal waxi yónen yi ci jëkëréem fan yu mujj yii.” Review and Herald, April 23, 1889.</w:t>
      </w:r>
    </w:p>
    <w:p>
      <w:pPr>
        <w:pStyle w:val="ArticleBody"/>
        <w:jc w:val="left"/>
      </w:pPr>
      <w:r>
        <w:rPr>
          <w:rFonts w:ascii="Times New Roman" w:hAnsi="Times New Roman" w:eastAsia="Times New Roman" w:cs="Times New Roman"/>
        </w:rPr>
        <w:t>“Waajal yi” ñuy taxawal kanam, “doxalin yi” yu nekk léegi “ci yoon wi”, ak “xew-xew yi” “di ci mujje tax ñu sos niru rab wi”, te “di matal waxi yégle yi ci jamono yu mujj yii,” dañuy boole waymark yi ciy jëm ci Giiru Hasmonean bi nekk ci aaya yi fukk ak juróom-ñaar ba ñaar-fukk ak ñett ci Daniel saar fukk ak benn. Giiru Hasmonean bu dëngkatu bi, miy tektal Protestanti bu dëngkatu, dañu ko rëcc ci seede Donald Trump, ñetteel-benneelu ak juróom-ñetteelu president bu Republikeen bi, miy yëngal te dugal ay magam ci MAGA-ismam ngir xeex woke-ism bu ndigal àddina bees bi.</w:t>
      </w:r>
    </w:p>
    <w:p>
      <w:pPr>
        <w:pStyle w:val="ArticleBody"/>
        <w:jc w:val="left"/>
      </w:pPr>
      <w:r>
        <w:rPr>
          <w:rFonts w:ascii="Times New Roman" w:hAnsi="Times New Roman" w:eastAsia="Times New Roman" w:cs="Times New Roman"/>
        </w:rPr>
        <w:t>Seede Trump jot na baax ba àgg ci atum 2020 ci ñaareelu saraxu Daniel fukk ak benn, te mu ëmb yeneen kampaañam ak njëkk waxtu nguuram; gannaaw loolu, sarax yu fukk ak ñett ba fukk ak juróom ñett di jàngale kampaañam ñatteel te mujj, ndam li, ak waxtu nguuram gu mujj. Diggante ñaari waxtu nguur yooyu, Peeñu gi, saar fukk ak benn, di xamle ne bëñu Réewublicain bi ñu rey ko, te mu nekk ku dee ci mbedd mi diiru ñetti fan ak genn-wàll. Rëddoo woowu ci jaar-jaaru Trump dafay boole njàlbéen ak mujjug nguuram yi ci saar Daniel fukk ak benn. Noonu nag, seede Donald Trump nekk na ci téerey Daniel ak Peeñu gi, te nekk na ci ñaari téere yi ñoom-ñaar ci saar fukk ak benn.</w:t>
      </w:r>
    </w:p>
    <w:p>
      <w:pPr>
        <w:pStyle w:val="ArticleBody"/>
        <w:jc w:val="left"/>
      </w:pPr>
      <w:r>
        <w:rPr>
          <w:rFonts w:ascii="Times New Roman" w:hAnsi="Times New Roman" w:eastAsia="Times New Roman" w:cs="Times New Roman"/>
        </w:rPr>
        <w:t>Ñetti xët yi ñu dagg ci ñaar-ñaar, bu ñu leen boolee, dañuy woney jaar-jaaru Trump bu mat, ndax moom mooy juroomeelu njiit ba ak juróom-ñaareelu njiit ba, te sampu nañu leen ci firnde “Dëgg” bi. Jóge nañu ci téereb Daniel ak Peel ga, te jur nañu benn rëddin wu jaar-jaar wu ànd ak “wàll woowu ci téereb Daniel bi miy jëm ci fan yu mujj yi.”</w:t>
      </w:r>
    </w:p>
    <w:p>
      <w:pPr>
        <w:pStyle w:val="ArticleBody"/>
        <w:jc w:val="left"/>
      </w:pPr>
      <w:r>
        <w:rPr>
          <w:rFonts w:ascii="Times New Roman" w:hAnsi="Times New Roman" w:eastAsia="Times New Roman" w:cs="Times New Roman"/>
        </w:rPr>
        <w:t>Wàllu Daniel woowu mooy li Gaynde gi dëkk ci giiru Yuda ubbal, tuuti laata setug yërmande jëmbat, te moo tax mu nekk cër ci ndigalu sëllalug ñaar-fukki junni ak ñeenti junni. Waaye dafa soxla gis-gisu ruu xelu gu mat ngir gis tegtali yooni yonent yi ci mbirum ñaari seede yi ñu rey ci atum 2020.</w:t>
      </w:r>
    </w:p>
    <w:p>
      <w:pPr>
        <w:pStyle w:val="ArticleBody"/>
        <w:jc w:val="left"/>
      </w:pPr>
      <w:r>
        <w:rPr>
          <w:rFonts w:ascii="Times New Roman" w:hAnsi="Times New Roman" w:eastAsia="Times New Roman" w:cs="Times New Roman"/>
        </w:rPr>
        <w:t>Ayar fukk ci Daniel 11 mooy teyoo xarebu Panium ak xeetu nguurug Dynasty Hasmonean, te loolu amoon na ci ab xare ju dëgg, ba tax mu nekk misaal buy wone ci yoon wu yàlla ab xareb ruu diggante diiney Protestaŋ bu gàcceek diineb jamonoy bees bu globalist yi. Xarebu Panium, bi xewoon ci atum 200 baata Krist, dafay tegtal xareb bëgg-buuru Républicain bi, te xeex bi ñu tegtale ci Màggalug Maccabees bi dafay tegtal xareb bëgg-buuru Protestaŋ bu gàcce bi. Doonte nag Màggalug Maccabees bi xewoon na ci atum 167 baata Krist, waaye ci waxu yonent bi mu dëppook xareb bëgg-buuru Républicain bi ci atum 200 baata Krist, ndaxte ci yonent, bëgg-buuru yi dañuy dëppoo ci seeni jaar-jaari nettali.</w:t>
      </w:r>
    </w:p>
    <w:p>
      <w:pPr>
        <w:pStyle w:val="ArticleBody"/>
        <w:jc w:val="left"/>
      </w:pPr>
      <w:r>
        <w:rPr>
          <w:rFonts w:ascii="Times New Roman" w:hAnsi="Times New Roman" w:eastAsia="Times New Roman" w:cs="Times New Roman"/>
        </w:rPr>
        <w:t>Saraxu fukki benneel ci taarixu wax-u Yàlla bu wax ci lu war a xew te mu jiitu ci baat bi di ëpp a ñëw ci bésub Dibéer. Kon nag, moo tax mu tegtal màndarga boobu sax ci jamonoy tëj gi ci ñaari téeméer ak ñeent-fukki ak ñeenti junni ñi, ba noppi firndeel ne moomu la ci benn pexe ci jamonoy tëj gi, bi dooley bi nekk ci bataaxalub tëj gi di fàttali, ba fàww, màndarga bi ci nit ñi Yàlla moom ci mujjug àddina.</w:t>
      </w:r>
    </w:p>
    <w:p>
      <w:pPr>
        <w:pStyle w:val="ArticleBody"/>
        <w:jc w:val="left"/>
      </w:pPr>
      <w:r>
        <w:rPr>
          <w:rFonts w:ascii="Times New Roman" w:hAnsi="Times New Roman" w:eastAsia="Times New Roman" w:cs="Times New Roman"/>
        </w:rPr>
        <w:t>Ndax mooy Gaynde gi nekk ci xeetu Yuda mi ubbal dëgg googu, te dëgg googu mooy Palug Yeesu Kirist. Ñaar-fukk ak ñeent-junni ak ñeent-fukk ñeent ñoo di ñi “toppi Xar mi fu mu demee,” te bu mu ubbalee sarax mi fukk ak juróom, Gaynde gi nekk ci xeetu Yuda dafa jiite nitam ñi ci mujjug fan yi ba Panium. Yeesu wonna punt woowu ci anam wiñu tëjalee, ba mu yóbbu ay taalibeem Panium, lu jiitu bant ba.</w:t>
      </w:r>
    </w:p>
    <w:p>
      <w:pPr>
        <w:pStyle w:val="ArticleBody"/>
        <w:jc w:val="left"/>
      </w:pPr>
      <w:r>
        <w:rPr>
          <w:rFonts w:ascii="Times New Roman" w:hAnsi="Times New Roman" w:eastAsia="Times New Roman" w:cs="Times New Roman"/>
        </w:rPr>
        <w:t>Xare Panium, Kirist dafa wax ci moom bu baax, ba mu taxawoon ci Panium ak ay taalibeem, te fa la leen jàngale ne, mbooloom diineem dina tabaxoo ci waxin Piere, te “bunt yu safara” du ko man a noot. Yeesu won na xare bi nuy tegu ci xareb Panium. Xareb Panium mooy sarax fukk ak juróom-ñaareel, te sarax fukk ak juróom-benn mooy xareb Actium. Kirist taxawoon na ci Panium, tuuti lu jiitu ndawtalu jëfam dee gi am.</w:t>
      </w:r>
    </w:p>
    <w:p>
      <w:pPr>
        <w:pStyle w:val="ArticleBody"/>
        <w:jc w:val="left"/>
      </w:pPr>
      <w:r>
        <w:rPr>
          <w:rFonts w:ascii="Times New Roman" w:hAnsi="Times New Roman" w:eastAsia="Times New Roman" w:cs="Times New Roman"/>
        </w:rPr>
        <w:t>Gannaaw Panium ba ci yoonu Dibéer mooy jaar-jaari mbirum xeexu siyaasat ak diine bu ñaari geenu rab wu suuf si, maanaam Protestantis ak Républicanism. Ñoom ñaar ñépp, rab wu yëfandikoo ateism te jóge ci xóot bu amul ndox moo leen song ci atum 2020, te xareb ñaari geeni noonu ak yàlla yu siyaasat ak diine yu globalism bi, dañu ko feeñal ci biir jaar-jaaru aayé yi fukk ak benn ba fukk ak juróom-benn.</w:t>
      </w:r>
    </w:p>
    <w:p>
      <w:pPr>
        <w:pStyle w:val="ArticleBody"/>
        <w:jc w:val="left"/>
      </w:pPr>
      <w:r>
        <w:rPr>
          <w:rFonts w:ascii="Times New Roman" w:hAnsi="Times New Roman" w:eastAsia="Times New Roman" w:cs="Times New Roman"/>
        </w:rPr>
        <w:t>Bàyyi xare Yukreñ bi tàmbalee ci atum 2014, ba ci njëkk yoonu kampaañu prezidaaŋseel Donald Trump bi tàmbalee ci atum 2015, ba ci deeŋu ñaari geñ yi ci atum 2020, ba ci dekkal gi ci atum 2023, ba ci ñetteelu kampaañu Trump bi tàmbalee 15 Nowàmbar 2022, jaar-jaarub nettali bi di jëme ci ay aaya 13 ba 15. Ci ay aaya yooyu, jaar-jaar bi Kàddu yonent yu Yàlla feeñal di tegtal dëgg-yoonent yi di tëj junniy téeméeri ñeent-fukk ak ñeent junni.</w:t>
      </w:r>
    </w:p>
    <w:p>
      <w:pPr>
        <w:pStyle w:val="ArticleBody"/>
        <w:jc w:val="left"/>
      </w:pPr>
      <w:r>
        <w:rPr>
          <w:rFonts w:ascii="Times New Roman" w:hAnsi="Times New Roman" w:eastAsia="Times New Roman" w:cs="Times New Roman"/>
        </w:rPr>
        <w:t>Dëgg-dëgg yooyu dañoo wonneeku ci seeti Kirist ci Caesarea Philippi ci Matyeu ay sarax 16 ak 17. Ci aayé yooyu, nit ku bàkkaar bi dellu ci taariixu waxyu, muy woyaan woyi jigéenu ndaga bu Tir, te ci loolu mu taxawal gis-gis bi, noonu di samp aayé yooyu ci mbirum Yuuxu Diggante Guddi, ndax fu gis-gis amul, nit ñi dañuy yàqu.</w:t>
      </w:r>
    </w:p>
    <w:p>
      <w:pPr>
        <w:pStyle w:val="ArticleScripture"/>
        <w:jc w:val="left"/>
      </w:pPr>
      <w:r>
        <w:rPr>
          <w:rFonts w:ascii="Times New Roman" w:hAnsi="Times New Roman" w:eastAsia="Times New Roman" w:cs="Times New Roman"/>
        </w:rPr>
        <w:t>Fu amul peeñu gisale, mbooloo mi di sànku; waaye ku sàmm yoon wi, barkeel nga ci moom. Kàddu yu Xel 29:18.</w:t>
      </w:r>
    </w:p>
    <w:p>
      <w:pPr>
        <w:pStyle w:val="ArticleBody"/>
        <w:jc w:val="left"/>
      </w:pPr>
      <w:r>
        <w:rPr>
          <w:rFonts w:ascii="Times New Roman" w:hAnsi="Times New Roman" w:eastAsia="Times New Roman" w:cs="Times New Roman"/>
        </w:rPr>
        <w:t>Ñi am ay bët, waaye bëggul a gis, ak ay nopp, waaye bañ a dégg, ñoo di jàngalekat yu doy waar yi ci Laodise, yi amul “diwlin.” “Diwlin” jii mooy yokkute xam-xam bi ñuy jur suñu “Peeñug Yeesu Kirist” ubbeeku lu jiitu ndaxub naxari jàll, te ni Ose waxe, nit ñi Yàlla, bu ñu bañee te weddi xam-xam, dees na leen alag.</w:t>
      </w:r>
    </w:p>
    <w:p>
      <w:pPr>
        <w:pStyle w:val="ArticleScripture"/>
        <w:jc w:val="left"/>
      </w:pPr>
      <w:r>
        <w:rPr>
          <w:rFonts w:ascii="Times New Roman" w:hAnsi="Times New Roman" w:eastAsia="Times New Roman" w:cs="Times New Roman"/>
        </w:rPr>
        <w:t>Samay doom a yàqu ngir ñàkk xam-xam; ndaxte yàgg nga bañ xam-xam, man it dinaa la bañ, ba dootuloo sama sarxalkat; gannaaw fàtte nga yoonu sa Yàlla, man it dinaa fàtte sa njaboot. Ose 4:6.</w:t>
      </w:r>
    </w:p>
    <w:p>
      <w:pPr>
        <w:pStyle w:val="ArticleScripture"/>
        <w:jc w:val="left"/>
      </w:pPr>
      <w:r>
        <w:rPr>
          <w:rFonts w:ascii="Times New Roman" w:hAnsi="Times New Roman" w:eastAsia="Times New Roman" w:cs="Times New Roman"/>
        </w:rPr>
        <w:t>Kàddu Boroom bi itam agsi ci man ne: “Yaw, doomu nit ki, danga dëkk ci biir kër gu werul, ñi am ay bët ngir gis te gisuwuñu; am ay nopp ngir dégg te dégguwuñu; ndaxte ñoom ay kër gu werul lañu.” Esekiyel 12:1, 2.</w:t>
      </w:r>
    </w:p>
    <w:p>
      <w:pPr>
        <w:pStyle w:val="ArticleScripture"/>
        <w:jc w:val="left"/>
      </w:pPr>
      <w:r>
        <w:rPr>
          <w:rFonts w:ascii="Times New Roman" w:hAnsi="Times New Roman" w:eastAsia="Times New Roman" w:cs="Times New Roman"/>
        </w:rPr>
        <w:t>Mu ne ko: “Demal, wax ko xeet wi ne: Déggleen dëgg, waaye buleen déggoo; gisleen dëgg, waaye buleen xam. Defal xolu xeet wi mu dëgër, diisloo noppam, te tëj seen bët; ngir bañ a gis ak seen bët, di dégg ak seen nopp, di déggoo ak seen xol, ba noppi dellu, te ñu wéral leen.” Isaaya 6:9, 10.</w:t>
      </w:r>
    </w:p>
    <w:p>
      <w:pPr>
        <w:pStyle w:val="ArticleScripture"/>
        <w:jc w:val="left"/>
      </w:pPr>
      <w:r>
        <w:rPr>
          <w:rFonts w:ascii="Times New Roman" w:hAnsi="Times New Roman" w:eastAsia="Times New Roman" w:cs="Times New Roman"/>
        </w:rPr>
        <w:t>Noonu taalibey yi ñëw, ne ko: Lu tax nga di wax ak ñoom ci léeb? Mu tontu ne leen: Ndaxte jox nañu leen ngeen xam kumpay yi nguurug asamaan, waaye ñoom deesu leen ko jox. Ndax ku am, dees na ko dollil, te dina am lu ëpp; waaye ku amul, sax li mu am dees na ko jële. Looloo tax maa ngi wax ak ñoom ci léeb; ndaxte diineg seen gis, gisunuñu; te diineg seen dégg, déggunuñu, te xamunuñu it. Te ci ñoom la waxu yonent Esayi mat, bi mu waxee ne: Dégg ngeen di dégg, waaye dungeen xam dara; te gis ngeen di gis, waaye dungeen seet xam. Ndaxte xolu xeet wii dafa dëgër ba metti, te seeni nopp dañuy dégg ak jafe-jafe, te seeni bët dañu ko tëj; ngir bañ a gis ak seeni bët, ak a dégg ak seeni nopp, ak a xam ak seen xol, te dellu ci Yàlla, ma faj leen. Waaye yéen, seeni bët barkeel nañu, ndax gis nañu; ak seeni nopp, ndax dégg nañu. Ndax dëgg maa ngi leen koy wax, yonent yu bare ak nit ñu jub dañoo bëgg a gis li ngeen gis, te gisuñu ko; ak a dégg li ngeen dégg, te dégguñu ko. Macë 13:10–17.</w:t>
      </w:r>
    </w:p>
    <w:p>
      <w:pPr>
        <w:pStyle w:val="ArticleScripture"/>
        <w:jc w:val="left"/>
      </w:pPr>
      <w:r>
        <w:rPr>
          <w:rFonts w:ascii="Times New Roman" w:hAnsi="Times New Roman" w:eastAsia="Times New Roman" w:cs="Times New Roman"/>
        </w:rPr>
        <w:t>“Bépp xibaar yi ñu joxe woon diggante 1840–1844, war nañu léen a delloo tey ci doole, ndaxte am na ñu bare ñi réer seen yoon. Xibaar yi war nañu a dem ci mbootaay yi yépp.</w:t>
      </w:r>
    </w:p>
    <w:p>
      <w:pPr>
        <w:pStyle w:val="ArticleScripture"/>
        <w:jc w:val="left"/>
      </w:pPr>
      <w:r>
        <w:rPr>
          <w:rFonts w:ascii="Times New Roman" w:hAnsi="Times New Roman" w:eastAsia="Times New Roman" w:cs="Times New Roman"/>
        </w:rPr>
        <w:t>“Kirist moo naan: ‘Yéen seen bët barkeel nañu, ndax dañuy gis; te seen noppit barkeel nañu, ndax dañuy dégg. Ndax dëgg maa ngi leen koy wax, ne yonent yu bare ak nit ñu jub dafañu bëgg woon gis li ngeen gis, waaye gisewuñu ko; te dégg li ngeen dégg, waaye dégguñu ko’ [Matthew 13:16, 17]. Barkeel nañu bët yi gisoon li ñu gisoon ci atum 1843 ak 1844.”</w:t>
      </w:r>
    </w:p>
    <w:p>
      <w:pPr>
        <w:pStyle w:val="ArticleScripture"/>
        <w:jc w:val="left"/>
      </w:pPr>
      <w:r>
        <w:rPr>
          <w:rFonts w:ascii="Times New Roman" w:hAnsi="Times New Roman" w:eastAsia="Times New Roman" w:cs="Times New Roman"/>
        </w:rPr>
        <w:t>“Joxeb bi joxe na. Te warul benn wàññi ci yokk joxebi, ndaxte seeni màndarga yu jamono yi da ñuy mat; liggéeyu tëj bi war na a am. Liggéey bu réy dina am ci ab waxtu bu gàtt. Joxeb ju Yàlla tànnal dina ñëw léegi, te dina yokku ba nekk wax ju kowe. Noonu Dañeel dina taxaw ci céram, ngir joxe seedeem.” Manuscript Releases, volume 21, 437.</w:t>
      </w:r>
    </w:p>
    <w:p>
      <w:pPr>
        <w:pStyle w:val="ArticleBody"/>
        <w:jc w:val="left"/>
      </w:pPr>
      <w:r>
        <w:rPr>
          <w:rFonts w:ascii="Times New Roman" w:hAnsi="Times New Roman" w:eastAsia="Times New Roman" w:cs="Times New Roman"/>
        </w:rPr>
        <w:t>Dina continuer njàngum bii ci article bi ci topp.</w:t>
      </w:r>
    </w:p>
    <w:p>
      <w:pPr>
        <w:pStyle w:val="ArticleScripture"/>
        <w:jc w:val="left"/>
      </w:pPr>
      <w:r>
        <w:rPr>
          <w:rFonts w:ascii="Times New Roman" w:hAnsi="Times New Roman" w:eastAsia="Times New Roman" w:cs="Times New Roman"/>
        </w:rPr>
        <w:t>Peeñug Yeesu Kirist, mi Yàlla maye ko ngir won ay jaamam yi mbir yi war a xew ci lu gaaw; te yónnee na ko, te xamale ko jaarale ko ci ab malaakam, ci jaamam Yowaana: moom mi seedeel Kàddug Yàlla ak seede si Yeesu Kirist, ak lépp lu mu gis. Ku di jàng moo barkeel, ñi dégg kàddu yi ci waxi ci wax jii itam ñoo barkeel, te di sàmm liñu bind ci biiram; ndaxte waxtu wi jege na. Peeñug Yowaana 1:1–3.</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Téereb Daaniyel — Téeméer ñent-fukk ak juróom-ñeent ci benn</dc:title>
  <dc:subject>Njéeglu Kàddug Yónnee bi buy gën a kawe: Ubbite Xareb Paaniyom ak Ñëwatu Yoonu Dibes bi</dc:subject>
  <dc:creator>Jeff Pippenger</dc:creator>
  <cp:keywords/>
  <dc:description>Generated by ArticleDigger from daniel\190_daniel.json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