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Bérébub Ñent-fukk ak Juróom-benn-benn</w:t>
      </w:r>
    </w:p>
    <w:p>
      <w:pPr>
        <w:pStyle w:val="ArticleSubtitle"/>
        <w:jc w:val="left"/>
      </w:pPr>
      <w:r>
        <w:rPr>
          <w:rFonts w:ascii="Arial" w:hAnsi="Arial" w:eastAsia="Arial" w:cs="Arial"/>
        </w:rPr>
        <w:t>Lal bu yoon ci waxu yonent yi ci Daniel 11: Ubbi ay xët yi gën a xóot ci jamonoy Trump ak ndawlu bi jiitu Yoonu Dibeer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Bu nu déggoo ci yoon, sarax yi fukk ba ñaar-fukk ak ñett ci Daniel saar fukk ak benn, yépp dañuy ànd ak jaar-jaaru nettali gu nëbbu gi nekk ci sarax ñeent-fukk ci benn saar boobu. Sarax ñeent-fukk mooy jaar-jaaru atum 1989 ba ci sarax ñeent-fukk ak benn. Sarax benn ak ñaar ci saar fukk ak benn, ci 1989 lañuy tàmbalee, te dañuy wone kampaañ bu njëkk bu Donald Trump ngir mu nekk prezident ci 2015 ba àgg ci 2020, ba ñàkkale ko tànneef gi ndax rab gu mag gi mooy bàyyikoo. Ñaari sarax yooyu dañuy wone xeex bi tàmbalee bi Trump “yëngalépp réewum Gres.”</w:t>
      </w:r>
    </w:p>
    <w:p>
      <w:pPr>
        <w:pStyle w:val="ArticleBody"/>
        <w:jc w:val="left"/>
      </w:pPr>
      <w:r>
        <w:rPr>
          <w:rFonts w:ascii="Times New Roman" w:hAnsi="Times New Roman" w:eastAsia="Times New Roman" w:cs="Times New Roman"/>
        </w:rPr>
        <w:t>Kampaañu Trump tàmbalee xare bu dox ba yàgg ci bépp jamono ji mu nekkee ci njiitu-reewam bu njëkk. Kër gi ñuy wax House of Representatives dafa ko jiiñ ci desàmbar 2019, te gannaaw loolu mujj nañu ko defaat 13 sàñwiyee 2020. Ci ñaari yoon yooyu, Senaa bi bañ na jéem-jéemi Kër ga. Waaye moom rekk la ci taarixu États-Unis bi ñu jiiñ ñaari yoon. Globalism deñoo ko yëngal.</w:t>
      </w:r>
    </w:p>
    <w:p>
      <w:pPr>
        <w:pStyle w:val="ArticleScripture"/>
        <w:jc w:val="left"/>
      </w:pPr>
      <w:r>
        <w:rPr>
          <w:rFonts w:ascii="Times New Roman" w:hAnsi="Times New Roman" w:eastAsia="Times New Roman" w:cs="Times New Roman"/>
        </w:rPr>
        <w:t>Léegi dinaa laa la won dëgg gi. Xoolal, am na ñetti buur yu des di jóg ci Perse; te ñeenteel bi dina gën a barele alal ñoom ñépp. Te ndax dooleem gi mu jële ci ay alalam, dina yënguël ñépp ci kaw nguurug Gres. Daniel 11:2</w:t>
      </w:r>
    </w:p>
    <w:p>
      <w:pPr>
        <w:pStyle w:val="ArticleBody"/>
        <w:jc w:val="left"/>
      </w:pPr>
      <w:r>
        <w:rPr>
          <w:rFonts w:ascii="Times New Roman" w:hAnsi="Times New Roman" w:eastAsia="Times New Roman" w:cs="Times New Roman"/>
        </w:rPr>
        <w:t>Ni mel ni ci aaya ñeent-fukk, aaya ñaar itam bàyyi na ab jaar-jaari mbooyoo ci kampaañu njëkk bu Trump ak jamonoam ci njiitu réew, gi jeexee ci 20 Samwiye 2021. Li dalee ci bés boobu ci 2021 ba agsi ci aaya ñett, fa Aleksàndar Màgg bi tegee mel ni misaal bu Mbooloom Xeet yi (juróom-ñaareelu nguur gi ci waxi yonent yi ci Biibël bi), jaar-jaaru li nekk diggante ubbite gu 2021 ga ak yoonu Dibeer bi, fa bennoo bu ñetti wàll yi sampu, dafay teewal ab jaar-jaari mbooyoo. Jaar-jaari mbooyoo yi ci aaya ñeent-fukk ak aaya ñaar ñoom ñépp di jëm ba ci yoonu Dibeer bi te fa lañuy jeexee.</w:t>
      </w:r>
    </w:p>
    <w:p>
      <w:pPr>
        <w:pStyle w:val="ArticleBody"/>
        <w:jc w:val="left"/>
      </w:pPr>
      <w:r>
        <w:rPr>
          <w:rFonts w:ascii="Times New Roman" w:hAnsi="Times New Roman" w:eastAsia="Times New Roman" w:cs="Times New Roman"/>
        </w:rPr>
        <w:t>Saar fukki bi dellusiwaat nu ci waxtu muj gi ci atum 1989, ni ko saar bu njëkk bi defoon, te ñoom ñaar ñépp dañuy tektale jeexital seede gu dëgg gi ci saar fukki bi; waaye saxtey am na benn jaar-jaar ci diggante jeexital gi ci saar fukki bi ak yoonu dibeer bu dëgër bi di ñëw lu gaaw. Lu weesu jëfandikoo ngir tektale 1989 rekk, saar fukki bi dafay nekk caabi bi di boole ñetti seede ci benn ngir jaar-jaaru taarixu saar fukki bi, mi di mottali liggéeyu baab bi ak kàttanam gu ko wuutu, Mbootaayu Etats-Unis, ci tas Sareet Sowiyet bi ci atum 1989. Ñetti seede yooyu dañuy sas ab cér bu am solo ci tabaxu yoon wi ci saar fukki bi, dale ci 1989 ba ker yoonu dibeer ba.</w:t>
      </w:r>
    </w:p>
    <w:p>
      <w:pPr>
        <w:pStyle w:val="ArticleBody"/>
        <w:jc w:val="left"/>
      </w:pPr>
      <w:r>
        <w:rPr>
          <w:rFonts w:ascii="Times New Roman" w:hAnsi="Times New Roman" w:eastAsia="Times New Roman" w:cs="Times New Roman"/>
        </w:rPr>
        <w:t>Tabaxu wax jébbalu ci jaar-jaaru yonent buy nettali xare bi diggante buur bu bëj-gànnaar ak buur bu bëj-saalum, te buur bu bëj-gànnaar di daanu ba wees, ñu ngi ko ràññee ci saraxu ñeent-fukk, te itam ci saraxu fukk.</w:t>
      </w:r>
    </w:p>
    <w:p>
      <w:pPr>
        <w:pStyle w:val="ArticleBody"/>
        <w:jc w:val="left"/>
      </w:pPr>
      <w:r>
        <w:rPr>
          <w:rFonts w:ascii="Times New Roman" w:hAnsi="Times New Roman" w:eastAsia="Times New Roman" w:cs="Times New Roman"/>
        </w:rPr>
        <w:t>Tabax yenn ci baat yi ak bindum kàddu gi ne, “di dànk ba weesu,” mi ngi aju ci buur bu bëj-gànnaar bi ci kaw buur bu bëj-saalum bi, mooy benn waxinub Ebrë yu mel ni benn ci ñaari aaya yooyu, ni mu mel itam ci ñetteelu seede bi ñu gis ci Esayi saar ñett ak juróom-ñaar, aaya ñett ak juróom-ñaar.</w:t>
      </w:r>
    </w:p>
    <w:p>
      <w:pPr>
        <w:pStyle w:val="ArticleBody"/>
        <w:jc w:val="left"/>
      </w:pPr>
      <w:r>
        <w:rPr>
          <w:rFonts w:ascii="Times New Roman" w:hAnsi="Times New Roman" w:eastAsia="Times New Roman" w:cs="Times New Roman"/>
        </w:rPr>
        <w:t>Ci werset fukki, buur bi «Norte» bi, “dina dikk a ñëw, daldi, te jàll,” te ci werset ñeent-fukk bi, buur bi «Norte» bi, “dina daldi te romb.” Ci Esayi saraxle juróom-ñett ci juróom-ñaar, werset juróom-ñett, buur bi «Norte» bi “dina daldi te jàll.” Ñetti waxin yooyu mooy benn làkk Hebrew bi ci dara, doonte tekkiñ yi ñu ko tëjalee tuuti wuute, waaye muy yor benn tekkiin rekk. Buur bi «Sud» ci werset fukki bi mooy Misra gu Ptolemee, waaye ci werset ñeent-fukk bi buur bi «Sud» mooy Misra gu xel, buur bu weddi Yàlla, mooy Union Soviétique, te ci Esayi, nguur gu bëj-saalum Yuda mooy buur bi «Sud». Ci seen yoon, buur bi «Norte» mooy Nguuru Seleucid, ba noppi Papauté, te ci Esayi mooy Assiri.</w:t>
      </w:r>
    </w:p>
    <w:p>
      <w:pPr>
        <w:pStyle w:val="ArticleBody"/>
        <w:jc w:val="left"/>
      </w:pPr>
      <w:r>
        <w:rPr>
          <w:rFonts w:ascii="Times New Roman" w:hAnsi="Times New Roman" w:eastAsia="Times New Roman" w:cs="Times New Roman"/>
        </w:rPr>
        <w:t>Ci ñaari ayet yu méngoo ci ñetti ayet yi, boppu fu songu buur bu bëj-gànnaar di jeex,ñu ko xamale bu leer. Ci ayet fukk ba, mu jeex ci “këru dëgër ga,” te loolu am na woon ci taarix bi ba Seleucid yi jeexalee seen xare ca diggu réewu Esipt, ndax Kàddug yonent bi xamale woon ne buur bu bëj-gànnaar bi “dina ñëw wér, daldi jéggi, te jaar; gannaaw loolu dina dellu, te yëngu ba agsi ci këram gu dëgër ga.” “Këru dëgër ga” mooyoon misaal Esipt, mi doon péeyu seen nguur.</w:t>
      </w:r>
    </w:p>
    <w:p>
      <w:pPr>
        <w:pStyle w:val="ArticleBody"/>
        <w:jc w:val="left"/>
      </w:pPr>
      <w:r>
        <w:rPr>
          <w:rFonts w:ascii="Times New Roman" w:hAnsi="Times New Roman" w:eastAsia="Times New Roman" w:cs="Times New Roman"/>
        </w:rPr>
        <w:t>Ci Esayi juróom-ñett, Sennakerib “dina jaar Yuda; dina dugg ba fees dellu, dina agsi sax ba ci baat bi.” “Pëy bi”, “buur bi” ak “bopp bi” ñépp ay màndarga yu mën a wuutante lañu, te ñoom dees na leen samp ci kaw ñaari seede yi ci bopp jaare ji Sennakerib yéegoon Yerusalem.</w:t>
      </w:r>
    </w:p>
    <w:p>
      <w:pPr>
        <w:pStyle w:val="ArticleScripture"/>
        <w:jc w:val="left"/>
      </w:pPr>
      <w:r>
        <w:rPr>
          <w:rFonts w:ascii="Times New Roman" w:hAnsi="Times New Roman" w:eastAsia="Times New Roman" w:cs="Times New Roman"/>
        </w:rPr>
        <w:t>Ndax boppu Siri mooy Damaas, te boppu Damaas mooy Resin; te ci biir juróom-benn-fukk ak juróom-ñett at, ñu dina yàq Efrayim ba duwaatul xeet. Te boppu Efrayim mooy Samari, te boppu Samari mooy doomu Remalya. Su ngeen gëmul, wóor na ne dungeen taxaw dëgër. Esayi 7:8, 9.</w:t>
      </w:r>
    </w:p>
    <w:p>
      <w:pPr>
        <w:pStyle w:val="ArticleBody"/>
        <w:jc w:val="left"/>
      </w:pPr>
      <w:r>
        <w:rPr>
          <w:rFonts w:ascii="Times New Roman" w:hAnsi="Times New Roman" w:eastAsia="Times New Roman" w:cs="Times New Roman"/>
        </w:rPr>
        <w:t>Siri moo di réew mi, Damaas mooy dëkkub ndaw li, te Resin mooy buur bi, te dëkkub ndaw ak buur bi ñoo doon màndarga yu man a weesante. Dëkkub ndaw ak buur bi ñoom ñaar ñépp ay “bopp” lañu. Bi Sennakerib ñëwee “yéeg ba ci baat bi” Yuda, dafa agsi Yerusalem te taxaw foofa, ndax taxaw na ca “bopp” ba, bi “baat” bi di yabb. Bi Seleusid yi ñëwee seetoo ak Ptoleme, taxaw nañu ca “këru kàllama” ga, te “këru kàllama” ga mooy réewum Misra.</w:t>
      </w:r>
    </w:p>
    <w:p>
      <w:pPr>
        <w:pStyle w:val="ArticleBody"/>
        <w:jc w:val="left"/>
      </w:pPr>
      <w:r>
        <w:rPr>
          <w:rFonts w:ascii="Times New Roman" w:hAnsi="Times New Roman" w:eastAsia="Times New Roman" w:cs="Times New Roman"/>
        </w:rPr>
        <w:t>Saar fukki ci Daniel benn-fukki benn, ak saar juróom-ñetti ci Isaïe juróom-ñett, ci mbirum saar juróom-ñaar ak juróom-ñett ci xaaj bi juróom-ñett ci Isaïe, dañuy tegtal ñaari seede yu xamle ne, ba buur bu bëj-gànnaar bi ci saar ñeent-fukk ci Daniel benn-fukki benn “walbanti, jall” buur bu bëj-saalum bi ci atum 1989, bopp bi, réew mi doon péeyu nguuru bëj-saalum bi (Russi), des na taxaw.</w:t>
      </w:r>
    </w:p>
    <w:p>
      <w:pPr>
        <w:pStyle w:val="ArticleBody"/>
        <w:jc w:val="left"/>
      </w:pPr>
      <w:r>
        <w:rPr>
          <w:rFonts w:ascii="Times New Roman" w:hAnsi="Times New Roman" w:eastAsia="Times New Roman" w:cs="Times New Roman"/>
        </w:rPr>
        <w:t>“Tángaay” bu aaya fukki bi mooy ab caabi bu ñuy xamale xarey Ukrain bi nu nekk ci jamono jii, te itam ne Risi di na am ndam. Waaye jëfandikoo waxu yonent bi di samp dëgg gi, dafay jokkoo bu baax ak, te mu sukkandiku yépp ci benn aay yi sax, yi ñu ubbiwoon Hiram Edson, te ñu mbooloo leen ci mbind yi ci Review and Herald ci atum 1856. Mbind yi dañuy xamale “juróom-ñaari waxtu yi” yu Leviticus ñaar-fukk ak juróom-benn.</w:t>
      </w:r>
    </w:p>
    <w:p>
      <w:pPr>
        <w:pStyle w:val="ArticleBody"/>
        <w:jc w:val="left"/>
      </w:pPr>
      <w:r>
        <w:rPr>
          <w:rFonts w:ascii="Times New Roman" w:hAnsi="Times New Roman" w:eastAsia="Times New Roman" w:cs="Times New Roman"/>
        </w:rPr>
        <w:t>Li dale ci weeru sulet 2023, Gaanag gi bokk ci xeetu Yuda feeñal na ci ñaari aaya yooyu sax, ne ñaari waxu yégle yu tollu ci ñaar-fukki juróom-benn junni ak ñaar-fukki at, yu jëm ci nguurug bëj-gànnaaru ak nguurug bëj-saalumu, dañuy tektalul rekk jamono ju tasare, waaye itam dañuy wone loolu sax liggéeyu Kirist ci matal boole Yàllaay ak nit. Ci feeñu gu amee, xamleef na ne “bopp” mooy melokaan gu kawe gi ci nit. “Bopp” mooy “këru aar” gi ci kërug nit, gi Sœur White wooye “këru tatawu bakkan bi.” Këru tata mooy kërug aar.</w:t>
      </w:r>
    </w:p>
    <w:p>
      <w:pPr>
        <w:pStyle w:val="ArticleBody"/>
        <w:jc w:val="left"/>
      </w:pPr>
      <w:r>
        <w:rPr>
          <w:rFonts w:ascii="Times New Roman" w:hAnsi="Times New Roman" w:eastAsia="Times New Roman" w:cs="Times New Roman"/>
        </w:rPr>
        <w:t>Kon nag lañu daldi dëggal ne “këru tata” bi ci Danyeel saar 11 aaya 10, dafa itam tekki ab “këru tata” bu biir. Bi xare ba (ci biti) tàmbalee ci Ukraine ci atum 2014, duggu gi ci njàngum Seytaane yi jóge “suuf su bëj-saalum adina” ak Pays de Galles (ci biir), dugal nañu ko ci yoonu Future for America, te jëfandikoo bu téj bi jëm woon ca beneen jéego. Ba ci 2020, ñaari wànte yi, di bu Républicain bi ak bu Protestant bi, rey nañu leen ci mbedd yi ya ca dëkk bu mag ba, fa sunu Boroom itam dañu ko daajale ca bant ba.</w:t>
      </w:r>
    </w:p>
    <w:p>
      <w:pPr>
        <w:pStyle w:val="ArticleBody"/>
        <w:jc w:val="left"/>
      </w:pPr>
      <w:r>
        <w:rPr>
          <w:rFonts w:ascii="Times New Roman" w:hAnsi="Times New Roman" w:eastAsia="Times New Roman" w:cs="Times New Roman"/>
        </w:rPr>
        <w:t>Ci atum 2020, Donald Trump dafa woon na ci ñaareelu kampaañam ngir njiitukaayu réew mi, te waxtu yéex bi ci fukki jigéen yu ndaw ya agsiwoon na. Ci atum 2022, Trump tàmbalee na ci yoon wu ofisyeel ñetteelu kampaañam ngir njiitukaayu réew mi, te kampaañam bu njëkk bu amoon ndam ngir njiitukaayu réew mi dafay tegtal bu mujj bi. Ci atum 2023, “baat bu jóge ca màndiŋ ma” tàmbalee na wax ak yax yu wow te wow.</w:t>
      </w:r>
    </w:p>
    <w:p>
      <w:pPr>
        <w:pStyle w:val="ArticleBody"/>
        <w:jc w:val="left"/>
      </w:pPr>
      <w:r>
        <w:rPr>
          <w:rFonts w:ascii="Times New Roman" w:hAnsi="Times New Roman" w:eastAsia="Times New Roman" w:cs="Times New Roman"/>
        </w:rPr>
        <w:t>Aayaat fukki ba ca juróom-benn jël nañu jaar-jaari mbir mi gannaaw xareb Ükrën bi Putin daldi tàmbali, waaye ndam la ko jotul njariñ, ndaxte Risi di dellu ci jaar-jaari Napoleon Bonaparte.</w:t>
      </w:r>
    </w:p>
    <w:p>
      <w:pPr>
        <w:pStyle w:val="ArticleBody"/>
        <w:jc w:val="left"/>
      </w:pPr>
      <w:r>
        <w:rPr>
          <w:rFonts w:ascii="Times New Roman" w:hAnsi="Times New Roman" w:eastAsia="Times New Roman" w:cs="Times New Roman"/>
        </w:rPr>
        <w:t>Tëxitu ak jeexal Napoléon dañoo mel ni tëxitu ak jeexal buur Osiya, mi itam doxuwoon ndax doolewuñu ko ay ndamami xare, te moom itam dafa jëfandikoo ci misaal Ptolemée IV bu ay aaya 11 ak 12 wax, ñoom ñaar ñépp sax neesuñu woon ci seen ndami xare. Osiya ak Ptolemée IV ñaar ñépp seetoon nañu ngir def sarax ci kër Yàlla, waaye terees na leen ko. Buur Osiya dafa daldi jàngoro gaana ci boppam ba muy jéem a def loolu. Te mandarga gi nekk ci jëram, du rekk muy tegtal mandarga rab wi, waaye itam dafa doon misaal buur bu njëkk bu bëj-gànnaar ci atum 1989, mi itam dugg ci benn melow tëxitu bi mu (Gorbachev) génnee Union soviétique ngir bokk ci Mbooloom Xeeti Aduna bi. Naka la deme ak buur Osiya, Gorbachev itam amoon na benn mandarga bu am solo ci jëram. Buur Osiya, buur Ptolemée IV, Napoléon ak Gorbachev ñépp dañoo jëfandikoo ci misaal mujjug Putin. Ñoom ñépp ñeent dañoo nekkoon ay buur yu bëj-gànnaar yu jëggeel seen nguurug njaboot, te loolu di misaal mujjug Russiey Putin.</w:t>
      </w:r>
    </w:p>
    <w:p>
      <w:pPr>
        <w:pStyle w:val="ArticleBody"/>
        <w:jc w:val="left"/>
      </w:pPr>
      <w:r>
        <w:rPr>
          <w:rFonts w:ascii="Times New Roman" w:hAnsi="Times New Roman" w:eastAsia="Times New Roman" w:cs="Times New Roman"/>
        </w:rPr>
        <w:t>Noonu aayaat yuñ ñeent ba ca juróom-ñaar ubbi nañu seede si tàmbalee woon ci atum 200 BC, te loolu dafa roy ci ñetteelu te mujjug waxtu Donald Trump, mi teewal bëñu Républicain. Aayaat fukki ak ñeent bii màndargaal na ban waxtu paapasi gi tàmbalee woy ay wóoyam yu njaaloo ni jigéenu moykat bu Tir, te aayaat fukki ak juróom bii sant na sàrtu bëñu protestan bu wàññiku ak jaar-jaari Maccabey yi. Ñetti aayaat yooyu ëmb nañu ñetti rëdd yu yonent.</w:t>
      </w:r>
    </w:p>
    <w:p>
      <w:pPr>
        <w:pStyle w:val="ArticleBody"/>
        <w:jc w:val="left"/>
      </w:pPr>
      <w:r>
        <w:rPr>
          <w:rFonts w:ascii="Times New Roman" w:hAnsi="Times New Roman" w:eastAsia="Times New Roman" w:cs="Times New Roman"/>
        </w:rPr>
        <w:t>Jàngoro Maccabee yi nëbbu wuññeesu ni mujjug benn aaya ñaareelu ba aaya ñetteelu, walla ni mujjug aaya ñeent-fukk ba aaya ñeent-fukk ak benn, waaye porokara bi nekk na, bu gën a néew, lu leerul ci njëkk a seet. Waaye ci jaar-jaaru waxu Yàlla gu mel ni lu leerul loolu, booloo gi Yawut ya ak Rooma dañu ko wone, te moo xamale sosug nataalu rab wi. Sosug nataalu rab wi itam dañu ko misaal ci jaar-jaaru bëgg-bëgg bi nu nëbb ci Daniel saar ñaareelu, fa Nebukadnetsar amee gént gu mu mënu koo fàttaliku, te bi Daniel, ci càttug dee, ñu ko laaj mu tekk ko, fekk xamul woon gént ga. Ñaanug Daniel ak ñetti nit ña ñu am solo ci saar ñaareelu dafa tegu ci ñaan ngir leer gu jóge bitim réew, gi mottali ñaanu Daniel ci saar juróom-ñenteel ngir coppite gu biir.</w:t>
      </w:r>
    </w:p>
    <w:p>
      <w:pPr>
        <w:pStyle w:val="ArticleBody"/>
        <w:jc w:val="left"/>
      </w:pPr>
      <w:r>
        <w:rPr>
          <w:rFonts w:ascii="Times New Roman" w:hAnsi="Times New Roman" w:eastAsia="Times New Roman" w:cs="Times New Roman"/>
        </w:rPr>
        <w:t>Sëtu Makkabe yi méngoo ak kumpa gu nëbbu gu nekk ci Daniel sarax 2. Kumpa gu Daniel 2 di joxe seede bu njëkk bu yónent ci njàngum yónent bu ñuul bi aju ci juróom-ñaar ba nekk ci juróom-ñaari, te loolu di yokk ci xamle dekkuwaat gi ñaari seede yi nekk ci Peeñu 11. Dekkuwaat gi ñaari seede yi, ci jokkoo ak juróom-ñaar ba nekk ci juróom-ñaari, taxawal na ne ci jaar-jaaru mboolem jamono yi méngoo yi Millerites ak téeméeri ak ñeent-fukki ak ñeent-junni, dellusi-ginnaaw gi Millerites yi jëm ci Laodicea méngoo na ak téeméeri ak ñeent-fukki ak ñeent-junni gi di jóge Laodicea jëm Philadelphia.</w:t>
      </w:r>
    </w:p>
    <w:p>
      <w:pPr>
        <w:pStyle w:val="ArticleBody"/>
        <w:jc w:val="left"/>
      </w:pPr>
      <w:r>
        <w:rPr>
          <w:rFonts w:ascii="Times New Roman" w:hAnsi="Times New Roman" w:eastAsia="Times New Roman" w:cs="Times New Roman"/>
        </w:rPr>
        <w:t>Sàrtu bu leer bu Makkabee ya ak géent gu nëbbu gu Nebukadnesar, yépp dañoo tëjoon bu xóot ba keroog gëstu ngir dekkal ñaari seede yi tambalee ci atum 2023. Léegi dañoo ubbeek ndank ndank lu jiitu waxtu “yëngu-yëngu su mag”, bi di màndarga tëju àtte bu nekk ci yoonal ngir Seventh-day Adventists. Nattu bi Adventists yooyu war a jéll ngir jot ci kërag Yàlla, ak lu jiitu tëju àtte, mooy nattu bi jëm ci sosinub nataalu rab wu màndarga.</w:t>
      </w:r>
    </w:p>
    <w:p>
      <w:pPr>
        <w:pStyle w:val="ArticleBody"/>
        <w:jc w:val="left"/>
      </w:pPr>
      <w:r>
        <w:rPr>
          <w:rFonts w:ascii="Times New Roman" w:hAnsi="Times New Roman" w:eastAsia="Times New Roman" w:cs="Times New Roman"/>
        </w:rPr>
        <w:t>Sëriñ Makkabe yi, gént bu Nebukadnesar amoon te nëbbu woon, mbir mu njëk a xam ne juróom-ñaareelu bi bokk na ci juróom-ñaari bi, ak ñaari wàll yu rab suuf si am, yépp bokk nañu ci ndawtal gu nattu gi, gi mat saa su nataalu rab bi sosoo. Nangu ne sër yi mooy dëgg yu, ci anam wu yonent, “dëgg yu nëbbu,” moo firndeel ne ñoom lañu di dëgg yi Gaynde gi joge ci giiru Yuda di fecc léegi.</w:t>
      </w:r>
    </w:p>
    <w:p>
      <w:pPr>
        <w:pStyle w:val="ArticleBody"/>
        <w:jc w:val="left"/>
      </w:pPr>
      <w:r>
        <w:rPr>
          <w:rFonts w:ascii="Times New Roman" w:hAnsi="Times New Roman" w:eastAsia="Times New Roman" w:cs="Times New Roman"/>
        </w:rPr>
        <w:t>Ubbeeku kàddu màndarga ñaar ñi seede, ñiy tegu ci ñaari wex yu Réewum-Repubilik ak Protestaŋ bu rab suuf bi ci Peeñu xutba fukk ak ñett, te ànd ak dëgg bi ne wex wu nekk dafa daw bokk ak beneen bi, te itam ne wex wu nekk am na ñaari melokaan yu biiram, mooy màndargaat tàmbali ubbeeku Peeñug Yeesu Kirist. Dëgg gi ñu ubbi nag dafa boole itam ubbeeku jaar-jaaru nettali bu nëbbu bu juróom-ñaar yi jàmbaar, ak itam tekkig baat bu Ebraay “Dëgg.”</w:t>
      </w:r>
    </w:p>
    <w:p>
      <w:pPr>
        <w:pStyle w:val="ArticleBody"/>
        <w:jc w:val="left"/>
      </w:pPr>
      <w:r>
        <w:rPr>
          <w:rFonts w:ascii="Times New Roman" w:hAnsi="Times New Roman" w:eastAsia="Times New Roman" w:cs="Times New Roman"/>
        </w:rPr>
        <w:t>Ba mujj gu mujj ci juróom-ñaari yégle yi ñu xam ne muy tegtalu ñetti màndargay yoon yi ci njëkk bi ci naqar gu réy ga, te ci topp bi xebaaru Yuuxu Guddi ga, te mu jeex ak naqar gu mag ga, ni loolu ànd ak baat bu Ebrë “Dëgg,” ndigal gu melokaan bi di bàyyi màndargay 18 Sulet 2020, te mooy matal gu mat sëkk bu xebaaru Yuuxu Guddi ga di jiite jëmu ci yoonu Dimaas, kon tax ñu tabbali ko.</w:t>
      </w:r>
    </w:p>
    <w:p>
      <w:pPr>
        <w:pStyle w:val="ArticleBody"/>
        <w:jc w:val="left"/>
      </w:pPr>
      <w:r>
        <w:rPr>
          <w:rFonts w:ascii="Times New Roman" w:hAnsi="Times New Roman" w:eastAsia="Times New Roman" w:cs="Times New Roman"/>
        </w:rPr>
        <w:t>Juroomi ñaar-fukk ak ñett yi, lañu leen woon xam nanu ci kanam weeru Sulet 2023 ne ñooy jaar-jaaru nettali yàpp ci diggante yëngu-yëngug malaaka bu jëkk bi ak yëngu-yëngug malaaka bu ñetteel bi; waaye jamono mujj mi ëmb ñetti jéego yu wuutu yi, ba fa fekk, kenn seetuloon ko ni muy jamono wu mat a mel ni juroomi ñaar-fukk ak ñett yi di ko tegtal. Léegi nag, nangu boobu taxaw na ci “Dëgg.”</w:t>
      </w:r>
    </w:p>
    <w:p>
      <w:pPr>
        <w:pStyle w:val="ArticleBody"/>
        <w:jc w:val="left"/>
      </w:pPr>
      <w:r>
        <w:rPr>
          <w:rFonts w:ascii="Times New Roman" w:hAnsi="Times New Roman" w:eastAsia="Times New Roman" w:cs="Times New Roman"/>
        </w:rPr>
        <w:t>Feeñu Yeesu Kirist ci xamle, dafa ubbi ay buumam tuuti laata waxtu jébbalu njub gi tëj, te mujje ci ñaari seede yi nekk ci Peeñu gi, saar 11. Feeñu Yeesu Kirist dafa ëmb jaar-jaaru nettali bu nëbbu bu juróom-ñaari dund yi. Feeñu Yeesu Kirist dafa ëmb it mbir mu njàqare bi ne “juróom-ñettal bi bokk na ci juróom-ñaari yi”, te loolu moo xamale jëfandikoo gu soppeeku Millerite yi jëm ci Laodise, ak soppeeku gu dëppooku googu gu téeméeri ak ñeent-fukk ak ñeent ñaar-ñett yi jëm ci Philadelphia. Juróom-ñettal bi bokk ci juróom-ñaari yi, itam, dafay tegu ci waxin wu yónnee bu nataalu nattu meloobe rabu gi, ndaxte ñaar ñaar yi, bukki Républicain bi ak bukki Protestan bi, dañuy agsi seen mujje ba bukki Républicain bi sos meloob rabu gu politig, ci wuute ak ci werante ak bukki Protestan bu dëgg bi miy sos meloobu Kirist, ñoom ñi ñu topp ci kaw ni bannére bi.</w:t>
      </w:r>
    </w:p>
    <w:p>
      <w:pPr>
        <w:pStyle w:val="ArticleBody"/>
        <w:jc w:val="left"/>
      </w:pPr>
      <w:r>
        <w:rPr>
          <w:rFonts w:ascii="Times New Roman" w:hAnsi="Times New Roman" w:eastAsia="Times New Roman" w:cs="Times New Roman"/>
        </w:rPr>
        <w:t>Njëgg yi tambali na ubbeeku ci mujju weeru Sulet 2023, te dëgg yi yépp di wone jaar-jaari waxu yonent bi mataliku ci jaar-jaar ju nëbbu ji, te mooy “xaaju waxu yonent Daniel bi jëm ci bés yu mujj yi.”</w:t>
      </w:r>
    </w:p>
    <w:p>
      <w:pPr>
        <w:pStyle w:val="ArticleBody"/>
        <w:jc w:val="left"/>
      </w:pPr>
      <w:r>
        <w:rPr>
          <w:rFonts w:ascii="Times New Roman" w:hAnsi="Times New Roman" w:eastAsia="Times New Roman" w:cs="Times New Roman"/>
        </w:rPr>
        <w:t>Kon nag am jàpp nañu nag ab tëralin gu yonent ci nettali bu nëbbu bu aaya ñent-fukki fanweeri, dale ci waxtu mujj, ci atum 1989, ba ci sàrtu Dibér bu aaya ñent-fukk ak benn, buy may nu nu teg aaya benn ak ñaar yu ci Daniel saar fukk ak benn ca kawam. Noonu itam mën nañu teg aaya fukk ba fukk ak juróom ci biir rëdd wu benn. Gannaaw loolu mën nañu jël itam rëddu Makkabé yi, buy, bu ñu ko déggee bu jub, tàmbalee ci aaya fukk ak ñett te wéy ba ci aaya ñaar-fukk ak ñett, ñu dugal ko ci benn rëdd wi. Noonu itam mën nañu jël rëddu ñaari seede yi ci Peeñu saar fukk ak benn, aaya juróom-ñaar ba fukk ak ñaar, ñu dugal ko ci benn rëdd wi. Ak ñaari seede yi ci Daniel ak Peeñu, am nañu ab tëralin gu nettali bu nëbbu bu aaya ñent-fukki fanweeri.</w:t>
      </w:r>
    </w:p>
    <w:p>
      <w:pPr>
        <w:pStyle w:val="ArticleBody"/>
        <w:jc w:val="left"/>
      </w:pPr>
      <w:r>
        <w:rPr>
          <w:rFonts w:ascii="Times New Roman" w:hAnsi="Times New Roman" w:eastAsia="Times New Roman" w:cs="Times New Roman"/>
        </w:rPr>
        <w:t>Ci atum 1989, mbooloom Sowiyet bi dafa dem ba noppi ndax benn booloo diggante paapas gi ak ay ndajem xaralaam, Etazini. Bi Gorbachev tasaree mbooloom Sowiyet bi, jamonoy mujj gi jot na ngir téeméeri ñent-fukki ñeent ak ñent-fukki junni. Ronald Reagan moo nekkoon buur bu njëkk bu waxu yonent ci Etazini dale ko ci jamonoy mujj; Reagan, miy Protestaaŋ bu delloo gannaaw ak Républiiken bu ñu firndeel ci buur Dariyus, ñu topp ko ak Cyrus, ba noppi ñetti yeneen buur, ba noppi buur bu ñeenteel bi bare alal.</w:t>
      </w:r>
    </w:p>
    <w:p>
      <w:pPr>
        <w:pStyle w:val="ArticleBody"/>
        <w:jc w:val="left"/>
      </w:pPr>
      <w:r>
        <w:rPr>
          <w:rFonts w:ascii="Times New Roman" w:hAnsi="Times New Roman" w:eastAsia="Times New Roman" w:cs="Times New Roman"/>
        </w:rPr>
        <w:t>Buur Sirus dafa mel ni Bush bu jëkk, ab globalist bu Republican buy wax ne moom la, te mujj ko topp globalist bu Democrat bi, Clinton; gannaaw loolu globalist bu Republican buy wax ne moom la, Bush bu mujj bi, topp ko; gannaaw moom globalist bu Democrat yu Islaan, Obama, topp ko; te gannaaw moom topp na ko njiit bu gëna am alal ci ñoom ñépp, ab Republican Protestant bu dëddu ngëm, Donald Trump.</w:t>
      </w:r>
    </w:p>
    <w:p>
      <w:pPr>
        <w:pStyle w:val="ArticleBody"/>
        <w:jc w:val="left"/>
      </w:pPr>
      <w:r>
        <w:rPr>
          <w:rFonts w:ascii="Times New Roman" w:hAnsi="Times New Roman" w:eastAsia="Times New Roman" w:cs="Times New Roman"/>
        </w:rPr>
        <w:t>Ci atum 2014, xare bi Ukrain diggante Risi ak mbooloom Nazi buy jëfe ni ndimbalub papas bi tambalee, ak mbooloom ndimbal gu njëkk gu papas bi (Etazini) di jox ndimbal mbooloom ndimbal gu Ukrain. Ci atum 2014, yëngu-yëngoo Future for America am na saytu gu ñëw ci biir mu, joge ca ay warugaayu njiitub nàcc ga, te ci 2015, Donald Trump tàmbalee jëfandikoo bi njëkk ci ñetti kampañu njiitu réew yi mu war a matal. Mu am ndam ci kampañam gu njëkk, waaye kampañam gu diggante bi sàcc nañu ko, te ci kampañam gu mujj gi dina amaat ndam. Ci 2020, benn saxaaru dee ci ñaari wàll yi am na: saxaaru Réewumaan bi jot na gaañu dee ndax doorug palanteer bi sàcc nañu ko, te saxaaru Protestaan gu dëgg gi itam jot na gaañu dee ndax dafa waxee waxu waxkat bu fen, lu njëw ci benn yoon ci saytu ga tambalee woon ci 2014, te maas gi sàcc nañu ko jaarale ko ci dugal ay jëfandikookat yu bare yu fen ci waxi yonent.</w:t>
      </w:r>
    </w:p>
    <w:p>
      <w:pPr>
        <w:pStyle w:val="ArticleBody"/>
        <w:jc w:val="left"/>
      </w:pPr>
      <w:r>
        <w:rPr>
          <w:rFonts w:ascii="Times New Roman" w:hAnsi="Times New Roman" w:eastAsia="Times New Roman" w:cs="Times New Roman"/>
        </w:rPr>
        <w:t>Ci atum 2020, sàrt ak yégle gu nebbu ñu sàcc leen, te ñaari bënn yaa ngi ci misaal rey leen ndax ay ndaw yi di wuutu njiitug njaay mi. Sàrt bi ñu sàcc ko ndax benn booloo bu ñaari wàll yu ñuy wax ne ay Républicains mondialistes ak Démocrates mondialistes, te xibaaru propagande bu mondialiste ak jaaykat yu mondialiste doon leen taxawal. Yégle bi itam, ab janq bu gàtt te sëyul bu jóge ca suuf, ak xale góor bu gàtt bu ñu fase ak jóge Wales, ñoo ko sàcc, te seen mébet bu nëbbu mooy dugal ak yëkkati ajandaa goor-ak-góor, te ñu xamle njéggal “nit ku bàkkaar bi.” Njiitu Future for America yépp a yor tooñ bi ci dugub Seytaane bi, ndax moom lañu teg woon yëfi aar yoonu jëf ji, waaye dafa yàgg a nangu yonnent yu selladi ñu jël taxawaayu njiit. Donald Trump mooy tooñ ci sàrt bi ñu sàcc, ndax ñi mu tannoon ba ñu dugg ci biiram mbooloom kàttanam, dañoo doon, ci mbëggeel, yàq liggéey bi mu yebaloon.</w:t>
      </w:r>
    </w:p>
    <w:p>
      <w:pPr>
        <w:pStyle w:val="ArticleBody"/>
        <w:jc w:val="left"/>
      </w:pPr>
      <w:r>
        <w:rPr>
          <w:rFonts w:ascii="Times New Roman" w:hAnsi="Times New Roman" w:eastAsia="Times New Roman" w:cs="Times New Roman"/>
        </w:rPr>
        <w:t>Ci atum 2022, Donald Trump tàmbalee kampaañam bu ñetteel, te ci atum 2023 ab “baat buy yuuxu ca màndiŋ ma” tàmbalee yónnee ndigal ci mboolooy igles. Yeesal nañu, ab “xeer” (“mi ma tekki ni ñiy nekk bitim “dëgg gu tey ji” yuuxu nañu”)—ki mel ni mooy xel mu gën a ñaw ci jamonoy politig bu fi nekk ci péncum mbooloo mi—wax na ay dëgg yu am xel mu xóot. Turam mooy Victor Davis Hanson, te su fekkee nga topp xew-xew yi di ame wër la te di méngale xew-xew yooyu ak yëgle yi nekk ci Kàddug Yàllaam, kon Victor Davis Hanson mooy kenn ci “xeer yi” yiy delloo ndigal mi nga yaakaar ne ngay jàng.</w:t>
      </w:r>
    </w:p>
    <w:p>
      <w:pPr>
        <w:pStyle w:val="ArticleScripture"/>
        <w:jc w:val="left"/>
      </w:pPr>
      <w:r>
        <w:rPr>
          <w:rFonts w:ascii="Times New Roman" w:hAnsi="Times New Roman" w:eastAsia="Times New Roman" w:cs="Times New Roman"/>
        </w:rPr>
        <w:t>“Yàlla bëgg na nu jàng xew-xew yi di ame wër nu, te nu méngale leen ak wax-yëgle yi ci Kàdduam, ngir nu man a xam ne dañuy dund ci fan yu mujj yi. Dañu bëgg sunuy Injil, te dañu bëgg a xam li ci ñu bind. Jàngkat bu ci jëfandikoo yëgle yi ak teey dina jot ci leer gu wazi ci dëgg gi, ndaxte Yeesu nee na: ‘Sa kàddu mooy dëgg.’” Signs of the Times, 1 Oktoobar 1894.</w:t>
      </w:r>
    </w:p>
    <w:p>
      <w:pPr>
        <w:pStyle w:val="ArticleBody"/>
        <w:jc w:val="left"/>
      </w:pPr>
      <w:r>
        <w:rPr>
          <w:rFonts w:ascii="Times New Roman" w:hAnsi="Times New Roman" w:eastAsia="Times New Roman" w:cs="Times New Roman"/>
        </w:rPr>
        <w:t>Ci benn war wi ci X.com bu @FreyjaTarte yéegle, Hanson tàmbalee ne: “Ñoom [Democrat yi] dañuy xool Trump ni ab vampire.” Mu yokk ci neexal xelam ci ragal gi Democrat yi am ci ne Donald Trump mën naat a tànn baatam. Amuma benn sababu ngir gëm ne Hanson xamoon na ne, ci melokaanu Yëgleb ga, saar fukk ak benn, Trump dekkat na (ni ab vampire), te ba loolu amee, ñi béggoon woon bu njëkk ci deeŋam dinañu tiit. Waaye loolu la mu màggal ci bépp kommenteeram.</w:t>
      </w:r>
    </w:p>
    <w:p>
      <w:pPr>
        <w:pStyle w:val="ArticleScripture"/>
        <w:jc w:val="left"/>
      </w:pPr>
      <w:r>
        <w:rPr>
          <w:rFonts w:ascii="Times New Roman" w:hAnsi="Times New Roman" w:eastAsia="Times New Roman" w:cs="Times New Roman"/>
        </w:rPr>
        <w:t>Te gannaaw ñetti fan ak genn xaaj fan, Xelumu dund gu jóge ci Yàlla dugg ci ñoom, te ñu taxaw ci seen tànk; te ragal gu réy dal ci ñi leen gisoon. Peeñu 11:11.</w:t>
      </w:r>
    </w:p>
    <w:p>
      <w:pPr>
        <w:pStyle w:val="ArticleBody"/>
        <w:jc w:val="left"/>
      </w:pPr>
      <w:r>
        <w:rPr>
          <w:rFonts w:ascii="Times New Roman" w:hAnsi="Times New Roman" w:eastAsia="Times New Roman" w:cs="Times New Roman"/>
        </w:rPr>
        <w:t>Dina yokkute ci njàngum bii ci bind bi ci topp.</w:t>
      </w:r>
    </w:p>
    <w:p>
      <w:pPr>
        <w:pStyle w:val="ArticleScripture"/>
        <w:jc w:val="left"/>
      </w:pPr>
      <w:r>
        <w:rPr>
          <w:rFonts w:ascii="Times New Roman" w:hAnsi="Times New Roman" w:eastAsia="Times New Roman" w:cs="Times New Roman"/>
        </w:rPr>
        <w:t>“Nopp na ci jamono ji ñu waxoon ci mbind yii. Waxtu mujj gi agsi na, ay peeñu yonent yi ubbi nañu leen, te seeni artu yu tar yi di nu jublu ci ñëwu sunu Boroom ci ndam, mi jege lool.”</w:t>
      </w:r>
    </w:p>
    <w:p>
      <w:pPr>
        <w:pStyle w:val="ArticleScripture"/>
        <w:jc w:val="left"/>
      </w:pPr>
      <w:r>
        <w:rPr>
          <w:rFonts w:ascii="Times New Roman" w:hAnsi="Times New Roman" w:eastAsia="Times New Roman" w:cs="Times New Roman"/>
        </w:rPr>
        <w:t>“Yahut yaa dañoo tekki baat-u Yàlla ba ñàkk te jëfandikoo ko ba aw yoon ju jubadiwul, te xamuñu woon jamono ji ñu leen seetsi. At yi Kirist ak ndawam yaa jëfale woon liggéeyam,—at yu mujj yu tedd, yu yërmande, yu ñu maye woon nit ñi Yàlla tànn,—ñoom dañoo leen yëkkati woon ci fexe ngir alag ndaw yi Boroom bi. Bëgg-bëgg yu àddina lëmbale na leen, te ndigal gi leen joxoon ci nguur gu xel mu sell gi dikkul ci njariñ. Noonu it tey, nguur gi àddina si dafay lëmbal xalaat yi nit ñi, te saxuñu ci yonent yi di gaaw a mat ak ci màndarga yi nguur gi Yàlla, gi bëgg a ñëw lu gaaw, di wone.”</w:t>
      </w:r>
    </w:p>
    <w:p>
      <w:pPr>
        <w:pStyle w:val="ArticleScripture"/>
        <w:jc w:val="left"/>
      </w:pPr>
      <w:r>
        <w:rPr>
          <w:rFonts w:ascii="Times New Roman" w:hAnsi="Times New Roman" w:eastAsia="Times New Roman" w:cs="Times New Roman"/>
        </w:rPr>
        <w:t>“‘Waaye yéen bokk yi, nekkuleen ci lëndëm, ba bés boobu man leen a jàpp ni sàcc. Yéen ñépp, doomi leer ngeen, te doomi bés; nun bokkuñu ci guddi, mbaa ci lëndëm.’ Ndegam waruñu xam waxtu dellusi sunu Boroom, waaye man nanu xam su mu jiggee. ‘Kon nag, bu nu nelaw ni ñeneen; waaye na nu xool te fonk sunu bopp.’ 1 Tesalonig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Bérébub Ñent-fukk ak Juróom-benn-benn</dc:title>
  <dc:subject>Lal bu yoon ci waxu yonent yi ci Daniel 11: Ubbi ay xët yi gën a xóot ci jamonoy Trump ak ndawlu bi jiitu Yoonu Dibeer bi</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