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Benn bu Téeméer ak Juróom-ñaari fukki ak Ñaar</w:t>
      </w:r>
    </w:p>
    <w:p>
      <w:pPr>
        <w:pStyle w:val="ArticleSubtitle"/>
        <w:jc w:val="left"/>
      </w:pPr>
      <w:r>
        <w:rPr>
          <w:rFonts w:ascii="Arial" w:hAnsi="Arial" w:eastAsia="Arial" w:cs="Arial"/>
        </w:rPr>
        <w:t>Ubbi jaar-jaari cosaan bi: Mbooleem jëfandikoo yu yonent yi nekk ci Daniel 11 ak kërug 144,000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2024-04-22</w:t>
      </w:r>
    </w:p>
    <w:p>
      <w:pPr>
        <w:pStyle w:val="ArticleBody"/>
        <w:jc w:val="left"/>
      </w:pPr>
      <w:r>
        <w:rPr>
          <w:rFonts w:ascii="Times New Roman" w:hAnsi="Times New Roman" w:eastAsia="Times New Roman" w:cs="Times New Roman"/>
        </w:rPr>
        <w:t>Nu ngi seet “jaar-jaaru mbox mi nëbbu” bu aaya ñent-fukk ci benn ci Daniel sura fukk ak benn, bi muy bàyyi seedeem bu bindoon ci waxtu mujj gi ci atum 1989, ba ca yoonu Dibéer bu aaya ñent-fukk ak benn. Jaar-jaaru mbox mu nëbbu mooy taxawaay bi ñuy jubale ci mbooloom yépp ay rëddo yu wax ci yàllaay bés yu mujj yi, ndax taññeefug téeméer ak ñeent-fukk ak ñeent ñaar ñi di am ci biir jaar-jaaru mbox moomu mu nëbbu. Jaar-jaaru mbox moomu mooy fa nattu bi jëm ci sosu nataalu rab wi di am. Kon nag, mooy jaar-jaaru mbox bi gént gu nëbb gu Nebukadnesar ci nataalu rab yi di ubbeeku. Jaar-jaaru mbox moomu mu nëbbu mooy fi jaar-jaaru mbox mu nëbbu, jógé ci mujjug njëlbéen Donald Trump, di jeex ci aaya ñaar ci Daniel sura fukk ak benn ba ci aaya ñett. Jaar-jaaru mbox moomu mooy cér bu yonent yi ci Daniel bi jëm ci bés yu mujj yi, te mooy Peeñug Yeesu Kirist bi ñuy ubbi tuuti laata àtte gu màgge gi tëj, ci yoonu Dibéer bi. Rëddo yi yépp yu dëggu yii dañu leen tekki ni dindi biir ñaareel baatukaay gi juróom-ñaareel te mujj.</w:t>
      </w:r>
    </w:p>
    <w:p>
      <w:pPr>
        <w:pStyle w:val="ArticleBody"/>
        <w:jc w:val="left"/>
      </w:pPr>
      <w:r>
        <w:rPr>
          <w:rFonts w:ascii="Times New Roman" w:hAnsi="Times New Roman" w:eastAsia="Times New Roman" w:cs="Times New Roman"/>
        </w:rPr>
        <w:t>Aayaat fukk ak juróom-benn yi nekk ci Daniel benn fukk ak benn dañu war a dëppoo ak jaamu jaar-jaar boobu nëbb; te ñetti aaya yu mujj yi ci ñoom dañuy wone ñetti rëddi yoon yu wax ci kàddug yonent. Ñoom dañuy xamale kañ ba papaat gi dellusi ci jaar-jaar, ni mu ko defoon ci atum 200 B.C., bi Room gu ñuul gi jëkk a dugg ci jaar-jaaru wax ci kàddug yonent, ji Daniel saar benn fukk ak benn, aaya fukk ak ñeent, tektal. Aaya woowu, ak matug aaya woowu ci jaar-jaaru Room gu ñuul gi, moo tax sas ndegam gi, ndaxte Room gu ñuul gi moo doon misaalu kàttan ga yékkati boppam, sàcc nit ñi Yàlla, ba noppi daanu. Protestaŋ bu wacc ci dëgg dafa jëfandikoo aaya woowu ci Antiochus Epiphanes, waaye Millerite yi dañu ko jëme ci Room gu ñuul gi, di xamale ne aaya woowu mooy dëgg gu nattu ci jaar-jaaru Millerite yi. Tey itam, teoloog yi ci Adventism bu Laodice bi bees bi dañuyaat di jàngale ne mooy Antiochus Epiphanes; kon nag, mujj na dellu di dëgg gu nattu.</w:t>
      </w:r>
    </w:p>
    <w:p>
      <w:pPr>
        <w:pStyle w:val="ArticleBody"/>
        <w:jc w:val="left"/>
      </w:pPr>
      <w:r>
        <w:rPr>
          <w:rFonts w:ascii="Times New Roman" w:hAnsi="Times New Roman" w:eastAsia="Times New Roman" w:cs="Times New Roman"/>
        </w:rPr>
        <w:t>Dëggul nekkul rekk dëggu nattu, waaye itam kàddu googu ak matugam ci atum 200 BC mooy mel ni mu xamale kañ la jigéenu moykat bu Tir (Room bu tey) tambalee woy ay woyam yu Seytaane, te di jëme xel ci ba papas bi dugg ci taarixu fan yu mujj yi, te moo tax muy tegu dëggu nattu gu njëkk ci fan yu mujj yi, buy ànd ak dëggu nattu gi debate bi ci taarixu Millerite di tegtal.</w:t>
      </w:r>
    </w:p>
    <w:p>
      <w:pPr>
        <w:pStyle w:val="ArticleBody"/>
        <w:jc w:val="left"/>
      </w:pPr>
      <w:r>
        <w:rPr>
          <w:rFonts w:ascii="Times New Roman" w:hAnsi="Times New Roman" w:eastAsia="Times New Roman" w:cs="Times New Roman"/>
        </w:rPr>
        <w:t>Ñetti ñaar yi itam dañuy tegtal xeetu bëñu Réew-poblik bi ci rab wu suuf wi, te dañuy xamle jéego yu yëngu-yëngu yi Donald Trump di jaar ci suufu wax ju yonnee bi, bi muy dugg ci ñaareelu nguuram ni juróom-ñetteelu presidente bi mi bokk ci juróom-ñaari presidente yi, ci rëddoo presidente yi tambalee ak Ronald Reagan ca jamono mujj ga ci atum 1989. Gannaaw xarebu Raphia bu ñetti wax yi, “Antiochus” dafa jëkk a noot mbëggel bu jóg ci biir États-Unis, ba noppi waajal ab xare ci seen globalism, mi Ejipt di tegtal ci xarebu Panium. Trump di jël ndam ci xare boobu, waaye xare boobu moo tàmbali Xare Adduña Ñetteel bi (Actium). Yëngu-yëngu yooyu dañoo amoon misaal ci Antiochus III Magnus, mi Ejipt daanoon na ko ci xarebu Raphia, waaye mu dellu ci ndam ci xarebu Panium.</w:t>
      </w:r>
    </w:p>
    <w:p>
      <w:pPr>
        <w:pStyle w:val="ArticleBody"/>
        <w:jc w:val="left"/>
      </w:pPr>
      <w:r>
        <w:rPr>
          <w:rFonts w:ascii="Times New Roman" w:hAnsi="Times New Roman" w:eastAsia="Times New Roman" w:cs="Times New Roman"/>
        </w:rPr>
        <w:t>Ci wërsë bu fukki ak ñaareel, “gannaaw ay at yu bari,” Antiochus Magnus, ni Uriah Smith waxe, “Antiochus, gannaaw bi mu dalale weñ gi ci biiram nguuram, te mu noot te dëkkal xaaj yu penku yi ci seen déggal, amoon na jot gu mu man a def benn jëf ju nekk, ba bi Epiphanes bu ndaw nekkee buur bu Misra; te mu gis ne jokkoo jii baax na lool ngir yaatal sañ-sañam te warul mu reeraan ko, dajale na mbooloom xare bu réy moo gën ki mu amoon bu njëkk bi.” Trump dina jëkk a dalal ab weñ ci biiram nguuram, gannaaw loolu mu waajal ab mboolem xare bu gën a réy ba mu amoon ko ba mu daan ba noppi. Trump daanu woon na ci atum 2020, ci matug Kàddug Yàlla gi nekk ci Revelation saar fukki ak benn, ba rab wi ci atheism, miy tegtal globalism bu adduuna bépp, ak globalist yi nekk ci ñaari pàrti yi di Democratic ak Republican, saccale woon nañu ndeyu tànn bi, te ni mu nekk benn ci xeetu mboolem xare yu njëkk yi di proxy ci jigéen ju bon ju Tyre, dafa dina nekk itam ab daan ba Putin di am ndam ci kaw Ukraine.</w:t>
      </w:r>
    </w:p>
    <w:p>
      <w:pPr>
        <w:pStyle w:val="ArticleBody"/>
        <w:jc w:val="left"/>
      </w:pPr>
      <w:r>
        <w:rPr>
          <w:rFonts w:ascii="Times New Roman" w:hAnsi="Times New Roman" w:eastAsia="Times New Roman" w:cs="Times New Roman"/>
        </w:rPr>
        <w:t>Rëddu gatt gi ci ñetti kàddu yu yonent bi nekk ci ñetti aaya yi nu di xool mooy sàrtu Protestàñ bu dëgërul ci ngëm, ni ko sàrtu Makkabe yi di wone, ak seen jëfug xëccoo ak jéem-jéemi Antiyokis Epifaanes ngir gaawal Yawut yi diineg Geres. Sàrtu Trump ak sàrtu Protestàñ bu dëgërul ci ngëm dañuy tekki ñaari doole yi, yu ci mujj di booleeku, ba nekk geñ guñu wone ni melokaanu rab wa. Aaya fukk ak ñett ba fukk ak juróom dañuy wone jaar-jaaru taarix bi jëm ci yoonu Dibeer, te ñaari sàrt yi, mooy Protestàñ bu dëgërul ci ngëm ak Répiblikan bu dëgërul ci ngëm, dañuy leeral ni ñaari doole yooyu di jëfandoo ak seen diggante, bi ñuy booloo te boole Kàñam ak Réew ngir waajal yoonu Dibeer.</w:t>
      </w:r>
    </w:p>
    <w:p>
      <w:pPr>
        <w:pStyle w:val="ArticleBody"/>
        <w:jc w:val="left"/>
      </w:pPr>
      <w:r>
        <w:rPr>
          <w:rFonts w:ascii="Times New Roman" w:hAnsi="Times New Roman" w:eastAsia="Times New Roman" w:cs="Times New Roman"/>
        </w:rPr>
        <w:t>Ci ay mbind yi nu bind yi weesu, nun jëfandikoo nañu ne ñetti xew-xew yi ñuy tektale ak at yu 1776, 1789 ak 1798—te yu mel ni Benn yëgle bu mooy Déclaration of Independence, Constitution bi ak yoon yi ñuy wax Alien and Sedition Acts—di firndeel ab jamono ju indiwoon tambali rab wu suuf wi ni juróomeel bennoo buur gi ci waxu yonent yi ci Biibël bi. Loolu moo tax ñetti tektal yooyu di itam ñetti tektal yu jëme ci jeexital juróomeel bennoo buur gi ci waxu yonent yi ci Biibël bi. Ndegam nangu nañu ne ñaar-fukk ak ñaar at yi diggante 1776 ak 1798, dafa mel ni jamono ji ñuy téjale téereb junni ak ñaar téeméer ak ñeent-fukk ak ñeent ñi, ndaxte limu ñaar-fukk ak ñaar mooy màndarga booleekaayu Yàlla ak nit.</w:t>
      </w:r>
    </w:p>
    <w:p>
      <w:pPr>
        <w:pStyle w:val="ArticleBody"/>
        <w:jc w:val="left"/>
      </w:pPr>
      <w:r>
        <w:rPr>
          <w:rFonts w:ascii="Times New Roman" w:hAnsi="Times New Roman" w:eastAsia="Times New Roman" w:cs="Times New Roman"/>
        </w:rPr>
        <w:t>Nun nangu xam ne jaar-jaar bii dafa yor màndargayug “Dëgg,” ndaxte màndarga yi jëkk ak mujj dañuy tektale moom-sañ-sañ bu ñu samp ak moom-sañ-sañ bu ñu dindi. Ñetti màndarga yépp dañuy tektale màndarga mu njëkk mi ci rabu suuf bi, ndaxte yépp dañuy tektale waxug États-Unis, ndaxte “waxug réew mooy jëfandikoo buy jóge ci boroom sàkku yoon ak boroom àtte.” Màndarga mu digg bi ci 1789 ak Konstitusiyoŋ bi, fukk ak ñett koloni moo ko dëggal, te araf wu nekk ci diggu baat bu Ebrë “Dëgg” mooy fukk ak ñett. Ñaar-fukk ak ñaar at yi dale ci 1776 ba 1798 itam dañuy ànd ak ñaar-fukk ak ñaar araf yi def alifbe Ebrë bi.</w:t>
      </w:r>
    </w:p>
    <w:p>
      <w:pPr>
        <w:pStyle w:val="ArticleBody"/>
        <w:jc w:val="left"/>
      </w:pPr>
      <w:r>
        <w:rPr>
          <w:rFonts w:ascii="Times New Roman" w:hAnsi="Times New Roman" w:eastAsia="Times New Roman" w:cs="Times New Roman"/>
        </w:rPr>
        <w:t>Nun nanu noonu ne itam ne Jëfandikoo yi ñetti fan ci atum 1798 di taxawaayu bi Etazini waxe ni ab nago. Jaar-jaaru booloo Yawut ya ak Room, maanaam li bokk ci rëddoo Protestaŋ yu woneen seen ngëm ci ay aaya 13 ba 15 ci Daniel 11, dafay tegtal jamono ji nataalu rab wi sosu; te sosug nataal woowu mooy nattu gu mujj gi ñeel ñaar-fukk ak ñent junni ak ñent-fukk ak ñent ñi. Moo di nattu bi ñoom war a daan bala ñu tëj leen ak sëll. Kon nag, booloo Yawut ya diggante atum 161 BC ak 158 BC dafay doon benn mbir mu am solo lool ci biir nattu bi, bi ñiy woote ngir bokk ci ñaar-fukk ak ñent junni ak ñent-fukk ak ñent ñi mattee.</w:t>
      </w:r>
    </w:p>
    <w:p>
      <w:pPr>
        <w:pStyle w:val="ArticleBody"/>
        <w:jc w:val="left"/>
      </w:pPr>
      <w:r>
        <w:rPr>
          <w:rFonts w:ascii="Times New Roman" w:hAnsi="Times New Roman" w:eastAsia="Times New Roman" w:cs="Times New Roman"/>
        </w:rPr>
        <w:t>Nangu ne 161 BC ba 158 BC diiru jamono buy mel ni bindu ci kuréelu Yawut yi, loolu dafay weddi njàngum taarix, ndaxte taarixkat yi dañuy jàngale ne kuréel ga mooy 161 BC, waaye Millerite yi dañuy jàngale ne mooy 158 BC, te seen gëm-gëm ci dëgg googu dañoo ko feeñal ci ñaari kaart yu sell yi.</w:t>
      </w:r>
    </w:p>
    <w:p>
      <w:pPr>
        <w:pStyle w:val="ArticleBody"/>
        <w:jc w:val="left"/>
      </w:pPr>
      <w:r>
        <w:rPr>
          <w:rFonts w:ascii="Times New Roman" w:hAnsi="Times New Roman" w:eastAsia="Times New Roman" w:cs="Times New Roman"/>
        </w:rPr>
        <w:t>La laaj du nekkul rekk ndax ñi bind jaar-jaar yi jub nañu ci jox atum 161 BC ngir kureelu Yawut yi, walla ndax Millerite yi jub nañu ci xamle 158 BC. Ci benn ci ñaari tànk yooyu, am na ab kurél buy déggoo ak sa tànn. Waaye laaj bi mooy ndax ñi bind jaar-jaar yi ak Millerite yi ñoom ñépp dañuy wax dëgg, te ne dëgg bi jëm ci kureel gi ak Yawut yi dafa dëgg-dëgg di tegtal ab diirub waxtu, baaxul ñu ko jàpp ni benn ci ñaari bérab yu mën a doon benn-doomu xew-xew ci jaar-jaar.</w:t>
      </w:r>
    </w:p>
    <w:p>
      <w:pPr>
        <w:pStyle w:val="ArticleBody"/>
        <w:jc w:val="left"/>
      </w:pPr>
      <w:r>
        <w:rPr>
          <w:rFonts w:ascii="Times New Roman" w:hAnsi="Times New Roman" w:eastAsia="Times New Roman" w:cs="Times New Roman"/>
        </w:rPr>
        <w:t>Ci ay binde yu weesu njàngale yi jiitu, nu joxe nañu li nu gëm ne mooy xalaat gu sell, gu yoon, ne bëgg-bokk gi ak Room ak Yawut ya dafay tegu ci ab jamono bu tàmbalee ci 161 at lu jiitu Kirist ba noppi ci 158 at lu jiitu Kirist, te jamono jooju dafay mel ni misaal bu taxaw ngir sos nataalu rab wa. Su fekkee ne loolu mooy dëgg, sax dogal bi ci nangu ne bëgg-bokku Yawut ya ak Room mooy ab jamono, dafay nekk natt, te ci déggoo gu yonent gi, mu dëppook na ak ne sos nataalu rab wa mooy “natt gu mag ngir askanu Yàlla.”</w:t>
      </w:r>
    </w:p>
    <w:p>
      <w:pPr>
        <w:pStyle w:val="ArticleBody"/>
        <w:jc w:val="left"/>
      </w:pPr>
      <w:r>
        <w:rPr>
          <w:rFonts w:ascii="Times New Roman" w:hAnsi="Times New Roman" w:eastAsia="Times New Roman" w:cs="Times New Roman"/>
        </w:rPr>
        <w:t>Bi waxee loolu, 158 aji atum Kirist moo xamle jamono bi liggéey gu booloo gi nekk ci diggante Yawut yu réere yi ñuy wooye Makkabe yi ak Rooma fees di taxaw; te noonu mu mel ni yoonu Dibeer, ndaxte Biibël bi laaj na laaj bu xalaat-rekk ne: «Ndax ñaar man nañu doxandoo, su ñu déggoo wul?» 158 aji atum Kirist moo xamle fu ak kañ apostasi bu Protestaa yi loxo jàpp ak kàttanu baab, te diir ba tàmbalee ci 161 aji atum Kirist, ba jëm 158 aji atum Kirist, moo xamle diiru jamono bi doon tegtal sosug nataalu rab wa. War nañu fàttalikoo ne diir boobu moo xamle kañ apostasi bu Protestaa yi di bokk ak apostasi bu Répiblikaan yi. Ñaari kàttan yu apostasi yooyu dañu leen tegtal ci aaya 13 ba 15, ba tax ñu bokk ay màndarga yu am benn mel.</w:t>
      </w:r>
    </w:p>
    <w:p>
      <w:pPr>
        <w:pStyle w:val="ArticleBody"/>
        <w:jc w:val="left"/>
      </w:pPr>
      <w:r>
        <w:rPr>
          <w:rFonts w:ascii="Times New Roman" w:hAnsi="Times New Roman" w:eastAsia="Times New Roman" w:cs="Times New Roman"/>
        </w:rPr>
        <w:t>Li ñuy jëfandikoo atum 1776, 1789 ak 1798 ngir ñu doon misaal ci 11 septembre 2001, topp ci ko Nattu Pelosi yi ci yëngu-yëngu false flag bi booleek 6 janvier 2021, ak jamono tàmbali bu ñu duggal Biden ci ndam li ñu sàcc, te loolu di yóbbu ci yoonu dimal. Ci jëfandikoo boobu, Patriot Act bu 2001, mi méngook Déclaration d’Indépendance bi, dafay joxe ab waymark buy màggal njàlbéenu dindi beegeel. Noonu itam, ñaareelu waymark bi mooy kangaroo court bu Pelosi ak Schiff, mi méngook ratification bu Constitution bi, noonu di misaal njàlbéenu wërngal Constitution bi, te ñetteelu waymark bi topp ci moom mooy Alien and Sedition Acts yi, te ñu mel ni États-Unis di wax ni ab nago. Jëfandikoo waymark yooyu ci ni mel noonu mooy ràññee waymark yi apostate Protestantism, ni Maccabées yi koy teewal.</w:t>
      </w:r>
    </w:p>
    <w:p>
      <w:pPr>
        <w:pStyle w:val="ArticleBody"/>
        <w:jc w:val="left"/>
      </w:pPr>
      <w:r>
        <w:rPr>
          <w:rFonts w:ascii="Times New Roman" w:hAnsi="Times New Roman" w:eastAsia="Times New Roman" w:cs="Times New Roman"/>
        </w:rPr>
        <w:t>Ci beneen wàllu, su ñu jëfandikoo ñetti màndarga yii ci jàppale ak Republicanism buy moytu dëgg, loolu di jur benn jëfekaay bu tuuti wu wuute. 11 Septàmbar 2001 dafa méngoo ak 1776, waaye 1789, ci mbirum Republicanism buy moytu dëgg, dafa méngoo ak Alien and Sedition Acts, te dafay samp benn wuute diggante yooyu “acts” ak waxi dragóŋ bi, maanaam li Sunday enforcement di tegtal. Bu ñu teggee ñaari rëdd yi benn taxawaay ci biir testu image of the beast, dañuy defar taxawaayu waxu yonent bi ci yëkkati image of the beast, te nattu bu mag bi ñeel nit ñi Yàlla moom mooy sosu image of the beast. Ci nit ñi Yàlla, sosu image of the beast war na njëkk a xamees ni kóllërebu Yàlla di ko tegtale (defar ko), ngir nit ña ca mujj jàmmono jii man a xam waxtaan woowu ci àddina politig ak diine.</w:t>
      </w:r>
    </w:p>
    <w:p>
      <w:pPr>
        <w:pStyle w:val="ArticleBody"/>
        <w:jc w:val="left"/>
      </w:pPr>
      <w:r>
        <w:rPr>
          <w:rFonts w:ascii="Times New Roman" w:hAnsi="Times New Roman" w:eastAsia="Times New Roman" w:cs="Times New Roman"/>
        </w:rPr>
        <w:t>Noonu, naka la mën a ne Natt yi Pelosi yu 6 Samwiyee 2021 manoo méngoo ak yoon yi ñuy wax Alien and Sedition Acts? Natt yi Pelosi dañuy màndargaal njàmbatlu rab wa jóge ci kàmb gu xóotul, mi reyoon na saa si presidente bu bare alal bi yëngaloon globalism. Jàngoro moomu bu màndargaal dale na ak jamono ngiñeel Biden te muy tegtal jamono ju jeex ak ñaareelu ngiñeel Trump. War nañu seet ne Trump dafa seet ndam ci njiitug réew ñetti yoon, te ci njëkk ak mujj mu dafa jëlee ndam, waaye ci diggante ga dañu sàcc ay ndamam jaarale ko ak kàttan ga Mbind mi wax ne mooy baayug fen. Natt yi Pelosi yi tambalee ak wote bu ñu sàcc, dañuy xamale ñaareelu kuréelu Natt yi Pelosi yu feyu, yi di tambalee bu Trump ngiñeelee ci 20 Samwiyee 2025.</w:t>
      </w:r>
    </w:p>
    <w:p>
      <w:pPr>
        <w:pStyle w:val="ArticleBody"/>
        <w:jc w:val="left"/>
      </w:pPr>
      <w:r>
        <w:rPr>
          <w:rFonts w:ascii="Times New Roman" w:hAnsi="Times New Roman" w:eastAsia="Times New Roman" w:cs="Times New Roman"/>
        </w:rPr>
        <w:t>Jamono waxtu nguurug Joe Biden tambali na ab ay “Pelosi Trials”, te mu jeexit itam ak yeneen ay “Pelosi Trials”. Ñoom ñaar ñépp ay mbooloom àttey politig lañu, waaye ñi ñuy toppe ci ñaareelu mbooloo mi, mooy ñi jiite woon ci njëkk ya. Ci ñaareelu nguurukaay Trump, atum 164 BC lañuy màndargaale. Ñaareelu nguurukaay Trump am na misaal ci 164 BC, te delloo njullitukaayu Yawut yi ci sellalam moo di tegtal delloo sellal kër politig bi ci ñaareel yoon.</w:t>
      </w:r>
    </w:p>
    <w:p>
      <w:pPr>
        <w:pStyle w:val="ArticleBody"/>
        <w:jc w:val="left"/>
      </w:pPr>
      <w:r>
        <w:rPr>
          <w:rFonts w:ascii="Times New Roman" w:hAnsi="Times New Roman" w:eastAsia="Times New Roman" w:cs="Times New Roman"/>
        </w:rPr>
        <w:t>Moom at mi la Antiochus Epiphanes deewee, te moom moo doonoon bi yóbbu diine yu Giriis ci kaw Yawut yi, ba tax ndax Maccabée yi jóg ngir xeex ci atum 167 BC. Ci ñaareelu duggu ci liggéeyu Trump ci 2025, diiney Giriis (globalism) dinañu ko noot bu baax ci États-Unis, te kéemaan yu seytaane di nañu tàmbali a dooleel liggéey bi jëm ci booloo kërceen ak nguur. Foofa la Trump di bind ndigal yu mag yu ànd ak Alien and Sedition Acts, ba muy màndargaal tàmbaliwaayu sos nataru rab wi (161 BC), te dina tàmbali ñaareelu sérii Pelosi Trials yi. Alien and Sedition Acts yi dañuy màndargaal tàmbaliwaayu jamono ji ñuy sos nataru rab wi, te jamono jooju di jeex ci yoonu Dibéer bi, ni ko 158 BC typifée woon.</w:t>
      </w:r>
    </w:p>
    <w:p>
      <w:pPr>
        <w:pStyle w:val="ArticleBody"/>
        <w:jc w:val="left"/>
      </w:pPr>
      <w:r>
        <w:rPr>
          <w:rFonts w:ascii="Times New Roman" w:hAnsi="Times New Roman" w:eastAsia="Times New Roman" w:cs="Times New Roman"/>
        </w:rPr>
        <w:t>Kon, jamono joo xam ne mooy tabax nataalu rab wi, dafay tàmbali ak “jëf yi” yu may Trump mu tëj xibaar yi nit ñépp di jëfandikoo, dàq gan yi dugg ci réew mi ci lu yoon mayul, te jàpp ak yóbbu ci àtte ñi bokk ci pexeem pàrti Demokaraat bi. Tàmbali gi ci jamono jooju mooy màndargaal fitna wu politig wi Trump indi, te mu jeex ci fitna wu diine.</w:t>
      </w:r>
    </w:p>
    <w:p>
      <w:pPr>
        <w:pStyle w:val="ArticleBody"/>
        <w:jc w:val="left"/>
      </w:pPr>
      <w:r>
        <w:rPr>
          <w:rFonts w:ascii="Times New Roman" w:hAnsi="Times New Roman" w:eastAsia="Times New Roman" w:cs="Times New Roman"/>
        </w:rPr>
        <w:t>Ci xalaat bii, waymark bu digg ba ci 1789 ak Dàkkantal gi, mooy jëfandikookat yu Pelosi ci 2021, yu tegu ci ab jamono ju jeex ak benn taarix ni ci njàlbéen ga, waaye mbooloom jëfandikookat yu mujj yi ci Pelosi mooy delluwaay gu politig gu jëm ci ñi ñuy léegi topptoo ak tëj kaso. Ñaareelu waymark bi ci sàrtu protestaan yu ngëmadiwul mooy jëfandikookat yu Pelosi yi di boole nguurug Joe Biden, te jamono jooju di jeex ci fanweeri janwe 2025, ba noppi waymark bu 1789, ci sàrtu réewum Republikaan yu ngëmadiwul, agsi ci 20i janwe 2025, ak ndigal yu njëkk yi di xëy bu yàggul dara gannaaw ñaareelu giñug Trump. Loolu moo tàmbali ab jamono bu réew mi di wax ni ab ndaragoon (Alien and Sedition Acts), te mu yóbbu ba ci sàrtu Dibeer, fa réew mi di wax ni ab ndaragoon. Ci jamono jooju, Dàkkantal gi, gi 1789 di tegu ci moom, dañuy ko tas ndànk-ndànk ba mu ñàkk dooleem.</w:t>
      </w:r>
    </w:p>
    <w:p>
      <w:pPr>
        <w:pStyle w:val="ArticleBody"/>
        <w:jc w:val="left"/>
      </w:pPr>
      <w:r>
        <w:rPr>
          <w:rFonts w:ascii="Times New Roman" w:hAnsi="Times New Roman" w:eastAsia="Times New Roman" w:cs="Times New Roman"/>
        </w:rPr>
        <w:t>Ci ñaareel giñug Trump, mu doon juróom-ñetteelu njiit bu bokk ci juróom-ñaari bi; te sosub nataalu rab wi dafa xamle ni nag yu dëddu yu Protestantisme ak Républicanisme di booleeku nekk benn nag, ak ni Protestanti yi yor nguur gi ci seen diggante. Ci benn jaar-jaar boobu sax, ñi ñu woo woon ngir nekk téeméeri ak ñeent-fukk ak ñeent ñaar-fukk ñaar yi, ñu tëj leen ci kanam, bala ñu yékkati leen muy nagu Protestantisme dëgg gi ci yoonu dibeer bu agsi gaaw.</w:t>
      </w:r>
    </w:p>
    <w:p>
      <w:pPr>
        <w:pStyle w:val="ArticleBody"/>
        <w:jc w:val="left"/>
      </w:pPr>
      <w:r>
        <w:rPr>
          <w:rFonts w:ascii="Times New Roman" w:hAnsi="Times New Roman" w:eastAsia="Times New Roman" w:cs="Times New Roman"/>
        </w:rPr>
        <w:t>Bataaxalug mandargaal bi di Revelationu Yeesu Kirist, te ñu ubbi ko tuuti lu jiitu bëgg-bëgg gi tëj, mooy waajur boobu ci Daaniyel buy jëm ci fan yu mujj yi. Waajur woowu bi ñu ubbi mooy jaar-jaaru nettali bu nëbbu ci Daaniyel fukk ak benn, aaya ñeent-fukk; te aaya fukk ak ñett ba fukk ak juróom-align nañu ak nettali bu nëbbu boobu. Kon nag, bataaxal bi ñu ubbi tuuti lu jiitu bëgg-bëgg gi tëj, bi ñu royale woon ci yonent gi nëbbu ci nataalu Nebukadnesar bu rab yi, mooy sax bataaxalu boole gi ñaari yet yi, di saxar yu bàkkaar yu Protestantis ak Républicanisme, yi Makkabey yi ak Antiokus III di wone ci aaya fukk ak ñett ba fukk ak juróom.</w:t>
      </w:r>
    </w:p>
    <w:p>
      <w:pPr>
        <w:pStyle w:val="ArticleBody"/>
        <w:jc w:val="left"/>
      </w:pPr>
      <w:r>
        <w:rPr>
          <w:rFonts w:ascii="Times New Roman" w:hAnsi="Times New Roman" w:eastAsia="Times New Roman" w:cs="Times New Roman"/>
        </w:rPr>
        <w:t>Bataaxal bi tegtal jëmmalin nataalu rab wi mooy bataaxal bi yégle sellal gi di sëllu bu dëgg googu saxal bënn wàllu Protestaŋ bi dëgg.</w:t>
      </w:r>
    </w:p>
    <w:p>
      <w:pPr>
        <w:pStyle w:val="ArticleBody"/>
        <w:jc w:val="left"/>
      </w:pPr>
      <w:r>
        <w:rPr>
          <w:rFonts w:ascii="Times New Roman" w:hAnsi="Times New Roman" w:eastAsia="Times New Roman" w:cs="Times New Roman"/>
        </w:rPr>
        <w:t>Ci sarax fukki ñent, ci atum 200 B.C., Roomu pagaan feeñ na bu njëkk ci nettali yoon wi, ba mu jóg ngir aar buur bu bees bi, xale bu ndaw bu Misra, ci benn mbooloo gu lëkkal Misra, ga Antiokhus III ak Filib bu Masedon sampoon. Atum boobu la xareb Panium amee, bi Antiokhus III xeexee Ptolemy V. Feeñug saay-saay yi ci sa nit ñi, ñiy dëgëral vision bi, mbooloom Antiokhus ak Filib, ak xareb Panium, lëpp am na ci atum boobu. Kon nag, waymark bi di màndarga mbooloo diggante Antiokhus, mi mel ni kàttanu réew mi ci rab wu suuf wi ci jamono yu njëkk, ak Filib bu Masedon, turu màggatugu Gereg, miy tekki Mbooloom Xeet yi Bennoo.</w:t>
      </w:r>
    </w:p>
    <w:p>
      <w:pPr>
        <w:pStyle w:val="ArticleBody"/>
        <w:jc w:val="left"/>
      </w:pPr>
      <w:r>
        <w:rPr>
          <w:rFonts w:ascii="Times New Roman" w:hAnsi="Times New Roman" w:eastAsia="Times New Roman" w:cs="Times New Roman"/>
        </w:rPr>
        <w:t>Ci wàllu waxu yonent bi, ci Xareb Panium am na benn mbootaay ci diggante njàngum rabu-gaay bi (Macedon) ak yonent bu dëggul bi (USA). Li doon kërgóogu mbootaay boobu mooy seddoo suufu Misra, mi di mel ni Russia buy daanu.</w:t>
      </w:r>
    </w:p>
    <w:p>
      <w:pPr>
        <w:pStyle w:val="ArticleBody"/>
        <w:jc w:val="left"/>
      </w:pPr>
      <w:r>
        <w:rPr>
          <w:rFonts w:ascii="Times New Roman" w:hAnsi="Times New Roman" w:eastAsia="Times New Roman" w:cs="Times New Roman"/>
        </w:rPr>
        <w:t>Bi Yeesu yóbbu ay taalibeemam ba Panium, booba deesoon na ko Cesarea Filib. Sëtu Erodd bu Mag bi, mooy Erodd Filib, dafa yeggaliwaat dëkk ba te tudd ko ci turu Seesar Oguust ak ci turam moom itam, noonu mu nekk Cesarea Filib. Seen diggante dafay tegtal Room ak Room, waaye Filib mooy bennoon Room bu gën a suufe ci digganteem ak Seesar, te ci wàllu waxu yonent bi Erodd Filib dafay tegtal Salome, doomu Erodiyaas. Kon nag, ci turu Cesarea Filib gis nanu ne Erodd Filib dafay tegtal yonent bu dëggul bi, te Seesar dafay tegtal pabiye bi.</w:t>
      </w:r>
    </w:p>
    <w:p>
      <w:pPr>
        <w:pStyle w:val="ArticleBody"/>
        <w:jc w:val="left"/>
      </w:pPr>
      <w:r>
        <w:rPr>
          <w:rFonts w:ascii="Times New Roman" w:hAnsi="Times New Roman" w:eastAsia="Times New Roman" w:cs="Times New Roman"/>
        </w:rPr>
        <w:t>Kon, jaar-jaarub Panium ci waxu yonent yi di wone ñaari booloo: benn bi mooy bi yonent bu dëggul bi (Trump) lëkkóo ak njaaxana ji (Mbooloom Xeet yi Bennoo yi), te beneen bi mooy bi yonent bu dëggul bi (Trump) lëkkóo ak paapale bi (Caesar). Ci aaya fukk ak juróom-benn bi, yoonu Dibeer gi la fa tektal, te fa la booloo bu ñetti wàll yi di njëlbéen; waaye dogal boobu dafa doon tabaxeesoon lu jiitu yoonu Dibeer gi, ci aaya fukk ak juróom-ñaari bi ak Xareb Panium.</w:t>
      </w:r>
    </w:p>
    <w:p>
      <w:pPr>
        <w:pStyle w:val="ArticleScripture"/>
        <w:jc w:val="left"/>
      </w:pPr>
      <w:r>
        <w:rPr>
          <w:rFonts w:ascii="Times New Roman" w:hAnsi="Times New Roman" w:eastAsia="Times New Roman" w:cs="Times New Roman"/>
        </w:rPr>
        <w:t>«Ci ndigël li di fexe doxalin nguurug Paap bi te muy tooñ yoonu Yàlla, sunu réew dina dagg boppam bu baax ak njub. Bu Protestàntism yooboo loxoom jàllale ko ci kaw xàjjaat ga ngir jàpp loxo katolik Room, bu mu tàmbalee jàll ci kaw xóot ba ngir lëkkale ay loxo ak Spiritism, bu sunu réew, ci ngir dooley boole booñu ñetti yii, weddee bépp pexeef yu Sàrtu nguuram di Protestàŋ te di réewum republik, te mu jagleel yoon ngir yiwalee fen yu paapal ak naxari, kon man nanoo xam ne waxtu jëfandikoo Satan yu yéem ya agsi na, te muj gi jege na.» Testimonies, volume 5, 451.</w:t>
      </w:r>
    </w:p>
    <w:p>
      <w:pPr>
        <w:pStyle w:val="ArticleBody"/>
        <w:jc w:val="left"/>
      </w:pPr>
      <w:r>
        <w:rPr>
          <w:rFonts w:ascii="Times New Roman" w:hAnsi="Times New Roman" w:eastAsia="Times New Roman" w:cs="Times New Roman"/>
        </w:rPr>
        <w:t>Dina yokk sunu ci sunu bind bi ci topp.</w:t>
      </w:r>
    </w:p>
    <w:p>
      <w:pPr>
        <w:pStyle w:val="ArticleScripture"/>
        <w:jc w:val="left"/>
      </w:pPr>
      <w:r>
        <w:rPr>
          <w:rFonts w:ascii="Times New Roman" w:hAnsi="Times New Roman" w:eastAsia="Times New Roman" w:cs="Times New Roman"/>
        </w:rPr>
        <w:t>«Yëgleg yi du sosal walla fexe lu bees, waaye mooy feeñal lu nekkoon, ba keroog bi ñu ko yëglee, kenn ci nit ñi xamuko woon. Dëgg yu mag te ba fàww yi nekk ci xibaaru jàmm bi, ñu ngi leen di yëglee jaar ci seet gu takku ak toroxal sunu bopp kanam Yàlla. Jàngalekat bu Yàlla bi dafa di jiite xel mu seet dëgg te torox; te ci njubte gu Xel Mu Sell mi, dëgg yi nekk ci Kàddu gi ñu ngi leen di xamal ko. Te amul yoon wu gëna wóor te gëna am njariñ ngir xam-xam, lu dul ni nit diñu ko di jiite noonu. Digeb Musalkat bi moo nekkoon: “Waaye bu ñëwee moom, Xelu dëgg gi, dina leen gindi ci dëgg gépp.” Ci joxe Xel Mu Sell mi lañu tax nga mana déggoo Kàddug Yàlla.»</w:t>
      </w:r>
    </w:p>
    <w:p>
      <w:pPr>
        <w:pStyle w:val="ArticleScripture"/>
        <w:jc w:val="left"/>
      </w:pPr>
      <w:r>
        <w:rPr>
          <w:rFonts w:ascii="Times New Roman" w:hAnsi="Times New Roman" w:eastAsia="Times New Roman" w:cs="Times New Roman"/>
        </w:rPr>
        <w:t>“Bindkat bi dafa wax naan, ‘Lan la waxee ndaw góor man a setal yoonam? Mooy sàmm ko dëppoo ak sa kàddu. Wut naa la ak sama xol bépp: yaw bul ma bàyyi ma réer sore sa ndigali yi.... Ubil samay bët, ngir ma gis yéemu yi nekk ci sa yoon.’”</w:t>
      </w:r>
    </w:p>
    <w:p>
      <w:pPr>
        <w:pStyle w:val="ArticleScripture"/>
        <w:jc w:val="left"/>
      </w:pPr>
      <w:r>
        <w:rPr>
          <w:rFonts w:ascii="Times New Roman" w:hAnsi="Times New Roman" w:eastAsia="Times New Roman" w:cs="Times New Roman"/>
        </w:rPr>
        <w:t>“Ñu ngi leen di waare ngir ñu seet dëgg gi ni ku di seet alal ju nëbbu. Boroom bi day ubbi xel u ku dëgg-dëgg di seet dëgg; te Xel mu Sell mi day may ko mën a xàmme dëgg yi jóge ci ndigal yi ñu wone. Loolu la bindkat bu Sabóor bi tekki bi mu ñaan ngir ubbeeku ay bëtam, ngir mu gis ay mbir yu yéeme yi nekk ci yoon wi. Bu bakkan bi bëgg lool njariñ ak taaru Yeesu Kirist, xel mi day am kat ngir xàmme ndamu àddina bu gën bi. Duñu man a xam dëgg yi nekk ci Kàddug Yàlla, su dul ci ndimbal u Jàngalekat bu Yàlla bi. Ci njëngat u Kirist lañuy jàng a nekk way suufe ak way woyof, ndaxte dees na nu may xam-xam ci kumpay ragal Yàlla.”</w:t>
      </w:r>
    </w:p>
    <w:p>
      <w:pPr>
        <w:pStyle w:val="ArticleScripture"/>
        <w:jc w:val="left"/>
      </w:pPr>
      <w:r>
        <w:rPr>
          <w:rFonts w:ascii="Times New Roman" w:hAnsi="Times New Roman" w:eastAsia="Times New Roman" w:cs="Times New Roman"/>
        </w:rPr>
        <w:t>“Ki taxawal Kàddu gi moo doon ki gëna xam ni nu wara firi Kàddu gi. Kirist dafa leeral ay njàngaleem, di yóbbu xel i dégluukatam ci yoonu natureza yu yomb yi, ak ci mbir yu ñu xam bu baax te ñuy gis ak jàpp bés bu nekk. Noonu moo leen di gindi, jële leen ci lu aju ci aduna, ba ci lu aju ci xel ak ruu. Ñu bare mënuñu woon a xam ci saa si maana misiir yu mu waxoon yi; waaye bi ñuy bés-bés di daje ak mbir ya nga xam ne Jàngalekat bu Mag bi moo ci boole woon dëgg yu xel ak yu Yàlla, am na ci ñoom ñi xam njàng mi dëggu Yàlla bi mu bëggoon a tënk ci seen xel, te ñoom ñii dafa leen wóor ci dëggug ndawam, ba ñu soppeeku jëm ci xibaaru jàmm bi.” Sabbath School Worker, 1 Desambar, 1909.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Benn bu Téeméer ak Juróom-ñaari fukki ak Ñaar</dc:title>
  <dc:subject>Ubbi jaar-jaari cosaan bi: Mbooleem jëfandikoo yu yonent yi nekk ci Daniel 11 ak kërug 144,000 bi</dc:subject>
  <dc:creator>Jeff Pippenger</dc:creator>
  <cp:keywords/>
  <dc:description>Generated by ArticleDigger from daniel\192_daniel.json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