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193 bi</w:t>
      </w:r>
    </w:p>
    <w:p>
      <w:pPr>
        <w:pStyle w:val="ArticleSubtitle"/>
        <w:jc w:val="left"/>
      </w:pPr>
      <w:r>
        <w:rPr>
          <w:rFonts w:ascii="Arial" w:hAnsi="Arial" w:eastAsia="Arial" w:cs="Arial"/>
        </w:rPr>
        <w:t>Feeñu Jamonoy Muji yi: dale ci yoonu Rusi, ba ci delluwaay Trump ak sosug Nataalu Rab wi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Ci jamono ju jëkk, Risi di jeexal xareb Ukrain ak ndam, te ndam moomu dina firnde ne moo di tambaliwaayu mujju Putin ak Risi. Ni Gorbachev tabaxaataloon (perestroika) nguuram, ba noppi daw ca Mbootaay Xeet yi, noonu it Risi gu politig dina ñëw ci suufu sañ-sañu Mbootaay Xeet yi, fekk Risi gu diine dina ñëw ci suufu nguurug papa bi. Trump dinañu ko tànn ci 2024, te dina daan Demokaraat yu globalist yi ak Répiblikeen yu globalist yu wax ne ñooy Répiblikeen, te dina sos benn alliinaas ak globalist yi ci Mbootaay Xeet yi, ngir jeexal yàqute gi jóge ci mokkug Putin ak Risi. Bu boobaa jigéenu ndaw su Tir dina rammu ngir wallu Risi.</w:t>
      </w:r>
    </w:p>
    <w:p>
      <w:pPr>
        <w:pStyle w:val="ArticleBody"/>
        <w:jc w:val="left"/>
      </w:pPr>
      <w:r>
        <w:rPr>
          <w:rFonts w:ascii="Times New Roman" w:hAnsi="Times New Roman" w:eastAsia="Times New Roman" w:cs="Times New Roman"/>
        </w:rPr>
        <w:t>Ci xareb Panium bi, jaar-jaari njàngale bu njëkk ci ñetti xare yi nekk ci aaya ñeent-fukk bi dellu na. Ci xare bu njëkk ba, bi taxawoo ci daanu Réewum Soviet yi ci atum 1989, njëkk ci juróom-ñett yi mujj ci ñaar-ñetti président yi doon na mbooloom xarey wuutu ngir papas bi. Président bu njëkk boobu doon na Républicain, te loolu di màndarga ne bu mujj bi itam dina doon président Républicain. Président bu njëkk boobu xamoon nañu ko ci ay waxam yu jëm ci miir miirug “rideau de fer” bi, te loolu, ci anam wuy waayu yonent, daanu na bi Miiru Berlin bi daanuee ci 9 Nowàmbar 1989. Président Républicain bu mujj bi dees na ko xam ci ay waxam yu jëm ci miir mi ci diggu mboord gu bëj-gànnaar gu États-Unis, te waayu yonent wi dina màndargaal seede Trump ci tabax miir mi mooy yoonu Dimàas bi, fa “miirug tasare” gu misaal gi nekk diggante kanamug kiristaan ak réew bi dees koy jël.</w:t>
      </w:r>
    </w:p>
    <w:p>
      <w:pPr>
        <w:pStyle w:val="ArticleBody"/>
        <w:jc w:val="left"/>
      </w:pPr>
      <w:r>
        <w:rPr>
          <w:rFonts w:ascii="Times New Roman" w:hAnsi="Times New Roman" w:eastAsia="Times New Roman" w:cs="Times New Roman"/>
        </w:rPr>
        <w:t>Njiitu jëkk boobu nekkoon mbokk bu njëkk ci yeneen xibaar, te ñu ko xamoon ngir kàddu yu ñaw miis ak xel mu ñuul. Njiitu mujj moom itam, nekkoon mbokk bu njëkk ci yeneen xibaar, te ñu ko xam ngir kàddu yu ñaw miis ak xel mu ñuul. Atum 1989 mooy tegu gu tasare gi ñuy wax Ubbig Sowiyet, te xeex bu mujj bi ci ñetti xeex yi nekk ci sarax bu ñeent-fukk represent tasare gi ci tegu gu ñuy wax Rusi.</w:t>
      </w:r>
    </w:p>
    <w:p>
      <w:pPr>
        <w:pStyle w:val="ArticleBody"/>
        <w:jc w:val="left"/>
      </w:pPr>
      <w:r>
        <w:rPr>
          <w:rFonts w:ascii="Times New Roman" w:hAnsi="Times New Roman" w:eastAsia="Times New Roman" w:cs="Times New Roman"/>
        </w:rPr>
        <w:t>Xareb Panium mooy ñetteelu xare bi te mujj bi ci aaya ñent fukk, te xare bu jëkk ba moo ko melal woon. Bi xare bu jëkk ba jeexee, àddina bépp nangu na ne doole bu gën a màgg bi ci àddina mooy États-Unis. Noonu it, nguurug àddina boobu dina dellusi ci mujjug xare bu mujj ba, ndaxte foofa, doonte booloo bi ñu sosoon diggante Antiochus III ak Philip bu Macedon, (États-Unis ak Nations Unies), États-Unis (yonent bu dëgërul bi) dina taxaw ni buur bi gën a kawe ci fukk buur ya (jinax ji—Nations Unies.)</w:t>
      </w:r>
    </w:p>
    <w:p>
      <w:pPr>
        <w:pStyle w:val="ArticleBody"/>
        <w:jc w:val="left"/>
      </w:pPr>
      <w:r>
        <w:rPr>
          <w:rFonts w:ascii="Times New Roman" w:hAnsi="Times New Roman" w:eastAsia="Times New Roman" w:cs="Times New Roman"/>
        </w:rPr>
        <w:t>Ñetti ñaari xare yi ci saar fanweer bi jëfandikoo màndarga “Dëgg,” ndaxte bi njëkk mi dafa teewal bi mujj, te xare bu digg ba dafa teewal gàntal. Nguur gu jëkk ak gu mujj ci ay xarey waññi yu am ndam (Etazini) dafa not, waaye ñaareelu mbooloom xare bu waññi bi dafa yàqu, te ñaareelu mbooloom xare bu waññi boobu mooy Nazism, màndargay àddina bu gàntal.</w:t>
      </w:r>
    </w:p>
    <w:p>
      <w:pPr>
        <w:pStyle w:val="ArticleBody"/>
        <w:jc w:val="left"/>
      </w:pPr>
      <w:r>
        <w:rPr>
          <w:rFonts w:ascii="Times New Roman" w:hAnsi="Times New Roman" w:eastAsia="Times New Roman" w:cs="Times New Roman"/>
        </w:rPr>
        <w:t>Ñetti politig yu Donald Trump yi ñett dañuy yëngu ak màndargu “Dëgg,” ndaxte mooy gànn palanteer bi ci kampaañam bu njëkk ak bu mujj bi, waaye ci kampaañ bu digg ba, déedéet na ko ci loxob rab wu weddi Yàlla, miy kàttanu njaay mi, te baat boobu delluati nekk màndargay ànd ak dogalug wàññiku gi araf wu fukki ak ñettël ci alfabee Ebraayik bi di tegtal, bi ñu ko boolee ak araf bu njëkk ak bu mujj, muy sos baatu Ebraayik bi ñuy wax “Dëgg.”</w:t>
      </w:r>
    </w:p>
    <w:p>
      <w:pPr>
        <w:pStyle w:val="ArticleBody"/>
        <w:jc w:val="left"/>
      </w:pPr>
      <w:r>
        <w:rPr>
          <w:rFonts w:ascii="Times New Roman" w:hAnsi="Times New Roman" w:eastAsia="Times New Roman" w:cs="Times New Roman"/>
        </w:rPr>
        <w:t>Aaya fukk ci Daniel fukki benn gi, aaya fukk di wax jamono muj ga ci atum 1989, te aaya fukk ak juróom-benn di wax yoonu Dibeer buy ñëw lu gaaw. Aaya fukk ba ci juróom-ñett dañuy teewal jaar-jaari mboóx bu nëbbu buy nekk ci aaya ñent-fukk, te loolu mooy cérug téereb Daniel biñ tëj ba ci fan yu mujj yi. Buñ sampoon aaya fukk ba ci juróom-ñett “rëdd ci kaw rëdd” ci jaar-jaari mboóx bu nëbbu bu aaya ñent-fukk, kon cérug Daniel bi jëm ci fan yu mujj yi dafa ubbeeku. Cér googu dafa ubbeeku lu jiitu ndaje yoonug jébbalu uggee ci ñi sàmm Dibeer ba xéy ci yoonu Dibeer buy ñëw lu gaaw. Kon nag, mooy teewal màndargu mujj ma, walla juróom-ñaaréelu màndarga.</w:t>
      </w:r>
    </w:p>
    <w:p>
      <w:pPr>
        <w:pStyle w:val="ArticleScripture"/>
        <w:jc w:val="left"/>
      </w:pPr>
      <w:r>
        <w:rPr>
          <w:rFonts w:ascii="Times New Roman" w:hAnsi="Times New Roman" w:eastAsia="Times New Roman" w:cs="Times New Roman"/>
        </w:rPr>
        <w:t>Ba mu ubbee siiwal bu juróomeel bi, dal gu nekkoon ci asamaan lu tollook genn-wàll waxtu. Te gis naa juróom-ñaaru malaaka yi taxawoon ca kanam Yàlla; te joxees na leen juróom-ñaaru buxar. Te beneen malaaka ñëw, taxaw ca saraxalukaay ba, yor ab kaasar gu wurus; te joxees na ko tuur wu bare, ngir mu jébbal ko ak ñaan yi yépp yu gaayi Yàlla yi, ci kaw saraxalukaay gu wurus ga nekkoon ca kanam gàngune ga. Te saxaaru tuur wa, wi ànd ak ñaan yi yu gaayi Yàlla yi, yéeg na jëm ci Yàlla, jóge ci loxo malaaka ba. Noonu malaaka ba jël kaasar ga, feesal ko ak safara saraxalukaay ba, sànni ko ci suuf: te am baat yu mag, ak dënnu, ak melax, ak yengu-yengu suuf. Te juróom-ñaaru malaaka yi yoroon juróom-ñaaru buxar yi waajaloon nañu seen bët ngir liit. Peeñu 8:1–6.</w:t>
      </w:r>
    </w:p>
    <w:p>
      <w:pPr>
        <w:pStyle w:val="ArticleBody"/>
        <w:jc w:val="left"/>
      </w:pPr>
      <w:r>
        <w:rPr>
          <w:rFonts w:ascii="Times New Roman" w:hAnsi="Times New Roman" w:eastAsia="Times New Roman" w:cs="Times New Roman"/>
        </w:rPr>
        <w:t>Juróom malaaka yi ak juróom trompet yi dañuy tektal àtte gu jëfandikoo, gi tambalee ci yoonu Dibéer bi nekk ci États-Unis, te itam dañuy tektal àtte gu jëfandikoo gi tambalee bi Mikal jógée taxaw te waxtu nattu nit ñi mujje. Ci njëkk jamono ji, dale ci yoonu Dibéer ba Mikal jóg taxaw, àttey Yàlla jaxase nañu ak yërmande, waaye gannaaw loolu, juróom-ñaareel musiba yu mujj ya mooy àttey Yàlla yu dul jaxasoo ak yërmande. Ubbiñu juróom-ñaareel màndarga baat na ci waxtu bi ñuy waajal àtte yu jëfandikoo, ni ko juróom malaaka yi tektalee.</w:t>
      </w:r>
    </w:p>
    <w:p>
      <w:pPr>
        <w:pStyle w:val="ArticleBody"/>
        <w:jc w:val="left"/>
      </w:pPr>
      <w:r>
        <w:rPr>
          <w:rFonts w:ascii="Times New Roman" w:hAnsi="Times New Roman" w:eastAsia="Times New Roman" w:cs="Times New Roman"/>
        </w:rPr>
        <w:t>Saar Daniel ñaari ak juróom-ñett day xamale ne “ñaani gaayi sell yi” mooy ñaan ngir déggoo mbir yi jëm ci xew-xewu gént gu nëbbu gii Nebukadnetsar gisoon ci nataalu rab yi, ak tuub ak confessioŋ bu jëme ci “juróom-ñaari yoon yi,” ci Levitik saar juróom-benn fukk ak juróom-benn. Ñaan yooyu ñu jaxase ak cuuraay gi ci “safara bu wurus bi” te yéeg ba jëgë ci kanam Yàlla, ñoo leen di ñaan ñi ñu woo ngir bokk ci téeméeri ñeent fukk ak ñeent junni ñaar, ñi ci waxtu woowu jot màndargu Yàlla ju dund ji, bi ñuy sànni safara ji joge ci sarxalukaay bi ci kaw suuf si.</w:t>
      </w:r>
    </w:p>
    <w:p>
      <w:pPr>
        <w:pStyle w:val="ArticleBody"/>
        <w:jc w:val="left"/>
      </w:pPr>
      <w:r>
        <w:rPr>
          <w:rFonts w:ascii="Times New Roman" w:hAnsi="Times New Roman" w:eastAsia="Times New Roman" w:cs="Times New Roman"/>
        </w:rPr>
        <w:t>Ci saar waajur Yexeskeel, gaayi yu sell yooyu sax dañuy jàkkaarloo te jooy ndax ñaawtéef yi ñuy def ci réew mi ak ci kër Yàlla gi, te bi ñuy wone seen réccu xol bu xóot ndax bàkkaar, malaakam mi war a téye di teg màrk ci seen jë. Naka ci saar waajur Peeñ gi, àtte yi malaaka yiy alag tegu doon firndeel am nañu fa ci ginnaaw di xaar santaane bi ne téye gi jeex na.</w:t>
      </w:r>
    </w:p>
    <w:p>
      <w:pPr>
        <w:pStyle w:val="ArticleScripture"/>
        <w:jc w:val="left"/>
      </w:pPr>
      <w:r>
        <w:rPr>
          <w:rFonts w:ascii="Times New Roman" w:hAnsi="Times New Roman" w:eastAsia="Times New Roman" w:cs="Times New Roman"/>
        </w:rPr>
        <w:t>“Ak njub gu dul réer, Ki dul am kemmoo di bàyyi ba tey ab jàngat ak xeet yépp. Bi Yërëmam di leen jox ndawtal ak woote yu ñu tuubee, jàngat boobu dina ubbi; waaye bu lim yi agsee ci benn tolluwaay bu Yàlla saxal, liggéeyu meram di tàmbali. Jàngat ba tëju na. Muñu Yàlla jeex na. Amatul benn ñaanu yërmande ngir ñoom.”</w:t>
      </w:r>
    </w:p>
    <w:p>
      <w:pPr>
        <w:pStyle w:val="ArticleScripture"/>
        <w:jc w:val="left"/>
      </w:pPr>
      <w:r>
        <w:rPr>
          <w:rFonts w:ascii="Times New Roman" w:hAnsi="Times New Roman" w:eastAsia="Times New Roman" w:cs="Times New Roman"/>
        </w:rPr>
        <w:t>“Yonent bi, bi seetaan xeetu jamono yi di daw ci ay at yu bare, gisoon na ci ay peeñam waxtu wii. Xeeti jamono jii jot nañu yërmande yu kenn masul a gis ni mel. Ña gën a tedd ci barkey asamaan ñoo leen jox. Waaye reyréylu gu yokk, bëgg alal, bokk xërëm, xeeb Yàlla, ak ñàkk ngërëm gu suufe, ñooñu lañu bind ci seen kaw. Ñu ngi gaaw a tëj seen hesab ak Yàlla.”</w:t>
      </w:r>
    </w:p>
    <w:p>
      <w:pPr>
        <w:pStyle w:val="ArticleScripture"/>
        <w:jc w:val="left"/>
      </w:pPr>
      <w:r>
        <w:rPr>
          <w:rFonts w:ascii="Times New Roman" w:hAnsi="Times New Roman" w:eastAsia="Times New Roman" w:cs="Times New Roman"/>
        </w:rPr>
        <w:t>“Waaye li ma may mayy na ma ragal mooy ne ñi amoon leer gu gën a mag ak i yëngu-yëngu yu gën a bare, ñoo sosiku ak bonug baaxul bi ñuy góor-góorlu ci jamono ji. Ndeyjoor gi ci ñoom ñi leen wër te jubul, ñu bare, sax ci ñi bëgg a wax ne dëgg lañuy topp, siiw nañu, sëtu na seen xol, te dex gu dëgg a dooley lu bon gi jàpp leen ba daan leen. Xeex ak xeeb gu àddina sépp di sànni ci kaw ragal Yàlla gu dëgg ak sellal gi, loolu di jur ñi dul boole seen bopp bu baax ak Yàlla ñu ñàkk seen worma ci yoonam. Su ñu doon topp leer gi te déggal dëgg gi ak xol bu mat, kon yoon wu sell wii dina gën a mel lu am solo ci ñoom ba ñu ko xeeb di ko bàyyi. Naka la xeebug yoonu Yàlla di gën a feeñ, noonu itam seed bi diggante ñi koy sàmm ak àddina si di gën a wér. Mbëggeel gi ñeel ndigali Yàlla yi di yokku ci benn xeet, ndax ni seen toroxal di yokku ci beneen xeet.”</w:t>
      </w:r>
    </w:p>
    <w:p>
      <w:pPr>
        <w:pStyle w:val="ArticleScripture"/>
        <w:jc w:val="left"/>
      </w:pPr>
      <w:r>
        <w:rPr>
          <w:rFonts w:ascii="Times New Roman" w:hAnsi="Times New Roman" w:eastAsia="Times New Roman" w:cs="Times New Roman"/>
        </w:rPr>
        <w:t>“Kriis bi mu ngi gën a jegesi gaaw. Lim yu ngi gaaw a màgg te feeñ ne waxtu seeti Yàlla bi bëgg a agsi. Doonte ne dafay bañ a mbugal, waaye dina mbugal, te bu gaaw. Ñi dox ci leer gi dinañu gis màndarga yi di xamale musiba mi ñuy jëgëral; waaye waruñu toog ci dal gu amul njàqare, di xaar alag gi ci lu ñuy xam ne Yàlla dina aar ay nitam bésu seet bi. Déedéet. War nañu xam ne seen kàttan mooy liggéey ak taxawaayu gu baax ngir musal ñeneen, di xool ak ngëm gu dëgër ci Yàlla ngir ndimbal. ‘Ñaanu ku jub bu jëfandikoo ak xol wër na lool.’”</w:t>
      </w:r>
    </w:p>
    <w:p>
      <w:pPr>
        <w:pStyle w:val="ArticleScripture"/>
        <w:jc w:val="left"/>
      </w:pPr>
      <w:r>
        <w:rPr>
          <w:rFonts w:ascii="Times New Roman" w:hAnsi="Times New Roman" w:eastAsia="Times New Roman" w:cs="Times New Roman"/>
        </w:rPr>
        <w:t>“Liwu ragal Yàlla jàppagul yépp dooleem. Ca jamono ji ñaawtéef ak naqaru kilifa gi gëna réy, ndaw mbooloo mi taxaw ci leer gi dinañu jàq ak jooy ndax ñaawtéefi réy yi ñuy def ci réew mi. Waaye gën a raw, seen ñaan dina yéeg ngir mbooloom gëmkat ñi, ndaxte ay céram di topp yoonu àddina.”</w:t>
      </w:r>
    </w:p>
    <w:p>
      <w:pPr>
        <w:pStyle w:val="ArticleScripture"/>
        <w:jc w:val="left"/>
      </w:pPr>
      <w:r>
        <w:rPr>
          <w:rFonts w:ascii="Times New Roman" w:hAnsi="Times New Roman" w:eastAsia="Times New Roman" w:cs="Times New Roman"/>
        </w:rPr>
        <w:t>“Ñaan yu tar te dëgg yu nit ñu takku ci ngëm ñi duñu neen. Bu Boroom bi génnee ngir doon feykat, dina itam ñëw ni aarukat bu ñépp ñi denc ngëm gi ci sellam te sàmm seen bopp ba duñu tilimook àddina. Ci jamono jooju la Yàlla digé ne dina feyal ay tànkamam yu mu tànn, ñi koy woo guddi ak bëccëg, doonte muñalna leen lu yàgg.”</w:t>
      </w:r>
    </w:p>
    <w:p>
      <w:pPr>
        <w:pStyle w:val="ArticleScripture"/>
        <w:jc w:val="left"/>
      </w:pPr>
      <w:r>
        <w:rPr>
          <w:rFonts w:ascii="Times New Roman" w:hAnsi="Times New Roman" w:eastAsia="Times New Roman" w:cs="Times New Roman"/>
        </w:rPr>
        <w:t>Ndigal bi mooy lii: “Jaaral ci biir dëkk bi, ci biir Yerusalem, te nga def màndarga ci jë ci kanam góor ñi di naqarlu te di jooy ndax mboolem ñaawtéef yi ñuy def ci biiram.” Ñi di naqarlu te di jooy ñii daan yégle kàdduy dund; daan nañu yedd, digle, te ñaan ak bàkku. Yenn ci ñi daan toroxal Yàlla tuub nañu te toroxal seen xol ci kanamam. Waaye ndamu Boroom bi jógewoon na ci Israyel; doonte ñu bare sax daan nañu wéyal melokaan yi ci diine, dooleem ak dëkkuwaayam amuñu woon fa. Testimonies, volume 5, 208–210.</w:t>
      </w:r>
    </w:p>
    <w:p>
      <w:pPr>
        <w:pStyle w:val="ArticleBody"/>
        <w:jc w:val="left"/>
      </w:pPr>
      <w:r>
        <w:rPr>
          <w:rFonts w:ascii="Times New Roman" w:hAnsi="Times New Roman" w:eastAsia="Times New Roman" w:cs="Times New Roman"/>
        </w:rPr>
        <w:t>Aaya fukk ak juróom ñi dañuy ubbi jaar-jaaru mboolem lu nëbbu woon ci aaya ñeent-fukk, te ci noonu it diir yu njëkk dañuy xamale ne téye gi ci téeméer ak ñeent-fukk ak ñeent-fukk ñaar ñi mi ngi léegi am ci kaw ñi matale njariñ yi ci ñaan yi Daniel ak ñetti nit ñi ñu teddaloon tektal ci saar ñaareel ba, ak Daniel ci saar juróomeel ba. Wuute bi nekk ci diggante ñaan ñaar yooyu manees na ko xam ni ab ñaan ngir xam-xam ci mbir yi biti ci yégle yi waxoon ci kàddug yonent (Daniel 2), ak ab ñaan ngir dugg ci xperience bu biir bi ci yégle yi waxoon ci kàddug yonent (Daniel 9). Beneen wuute mooy ne, ñi sell ñi ci mbooloo mi ñu ngi seet a xam waxinug nattu gi ci nataalu rab wi (Daniel 2), waaye kenn ku nekk war na ci boppam matal liggéeyu tuub gu mat sëkk (Daniel 9). Seen ñaan war na nekk ci jubbanti Ezekiel 9, ndaxte war nañu metti xol ndax bàkkaar yi nekk ci réew mi ak ci kanamug mbooloom gëmkat yi.</w:t>
      </w:r>
    </w:p>
    <w:p>
      <w:pPr>
        <w:pStyle w:val="ArticleScripture"/>
        <w:jc w:val="left"/>
      </w:pPr>
      <w:r>
        <w:rPr>
          <w:rFonts w:ascii="Times New Roman" w:hAnsi="Times New Roman" w:eastAsia="Times New Roman" w:cs="Times New Roman"/>
        </w:rPr>
        <w:t>“Ci jamono bi ay mer, baam-xaaj yi, ñi toppkat Kirist yu suufe tey jébbalu yii dees leen xàmmee ci ñépp ñi ci àddina si ndax metitam xol, mi feeñ ci jooy ak woyof, ci yedd ak artu. Bi ñeneen di jéema sàngg ayib yi am tey, di dëggal bon bu réy bi feeñ fépp, ñi am farlu ngir màggaayu Yàlla ak bëgg-bëgg ci nit ñi duñu ne tekk ngir wut ngërëm kenn. Seen bakkan yu jub dañuy sonnal bés bu nekk ndax jëf yu sellul yi ak wax ju jubadi ñi jubadijul. Amoonul seen kàttan ngir taxawal dexug moytuwaayub tooñ buy daw gaaw; moo tax ñu fees ak naqar ak tiit. Ñuy naqarlu fa kanam Yàlla bu ñu gisee ne diine dañu koy xeeb ci kër yi saxu ña amoon leer gu réy. Ñuy jooy tey toroxal seen bakkan ndax reyréylu, bëgg alal, bëgg sa bopp, ak naxteef yu tollu ci bépp mel nekk na ci kanam mbooloom gëmkat ñi. Xelum Yàlla mi di xiir ngir yedd, dañu koy tàccu ci suuf; waaye surga yi Seytaane dañuy màndargañ. Yàlla dañu koy toroxal, dëgg gi it dañu koy tax mu amul doole.”</w:t>
      </w:r>
    </w:p>
    <w:p>
      <w:pPr>
        <w:pStyle w:val="ArticleScripture"/>
        <w:jc w:val="left"/>
      </w:pPr>
      <w:r>
        <w:rPr>
          <w:rFonts w:ascii="Times New Roman" w:hAnsi="Times New Roman" w:eastAsia="Times New Roman" w:cs="Times New Roman"/>
        </w:rPr>
        <w:t>“Ñi dañoo gi duñu yégu metit ci seen wàññiku ruuh, te duñu jooy it ci bàkkaaru ñeneen, dees na leen bàyyi luuñu amul màndargay Yàlla. Boroom bi sant na ay ndawam, góor ña yor jumtukaayi rey ci seen loxo ne: ‘Demleen ginnaawam ci biir dëkk bi, te dóorleen; bu seeni bët bañ a yërëm, bu ngeen am yërmande it: reyleen bu baax mag ak ndaw, janq ak xale yu ndaw, ak jigéen; waaye buleen jege kenn ku am màndarga mi ci kawam; te tàmbaleleen ci Sama kër gu sell gi.’ Noonu ñu tàmbalee ci mag ña woon ca kanamu kër ga.”</w:t>
      </w:r>
    </w:p>
    <w:p>
      <w:pPr>
        <w:pStyle w:val="ArticleScripture"/>
        <w:jc w:val="left"/>
      </w:pPr>
      <w:r>
        <w:rPr>
          <w:rFonts w:ascii="Times New Roman" w:hAnsi="Times New Roman" w:eastAsia="Times New Roman" w:cs="Times New Roman"/>
        </w:rPr>
        <w:t>“Fi nu gis ne, ñu ngi gis ne mbooloom gëmkat yi — kër Yàlla gu sell gi — moo jiitu a jot mbugalu merum Yàlla. Mag ña, ñi Yàlla joxoon leer gu mag te taxawoon ni wottukati mbir yu xel mu sell yi ci biir xeet wi, wor nañu seen ndénkaane. Ñoom jël nañu taxawaayu ne warunuñu xaar kéemaan ak feeñ gu rõy gu kàttanu Yàlla ni ci fan yi weesu. Jamono soppeeku na. Kàddu yooyu dëgëral nañu seen ngëmadi, te ñu naan: Boroom bi du def lu baax, te du def it lu bon. Moo ëpp yërmande, ba du saytu ay nitam ci àtte. Noonu, “Jàmm ak wér-gu-yaram” mooy wax ju ñu di yuuxu ci gémmiñi nit ñi dootul mukk yëkkati seen baat ni trompet ngir won nit ñi Yàlla seeni tooñ ak kër Yaagóob seeni bàkkaar. Xaj yu noppi yooyu te bëggul woon wow, ñooñu la séddoo ak feyugubey gu yoon wi gu Yàlla su mer. Góor ñi, jigéen ñi ak xale yu ndaw ñi dañuy réyandoo ñépp benn.” Testimonies, volume 5, 210, 211.</w:t>
      </w:r>
    </w:p>
    <w:p>
      <w:pPr>
        <w:pStyle w:val="ArticleBody"/>
        <w:jc w:val="left"/>
      </w:pPr>
      <w:r>
        <w:rPr>
          <w:rFonts w:ascii="Times New Roman" w:hAnsi="Times New Roman" w:eastAsia="Times New Roman" w:cs="Times New Roman"/>
        </w:rPr>
        <w:t>Saaru kàddoom ak ñaareelu ci Daniel fukki benn, tàmbalee na ci waxtu mujj gi ci atum 1989, ni ko saaru fukki bi itam. Saaru ñaareelu jëli na jaar-jaaru nettali ba ci njëlbéenu moomeelu Donald Trump, te gannaaw loolu mu bàyyi ab jaar-jaaru bu nëbbu, dale ko ci juroom-benni president bi gën a bare alal ba ca juróomeelu nguur gi (Mbootaay Xeeti Àddina), mi Alexander Mu Mag ji teewal. Diggante Xerxes buur bu bare alal bi nekk ci saaru ñaareelu, ak Alexander Mu Mag, amoon na juróom-ñaar fukki buur yu Perse. Jaar-jaaru bu nëbbu bi nekk ci saaru ñaareelu ba ci saaru ñetteelu, teewal na juróom-ñaar fukki buur. Kon nag, dale ko ci jeexital moomeelu njëlbéenu Trump ba ca juróomeelu nguur gi ci yonent-biyib Bibil bi, am na ñoom benn fukk ak ñaar ci matuwaay, yu yaatal jaar-jaaru bu nëbbu bi nekk ci saaru ñaareelu ba ci ñetteelu ci waaju Daniel sarax fukki benn.</w:t>
      </w:r>
    </w:p>
    <w:p>
      <w:pPr>
        <w:pStyle w:val="ArticleBody"/>
        <w:jc w:val="left"/>
      </w:pPr>
      <w:r>
        <w:rPr>
          <w:rFonts w:ascii="Times New Roman" w:hAnsi="Times New Roman" w:eastAsia="Times New Roman" w:cs="Times New Roman"/>
        </w:rPr>
        <w:t>Limu fukk bi mooy màndarga nattu, te nattu bi am ci wetu mboolem jaar-jaar boobu mooy sosin nataalu rab wi. Jëwriñu réew mi gëna am alal ci juróom-benni màndarga yi yënguël na globalist yi tambalee ak kampaañam bu njëkk ba ci atum 2015, te ci loolu mu tënk tàmbaliwaay xeex bi nekk diggante ñaari seede yi ci Peeñug Yowaana saar 11 ak rab wu njaayum ateeyis, te xeex boobu taxawul ba keraani Dibeer bu Aaya 16 ak 41. Ci biir xare boobu, Donald Trump mooy njëkk jëwriñu réew bi yënguël rab wi, te itam mooy mujj. Trump mooy mujj jëwriñu réew bu rab wu suuf si, te Trump dina nekk kilifa bu njëkk bu juróomeel nguur gi. Ci noonu, Trump dafa tegu nit ki njëkk ak ki mujj ci fukki buur, te fukk mooy màndarga nattu.</w:t>
      </w:r>
    </w:p>
    <w:p>
      <w:pPr>
        <w:pStyle w:val="ArticleBody"/>
        <w:jc w:val="left"/>
      </w:pPr>
      <w:r>
        <w:rPr>
          <w:rFonts w:ascii="Times New Roman" w:hAnsi="Times New Roman" w:eastAsia="Times New Roman" w:cs="Times New Roman"/>
        </w:rPr>
        <w:t>1776, 1789 ak 1798 dañuy ñetti jaar-jaariy nettali yu saxal ne njiit bu juróom-ñetteel bi bokk na ci juróom-ñaar ya. 1776 dafay tegu ci génneb Baatu Boppaliku, ak ci nettali Kongre Kontinaantal bu njëkk ak bu ñaareel yi. 1789 dafay tegu ci ab jamono ci jaar-jaariy nettali bi ñu sosoon Articles of Confederation. Jamono jooju tambalee na ci 1781, ba jeex ci génneb Konstitusiyoŋ bi ci 1789. 1798 dafay tegu ci génneb yoonu Alien and Sedition Acts yi, ak tambale Gaynde su suuf si ni buuru gu juróom-benn gi ci waxi yonent Yàlla yi ci Biibël bi.</w:t>
      </w:r>
    </w:p>
    <w:p>
      <w:pPr>
        <w:pStyle w:val="ArticleBody"/>
        <w:jc w:val="left"/>
      </w:pPr>
      <w:r>
        <w:rPr>
          <w:rFonts w:ascii="Times New Roman" w:hAnsi="Times New Roman" w:eastAsia="Times New Roman" w:cs="Times New Roman"/>
        </w:rPr>
        <w:t>Kongre yu mag mànding ma ñaar jamono yu yonent lañu séddale: kongre bu njëkk ak kongre bu mujj bi. Kongre Kontinantal bu njëkk bi amoon na ñaar ay president, te Peyton Randolph mooyoon president bu njëkk. Kongre Kontinantal bu ñaareel bi amoon na juróom-benn ay president. Peyton Randolph mooyoon president bu njëkk ci ñoom ñaar, maanaam ci Kongre bu njëkk bi ak itam ci Kongre bu ñaareel bi. Ci mboolem jaar-jaaru Kongre Kontinantal bu njëkk ak bu ñaareel bi, juróom-ñett ay president a fa nekkoon. Peyton Randolph mooyoon president bu njëkk ci Kongre bu njëkk bi ak bu ñaareel bi, ci ab jamono ju yonent jiiruloon juróom-ñett ay president, waaye president bu njëkk ci ku nekk ci ñaari jamonoy yooyu, kenn ku benn rekk la woon. Moo tax, doonte juróom-ñett ay màndatu president a amoon, ci dëgg-dëgg juróom-ñaareel rekk a doon ay president. President bu njëkk bi ñaari yoon la doon president bu njëkk ci juróom-ñaareel nit ñi doon ay president, te kon Randolph dafa tegu nit ku juróom-ñetteel, mi bokkoon ci juróom-ñaareel ña; te ci kaw ñaari seede, mu melal president bu njëkk ci dëgg, mooy George Washington.</w:t>
      </w:r>
    </w:p>
    <w:p>
      <w:pPr>
        <w:pStyle w:val="ArticleBody"/>
        <w:jc w:val="left"/>
      </w:pPr>
      <w:r>
        <w:rPr>
          <w:rFonts w:ascii="Times New Roman" w:hAnsi="Times New Roman" w:eastAsia="Times New Roman" w:cs="Times New Roman"/>
        </w:rPr>
        <w:t>Washington dafa melokaan ci Randolph, te moo tax Randolph, ni màndarga Washington, di yóbbu benn ci njariñ yu yonent yi yu Randolph mi njëkk doon prezident, ak itam ne Randolph moo doon juróom-ñetteel bi, moom mi bokkoon ci juróom-ñaar ñi. Noonu itam George Washington, ni moom di prezident bi njëkk ak Ndaw-jiit ak Kilifa bu njëkk, ci yonent itam moo doon juróom-ñetteel bi, te bokkoon na ci juróom-ñaar ñi; te Trump itam, ni moom di prezident bi mujj, dina doon juróom-ñetteel bi, maanaam mi bokk ci juróom-ñaar ñi.</w:t>
      </w:r>
    </w:p>
    <w:p>
      <w:pPr>
        <w:pStyle w:val="ArticleBody"/>
        <w:jc w:val="left"/>
      </w:pPr>
      <w:r>
        <w:rPr>
          <w:rFonts w:ascii="Times New Roman" w:hAnsi="Times New Roman" w:eastAsia="Times New Roman" w:cs="Times New Roman"/>
        </w:rPr>
        <w:t>Ñaareelu ñaareel bu Kongre Kóntinantal bu Ñaareel mo doon John Hancock. Kongre Kóntinantal bu Ñaareel jeex na ci atum 1781. Li dox diggante 1781 ak 1789 mooy feeñal jaar-jaaru Articles of Confederation. Jamono jooju dees koy misaalé ak atum 1789, bi xëtu Constitution bi génnee. Ci jamono jooju itam amoon na juróom-ñettal ñaareel ay prezidaa. Articles of Confederation moo doon Constitution bi njëkk, waaye néew doole wu Articles of Confederation tax na ñu wuutu ko, te fukk ak ñett koloni yi dëggal Constitution bi ci atum 1789.</w:t>
      </w:r>
    </w:p>
    <w:p>
      <w:pPr>
        <w:pStyle w:val="ArticleBody"/>
        <w:jc w:val="left"/>
      </w:pPr>
      <w:r>
        <w:rPr>
          <w:rFonts w:ascii="Times New Roman" w:hAnsi="Times New Roman" w:eastAsia="Times New Roman" w:cs="Times New Roman"/>
        </w:rPr>
        <w:t>Ci jamono, juróom-ñaari njiit yi dafa amoon juróom-ñaar ñi doonul njiit ci jaar-jaaru jamono ji ñaari Continental Congress yi jiitu teewaloon, ak benn mi nekkoon njiit ci jëfandikooku jamono jëkk ju yonent bi. John Hancock liggéeyoon na ci ñaareelu Continental Congress bi, te itam ci jamono ji Articles of Confederation yi teewal. Ci tolluwaayu yonent bi, juróom-ñaar rekk a nekkoon góor ñi doon njiit biir ñaari Continental Congress yi; kon ci yonent, John Hancock moo nekkoon kenn ci ñaari juróom-ñaar yi ci jamono ji Articles of Confederation yi, waaye itam mooy kenn ci juróom-ñaar ñi bokkoon ci jamono ji jiitu. Moo tax mu doon juróom-ñaareel bi, bi bokkoon ci juróom-ñaar ba.</w:t>
      </w:r>
    </w:p>
    <w:p>
      <w:pPr>
        <w:pStyle w:val="ArticleBody"/>
        <w:jc w:val="left"/>
      </w:pPr>
      <w:r>
        <w:rPr>
          <w:rFonts w:ascii="Times New Roman" w:hAnsi="Times New Roman" w:eastAsia="Times New Roman" w:cs="Times New Roman"/>
        </w:rPr>
        <w:t>Ñaare baat bu ñaareel buy jamono yëgle, te miir na ko 1781 ba 1789, ni baat bu njëkk bi, amoon na ab president (Hancock) bu doon waxtaaneel, te bokk ci juróom-ñaari ña, ni ko Randolph nekkoon ci jamono yëgle bu njëkk bi miir na ko 1776.</w:t>
      </w:r>
    </w:p>
    <w:p>
      <w:pPr>
        <w:pStyle w:val="ArticleBody"/>
        <w:jc w:val="left"/>
      </w:pPr>
      <w:r>
        <w:rPr>
          <w:rFonts w:ascii="Times New Roman" w:hAnsi="Times New Roman" w:eastAsia="Times New Roman" w:cs="Times New Roman"/>
        </w:rPr>
        <w:t>Ci ñaari jamono yu am juróom-ñett i president, seetaanu wax ju nee juróom-ñetteel bi bokk na ci juróom-ñaareel ya, am na fi lu ko teewal. Ñaari jamono yooyu di joxe seede ne president bu njëkk bu dëgg (Washington) itam amoon na ci sañ-sañam réy lu wax joojuy yëngu ci mbind mi, ci li ko royale woon, te Randolph moo ko firndeel. Ñetti seede yooyu ñoo jëm ci Trump. Trump, ni ñu ko feeñale ci aaya 1 ak 2 ci saar 11, dees na ko misaalal rekk ci ay waxtu yu njëkk ci nguuram, yu jeex ba ca biiru ñaareelu vot bi mala mu jóge ci xóot bu amul pënd ñàkkaale ko.</w:t>
      </w:r>
    </w:p>
    <w:p>
      <w:pPr>
        <w:pStyle w:val="ArticleBody"/>
        <w:jc w:val="left"/>
      </w:pPr>
      <w:r>
        <w:rPr>
          <w:rFonts w:ascii="Times New Roman" w:hAnsi="Times New Roman" w:eastAsia="Times New Roman" w:cs="Times New Roman"/>
        </w:rPr>
        <w:t>Jàngoro ji matal ay ay sarax yi ay matale ay aaya yu, dafa ëmb jaar-jaar bu nëbbu ci diggante boobu “buur bi gëna bare alal” (Xerxes) ak duggub Aleksàndar Bu Mag, muy melow yoonu Dibeer, ba noppi fukki buur yi di gàtt waxtu nekk nguur gu juróom-ñaareel gi. Ci diggante buur bu bare alal bi ak fukki buur yi nangu jox seen nguur gu juróom-ñaareel gi papaas ga, am na juróom-ñetti buur. Juróom-ñetti buur yooyu, yi def jaar-jaar bu nëbbu bu aaya ñaareel ba aaya ñetteel, dañuy gis seeni ñaari seede ci jaar-jaari juróom-ñetti prezidaan ci jàngoro 1776, 1789 ak 1798.</w:t>
      </w:r>
    </w:p>
    <w:p>
      <w:pPr>
        <w:pStyle w:val="ArticleBody"/>
        <w:jc w:val="left"/>
      </w:pPr>
      <w:r>
        <w:rPr>
          <w:rFonts w:ascii="Times New Roman" w:hAnsi="Times New Roman" w:eastAsia="Times New Roman" w:cs="Times New Roman"/>
        </w:rPr>
        <w:t>Jàngoro jooju yor misaalu fanweer ñaar at, te loolu di ko xamale ne mooy jàngoro bu ñu sealé ñaari téeméer ak ñeent fukk ak ñeent junni, bi Yàlla-ndey ak nit ñoo boolee. Mu itam yor seede bi ñuy wax “Dëgg,” ndaxte tambali gi di màndarga moom-sa-bopp, te mujj gi di màndarga wàññi moom-sa-bopp; te fukk ak ñett at gannaaw 1776, fukk ak ñett kolonii yeesaloon nañu Konstitusiyoŋ bi. Mu itam xamale ñaari jamono yu juróom-ñett buur yi (présidaa yi), yu benn ak benn yor mbóot mi ne juróomeel bi bokk na ci juróom-ñaari bi.</w:t>
      </w:r>
    </w:p>
    <w:p>
      <w:pPr>
        <w:pStyle w:val="ArticleBody"/>
        <w:jc w:val="left"/>
      </w:pPr>
      <w:r>
        <w:rPr>
          <w:rFonts w:ascii="Times New Roman" w:hAnsi="Times New Roman" w:eastAsia="Times New Roman" w:cs="Times New Roman"/>
        </w:rPr>
        <w:t>Trump, ni mujj juroom-benniis prezident ci atum 2016, te itam ni mujj njiitu bu buur gu juroom-benniis, dafay itam tektale ki jëkk ak ki mujj ci fukki buur yu toftale. Limu fukk miy xamale jëfandikoo nattu gi ci jaar-jaar boobu, te nattu bi jiitu te di jeex ci yoonu Dibeer, mooy sosu nataalu rab wi. Nataalu géntub rab wa Nebukadnesar moo ngi tektale juróom-ñaar ay buur, te ci loolu mu ngi joxe seede ne nattu nataalu rab wi limu “juróom-ñaar” moo ko tektale.</w:t>
      </w:r>
    </w:p>
    <w:p>
      <w:pPr>
        <w:pStyle w:val="ArticleBody"/>
        <w:jc w:val="left"/>
      </w:pPr>
      <w:r>
        <w:rPr>
          <w:rFonts w:ascii="Times New Roman" w:hAnsi="Times New Roman" w:eastAsia="Times New Roman" w:cs="Times New Roman"/>
        </w:rPr>
        <w:t>Ci mboolem nat wuute gu Makkabe yi, di tegtal sëtug bëñ gu Protestaaŋs gu dëddu ak sëtug bëñ gu Republique gu dëddu, yi Antiochus III di firndeel, sët yi ak bëñ yi da ñuy booloo nekk benn bëñ, mooy nataalu paapas gi. Ci benn jaar-jaar boobu itam, nataalu Yàlla giy dellusi bu mat te sax ba fàww ci ñi ñuy tegtale ni téeméeri ñeent-fukk ak ñeent junni.</w:t>
      </w:r>
    </w:p>
    <w:p>
      <w:pPr>
        <w:pStyle w:val="ArticleBody"/>
        <w:jc w:val="left"/>
      </w:pPr>
      <w:r>
        <w:rPr>
          <w:rFonts w:ascii="Times New Roman" w:hAnsi="Times New Roman" w:eastAsia="Times New Roman" w:cs="Times New Roman"/>
        </w:rPr>
        <w:t>Jaar-jaaru bu seet fukki nekk ci biir jaar-jaaru bu seet buy tër ci saar ñaareel ba ci saar ñetteel, ak jaar-jaaru saar fukk ba fukk ak juróom. Bu Trump nekkee ñetteelu buur bu juróom-ñaareel bi bokk ci juróom-ñaari buur ya, ca ay ubbi nguuram 20 Samwiyee 2025, juróom-ñetti buur yi nekk diggante Xerxes ak Alexander Magne di màndargaal ñëwug sosu nataalu rab wi, te Trump dafay teewal ki jëkk ak ki mujj ci fukki buur yu toppante.</w:t>
      </w:r>
    </w:p>
    <w:p>
      <w:pPr>
        <w:pStyle w:val="ArticleBody"/>
        <w:jc w:val="left"/>
      </w:pPr>
      <w:r>
        <w:rPr>
          <w:rFonts w:ascii="Times New Roman" w:hAnsi="Times New Roman" w:eastAsia="Times New Roman" w:cs="Times New Roman"/>
        </w:rPr>
        <w:t>Dina ñu yokk ci xët wu ci topp.</w:t>
      </w:r>
    </w:p>
    <w:p>
      <w:pPr>
        <w:pStyle w:val="ArticleScripture"/>
        <w:jc w:val="left"/>
      </w:pPr>
      <w:r>
        <w:rPr>
          <w:rFonts w:ascii="Times New Roman" w:hAnsi="Times New Roman" w:eastAsia="Times New Roman" w:cs="Times New Roman"/>
        </w:rPr>
        <w:t>Maanaa gisoon naa ci ndeyjooru loxo ba ñu teg ci buur-guur ga, téere buñu bind ci biiram ak ci gannaawam, tëj ak juróom-ñaari màndarga yu tëj. Maanaa gis naa itam malaaka bu bare doole, di yégle ak baat bu xumb ne: Ku yelloo ubbi téere bi te yiw yeneen màndargaam yi? Waaye kenn ci asamaan, walla ci suuf, walla ci suufu suuf, manuwoon a ubbi téere bi, mbaa xool ci moom. Noonu ma jooy lool, ndaxte giseesul kenn ku yelloo ubbi téere bi te jàng ko, mbaa xool ci moom. Noonu kenn ci mag ña ne ma: Bul jooy; xoolal, Gaynde gi bokk ci xeetu Yuda, Rapparu Daawuda, dafa not ngir ubbi téere bi te yiw juróom-ñaari màndargaam yi. Noonu ma xool, te gis naan, ci diggante buur-guur ga ak ñeenti mbind miir yi, te ci diggante mag ña, amoonna Xar mu taxaw mel ni ku ñu rey ba dee, yor juróom-ñaari wej ak juróom-ñaari bët, yi di juróom-ñaari Xel yi Yàlla, yi ñu yónnee ci suuf sépp. Mu ñëw, jël téere bi ci ndeyjooru loxo ba ñu teg ci kaaw buur-guur ga. Bi mu ko jëlee, ñeenti mbind miir yi ak ñaar-fukk ak ñeenti mag ña sujjóot nañu fa kanam Xar ma, ku nekk yor ngalam ak ndab yu wurus, fees dell ak cuuraay, yi di ñaani gaayi Yàlla yi. Noonu ñu woy woy wu bees, naan: Yow yaa yelloo jël téere bi te ubbi màndargaam yi; ndaxte rey nañu la, te dëj na nga nu ngir Yàlla ak sa deret, jóge ci bépp xeet ak làkk ak nit ak réew; te def nga nu ngir sunu Yàlla ay buur ak saraxalekat; te dinañu nguur ci kaw suuf. Peeñu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193 bi</dc:title>
  <dc:subject>Feeñu Jamonoy Muji yi: dale ci yoonu Rusi, ba ci delluwaay Trump ak sosug Nataalu Rab wi</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