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Bindu Ñaari Téeméer ak Juróom-Ñent-fukk ak Ñent</w:t>
      </w:r>
    </w:p>
    <w:p>
      <w:pPr>
        <w:pStyle w:val="ArticleSubtitle"/>
        <w:jc w:val="left"/>
      </w:pPr>
      <w:r>
        <w:rPr>
          <w:rFonts w:ascii="Arial" w:hAnsi="Arial" w:eastAsia="Arial" w:cs="Arial"/>
        </w:rPr>
        <w:t>Yëngu Makkab yi: Ndamu Trump ak yoonu waxyu bi jëm ci Nataalu Rab wu Bon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Rëdd gi Makkabi yi te wone (di jëfandikoo ngir xamale protestaŋ bu sàqoo ci réewum Mbirik), tàmbalee seeni yékkati ngir di fexee diine gu Gerees ca Modein, ci atum 167 balaa Kirist. Foofa Makkabi yi daj nañu ndam ci kaw jéego yi Antiochus Epiphanes doon def ngir sank diine gu Gerees ci kaw Yawut yi, te itam rey nañu kilifag Yawut yi moo doon liggéeyandoo ak Antiochus. Noonu lañu daane Biden ci doorinu 2024, jaarale ko ci mbooloom vot buñu xam ni “Religious Right”. Taarix bi dafa mel ne ndamu doorinu 2024 mooy bi protestaŋ bu sàqoo dajee ndam, du ci kaw reppublikeeŋ yu globalist yi rekk ñu tudde RINO’s, waaye itam ci kaw jéego yi demokaraat yu weddi Yàlla yi doon def ngir sank diine gu woke-ism ci kaw xeetu réew mi.</w:t>
      </w:r>
    </w:p>
    <w:p>
      <w:pPr>
        <w:pStyle w:val="ArticleBody"/>
        <w:jc w:val="left"/>
      </w:pPr>
      <w:r>
        <w:rPr>
          <w:rFonts w:ascii="Times New Roman" w:hAnsi="Times New Roman" w:eastAsia="Times New Roman" w:cs="Times New Roman"/>
        </w:rPr>
        <w:t>Xareb xel bu biir teeru ci biir, bi rëyaleg lineu Maccabées di ko tegtal, tàmbalee na ci atum 2015, ba njiitu réew mi bare alal yëngalé dooley dragon yi yu globalisme, te liggéeyu dragon bi ci rey ñaari seede yaa bokkoon ci yooni Pelosi yi jëm ci 6 Samwiyee 2021. Modein, ak fippu Maccabées yi, moo xamle ndam lii di ñëw bu Protestantisme bu apostat di jot ci 5 Noowàmbar 2024. Tëral gi ci 20 Sànwiyee 2025 feeñaloon na ko 164 B.C., mi tegtoo woon seetal-waar gi ñaareel, te ci at moomu sax (164 B.C.), Antiochus Epiphanes dee na. Antiochus dafa tegtal parti Démocrate bi, ak seen bokkandoo yu globaliste yi di seen bopp wax ne ay Republicans lañu, waaye duñu ay Republicans MAGA benn yoon mbaa beneen, ni doom ju jigéen mënul nekk góor.</w:t>
      </w:r>
    </w:p>
    <w:p>
      <w:pPr>
        <w:pStyle w:val="ArticleBody"/>
        <w:jc w:val="left"/>
      </w:pPr>
      <w:r>
        <w:rPr>
          <w:rFonts w:ascii="Times New Roman" w:hAnsi="Times New Roman" w:eastAsia="Times New Roman" w:cs="Times New Roman"/>
        </w:rPr>
        <w:t>Njàngoro politig bi ay saar fukk ak ñett ba fukk ak juróom ñaar di tekki, te mu mujje ci xareb Panium, dafa dox ànd ak njàngoro diine bi ci moomu jaar-jaaroo, diggante woke-ism ak Protestaŋte buy déddu. Gannaaw bindug Trump ci nguur gi ci 2025, miñu tegtal ci yeesalaat kër Yàlla gu ñaareel gi ci 164 A.K., kon dina tàmbali sos mbir mu dëggu mooy melokaanu rab wi, ci dajale kër gi Protestaŋte buy déddu ak nguuram Réewpiblikɛŋ buy déddu, te loolu a ngi tegtal ci booleb Room ak Makkabe yi, daldi tàmbalee ci 161 A.K. ba 158 A.K. Trump dina boole kër Yàlla ak réew mi ci benn mbootaay, fa elementu diine ji di jiite. Ci jaar-jaaru waxu Yàlla bi, fa rab wu suuf si di sos melokaanu rab wu Katolisism bi, bët Réewpiblikɛŋ buy déddu ak bët Protestaŋte buy déddu dinañu feesal koppu waxtu seen nattub yoon ci wet wu jubadi ci laaj wi jëm ci dund gu faw.</w:t>
      </w:r>
    </w:p>
    <w:p>
      <w:pPr>
        <w:pStyle w:val="ArticleBody"/>
        <w:jc w:val="left"/>
      </w:pPr>
      <w:r>
        <w:rPr>
          <w:rFonts w:ascii="Times New Roman" w:hAnsi="Times New Roman" w:eastAsia="Times New Roman" w:cs="Times New Roman"/>
        </w:rPr>
        <w:t>Ci njënjëlee, mi ngi koy teere ñaareel bi ñu setal ci atum 164 BC, liggéeyu sos nataalu rab wi tàmbalee, ni ko wonee booleb Yawut ya ak Room ci diggante atum 161 BC ba 158 BC. Trump dees na ko delloo tànn ci 5 Nowàmbar 2024 (167 BC), te ci njënjëleem (164 BC) dina nekk juróom ñetteelu prezidaaŋ bi bees ak jamono mujj mi tàmbalee ci 1989. Noonu nag, dina doon juróom ñetteel bi, maanaam ki bokk ci juróom ñaar ya, di seetlu rab wu pap bi, mi doon juróom ñetteelu nguur gi ci waxu yonent yi ci Biibël bi bu gaañu ndeyam bu rey bi wérsee ci yoonu Dibeer. Njeñjeleem dafa feeñoon ci tabaxaatu ak sellalaat kër Yàlla gu ñaareel gi Makkabi yi def ci atum 164 BC. Buntug Makkabi yi tàmbalee na ñetti at yu jiitu ca dëkku Modein, te tur woowu tekki na “saxiinu weddi”, te muy màndarga ndam li mu jot ci tànneefam 5 Nowàmbar 2024.</w:t>
      </w:r>
    </w:p>
    <w:p>
      <w:pPr>
        <w:pStyle w:val="ArticleBody"/>
        <w:jc w:val="left"/>
      </w:pPr>
      <w:r>
        <w:rPr>
          <w:rFonts w:ascii="Times New Roman" w:hAnsi="Times New Roman" w:eastAsia="Times New Roman" w:cs="Times New Roman"/>
        </w:rPr>
        <w:t>Ci at ak 164 ba Kirist, ñaareelu sellal bi ñaareelu kër Yàlla ga amoon na, te loolu dafa mel ni misaal buy tegtal ñaareelu ndékkal gu Trump di jot ci 20 fanweeri Samwiyee 2025. Ca jamono jooju, mu nekk ci yoonu nguur gi ni juróom-ñetteelu presidente bi bokk ci juróom-ñaari presidente yi jiitu ko. At ak 164 ba Kirist, Yawut yi di ko fàttaliku ngir màndargaal ñaareelu sellal bi ñaareelu kër Yàlla ga.</w:t>
      </w:r>
    </w:p>
    <w:p>
      <w:pPr>
        <w:pStyle w:val="ArticleBody"/>
        <w:jc w:val="left"/>
      </w:pPr>
      <w:r>
        <w:rPr>
          <w:rFonts w:ascii="Times New Roman" w:hAnsi="Times New Roman" w:eastAsia="Times New Roman" w:cs="Times New Roman"/>
        </w:rPr>
        <w:t>Njëkk gu mag bi la Trump doon juróom-ñettelu bi, maanaam mi bokk ci juróom-ñaari bi, te dale ci booba kéemaan yu Seytaane di am ngir dooleel liggéeyu sos nataalu rab wi. Juróom-ñett mooy màndarga nataalu rab wi dekkat, te ci jamono jooju la sosuwaayu nataal wi tàmbalee, ni ko 161 BC di tegtal.</w:t>
      </w:r>
    </w:p>
    <w:p>
      <w:pPr>
        <w:pStyle w:val="ArticleBody"/>
        <w:jc w:val="left"/>
      </w:pPr>
      <w:r>
        <w:rPr>
          <w:rFonts w:ascii="Times New Roman" w:hAnsi="Times New Roman" w:eastAsia="Times New Roman" w:cs="Times New Roman"/>
        </w:rPr>
        <w:t>Sosiwir nataalu rab wiiru mala ga ñu bëgg “nattub rabu gi” ñu koy jëfandikoo njëkk ci Etats-Unis, te gannaaw loolu ñu di tekki nattub rabu gi ci kaw àddina bépp. Ci ndoorte waxtu bi Etats-Unis di gaaw a jébbal àddina ngir mu nangu benn nattu ci rabu gi, bi war a wax te di tax ñépp ñi bañ a sujjóot ci nattub rabu gi ñu rey leen, Etats-Unis dinaa fekki ne mu ngi jébbale woon yoonu Dibéer, te tabaxoon benn booloo bu ñett-benn. Ci yoonu Dibéer boobu, booloo bu ñett-benn boobu dafa taxaw ba noppi, te waxtuw jëf ju yéeme ju Seytaane agsi na, ndaxte Seytaane dafay mel ni Kirist, te di def kéemaan ngir yóbbu àddina ba mu nangu nattub rabu gi bu àddina bi ak màggalug Dibéer. Ci booba la Trump di nekk njiitu fukki buur yi.</w:t>
      </w:r>
    </w:p>
    <w:p>
      <w:pPr>
        <w:pStyle w:val="ArticleBody"/>
        <w:jc w:val="left"/>
      </w:pPr>
      <w:r>
        <w:rPr>
          <w:rFonts w:ascii="Times New Roman" w:hAnsi="Times New Roman" w:eastAsia="Times New Roman" w:cs="Times New Roman"/>
        </w:rPr>
        <w:t>Noonu, ñëwug Trump ci buur bu mag bi ci fukki buur ya, mi mat ci boole gu ñetti wàll gi ci yoonu Dimaas bu waaw di ñëw, ñu ko wone woon lu jiitu ci ñëwug Trump ci nguuram ni juróom-ñaareel president bi, maanaam mi bokk ci juróom-ñaari yi, ci 20 Samwiyee 2025. Ci yoonu Dimaas bi di jeexal sosug nataalu rab wa ca États-Unis, rab bu paapal bi itam dafay nekk juróom-ñaareel bi bokk ci juróom-ñaari yi. Noonu, jamonoy nattu nataalu rab wi tàmbalee ak Trump muy nekk juróom-ñaareel bi bokk ci juróom-ñaari yi, te bu jamono boobu jeexee, paapal bi itam dafay nekk juróom-ñaareel bi bokk ci juróom-ñaari yi, ndaxte Alfa ak Omega dafay wone jeexital bi jaarale ko ak njàlbéen bi.</w:t>
      </w:r>
    </w:p>
    <w:p>
      <w:pPr>
        <w:pStyle w:val="ArticleBody"/>
        <w:jc w:val="left"/>
      </w:pPr>
      <w:r>
        <w:rPr>
          <w:rFonts w:ascii="Times New Roman" w:hAnsi="Times New Roman" w:eastAsia="Times New Roman" w:cs="Times New Roman"/>
        </w:rPr>
        <w:t>Kéemaan yu Seytaane tàmbalee nañu ca nguurug Trump bañuy ko duggal ci liggéeyam, ba jamono ji ñuy sos melow rab wi tàmbalee, te loolu moo mel ni liggéey gu yéeme gu Seytaane, gi tàmbalee ci mujju jamono ji ñuy sos melow rab wi ci États-Unis. Duggalug Trump ci nguur mooy màndarga tàmbaliinu jamono jooju, te duggalugam ci nguur nag, muy buur bu njëkk ci fukk yuuru yi ci Mbootaay Xeeti Àddina, mooy màndarga jeexitu jamono jooju. Ci ndëkkalug tàmbali ak jeexital yooyu, ñoom ñaar ñoo di ubbi sosug melow rab wi, ba noppi muy njëkka ame ci États-Unis, te gannaaw ga ci àddina bépp.</w:t>
      </w:r>
    </w:p>
    <w:p>
      <w:pPr>
        <w:pStyle w:val="ArticleBody"/>
        <w:jc w:val="left"/>
      </w:pPr>
      <w:r>
        <w:rPr>
          <w:rFonts w:ascii="Times New Roman" w:hAnsi="Times New Roman" w:eastAsia="Times New Roman" w:cs="Times New Roman"/>
        </w:rPr>
        <w:t>Liggéey bu boole bi, walla mbooleem ak Room bi xewoon diggante atum 161 B.K. ak 158 B.K., mooy melokaan wi di wax ci nettali bii, te mu jeex ci sàrtu Dibéer bi ci saar fukk ak juroom-benn. Liggéey bu mujj bu jëfandikoo nguur gi di nataalu doxalinu paap bi tàmbalee na ni mooy sos nataalu rab wi, te Trumpa moo koy jëmbët, bi muy delloo ay ndimbal politig yu Protestaaŋ yu dëddoo diine woon ko ci ndamum politig.</w:t>
      </w:r>
    </w:p>
    <w:p>
      <w:pPr>
        <w:pStyle w:val="ArticleBody"/>
        <w:jc w:val="left"/>
      </w:pPr>
      <w:r>
        <w:rPr>
          <w:rFonts w:ascii="Times New Roman" w:hAnsi="Times New Roman" w:eastAsia="Times New Roman" w:cs="Times New Roman"/>
        </w:rPr>
        <w:t>Warug bindu yonent bi deesal ci jaar-jaari màggat bi nëbbu bu aaya ñent-fukk. Jaar-jaari màggat bi nëbbu bu aaya ñaar ba aaya ñett ci Daniel fukk ak benn mooy itam dees ko teg ci bindu yooyu. Jaar-jaari yëgleb bi ñaari seede yi ci Peeñu saar fukk ak benn mooy itam dees ko teg ci bindu yooyu. Ci dajale ñetti rëdd yii ci jaar-jaari màggat bi nëbbu bu aaya ñent-fukk, Gaynde gi bokk ci xeetu Yuda moo ngi ubbi ndànk-ndànk cér bu yëgleb Daniel biñoon tëj ba àjjuma mujj ya.</w:t>
      </w:r>
    </w:p>
    <w:p>
      <w:pPr>
        <w:pStyle w:val="ArticleScripture"/>
        <w:jc w:val="left"/>
      </w:pPr>
      <w:r>
        <w:rPr>
          <w:rFonts w:ascii="Times New Roman" w:hAnsi="Times New Roman" w:eastAsia="Times New Roman" w:cs="Times New Roman"/>
        </w:rPr>
        <w:t>Ndax buuxu xare deñu koy liit ci dëkk bi te nit ñi duñu ragal? Ndax musiba am ci dëkk bi te du Boroom bi ko def? Ndegam Boroom Yàlla du def dara te du ko xamal ay jaamam, yonent yi. Gaynde gi xaacu na; ku dul ragal? Boroom Yàlla wax na; kan moo manul waare? Yégleen ko ci këri buur yu Asdod ak ci këri buur yi ci suufu Misra, te waxleen: Dajeleen ci tundu Samari, te xoolleen ay jax-jax yu mag yi ci biiram ak ñi ñu di sonal ci biiram. Amos 3:6–9.</w:t>
      </w:r>
    </w:p>
    <w:p>
      <w:pPr>
        <w:pStyle w:val="ArticleBody"/>
        <w:jc w:val="left"/>
      </w:pPr>
      <w:r>
        <w:rPr>
          <w:rFonts w:ascii="Times New Roman" w:hAnsi="Times New Roman" w:eastAsia="Times New Roman" w:cs="Times New Roman"/>
        </w:rPr>
        <w:t>Bataaxal biñ ubbi te melne nekk na ci jaar-jaaru nettali bu nëbbu bi ci aaya ñent-fukk baari-ñaar ci Daniel fukk ak benn, mooy bataaxal bu tëj bi, te Amos laaj na laaj bu ñuy jëfandikoo ngir taxaw xel ci mbëj gu ñu wol ci dëkk, ak gaynde gu yuux; te Amos joxe na tontu bi bi Mu waxee ne, Yàlla du def dara, ludul ne Mu jëkk a xamal ko ay jaamam yonent yi. Mu boole ci ne bataaxal bu mbëj bi, bi ñu taxawal ngir jur ragal gu sell, dina ñëw itam di rëddée lu bon bi nekk ci dëkk bi, te war nañu ko siiwal ci Asdod, Misra ak Samariya, yu mel ni ñetti xaaj yi ñuy defare Babilon bu jamono jii. Bataaxal bu mbëj bu tëj bi war nañu ko yégle ci àddina si yépp, lu jiitu xew-xew yi ñu melal ci bataaxal bu tëj bi. Bataaxal bu mbëj bi miy bataaxal bu tëj bi, yore na màndargay “Dëgg”, ndaxte waxtu bu tëj bi tabaxees na ci ñetti wol yu mbëj bi ci ñetteelu musiba bi.</w:t>
      </w:r>
    </w:p>
    <w:p>
      <w:pPr>
        <w:pStyle w:val="ArticleBody"/>
        <w:jc w:val="left"/>
      </w:pPr>
      <w:r>
        <w:rPr>
          <w:rFonts w:ascii="Times New Roman" w:hAnsi="Times New Roman" w:eastAsia="Times New Roman" w:cs="Times New Roman"/>
        </w:rPr>
        <w:t>Bufta bu njëkk bañe njaare gi ci September 11, 2001, te bu mujj bi mooy tektal jeexitalug njaare gi ci yoonu Dibéer bu di ñëw léegi, ba ca yengu-yengu su mag sa, ñetteelu musiba gi dikk na mbirum bett. Bu digg ba dëppóon na ak October 7, 2023, ba suuf su màggat su tedd ji ñu dóor ko ak jàq bu yéeme yu Lislaam ci ñetteelu musiba gi, ni suuf su tedd su jamono jii ñu dóor ko ak jàq bu yéeme yu Lislaam ci ñetteelu musiba gi ci atum 2001, te noonu la itam di doon ci bu mujj ba ci ñetti jib yi ca yoonu Dibéer bu di ñëw léegi. Jàq bu yéeme boobu bu digg, bi ñu songee suuf su màggat su tedd ji, dafa doon ci Israayil gu dëgg-gëgg, te loolu melokaan la bu fippu ga daajoon Almasi bi ci bant ba.</w:t>
      </w:r>
    </w:p>
    <w:p>
      <w:pPr>
        <w:pStyle w:val="ArticleBody"/>
        <w:jc w:val="left"/>
      </w:pPr>
      <w:r>
        <w:rPr>
          <w:rFonts w:ascii="Times New Roman" w:hAnsi="Times New Roman" w:eastAsia="Times New Roman" w:cs="Times New Roman"/>
        </w:rPr>
        <w:t>Bataxal bu Amos dina yegal trompetam dina leenoon bépp, te liggéeyu siiwal bataxal boobu tàmbalee ci mujju weeru sulet 2023. Ginnaaw loolu, Gaynde gi bokk ci xeetu Yuda xaacu na, te kan moo dul ragal, te kan moo yor fit bu doy ngir weddi ne mbir yi jëme ci waxtu tëj bu téeméeri ak ñeent-fukki ak ñeenti junni nit ñi léegi dañuy ubbee ci kow àddina bi mépp? Léegi, xët yii agsi nañu ci lu ëpp téeméeri ak ñaar-fukki réew, ci lu ëpp juróom-benn-fukki làkk, te manees na leen a jàng walla a déglu.</w:t>
      </w:r>
    </w:p>
    <w:p>
      <w:pPr>
        <w:pStyle w:val="ArticleScripture"/>
        <w:jc w:val="left"/>
      </w:pPr>
      <w:r>
        <w:rPr>
          <w:rFonts w:ascii="Times New Roman" w:hAnsi="Times New Roman" w:eastAsia="Times New Roman" w:cs="Times New Roman"/>
        </w:rPr>
        <w:t>Ku barkeel mooy ki jàng, ak ñi dégg baat yi ci waxu yonent bii, te sàmm liñu bind ci moom: ndaxte waxtu wi jege na. Pexe 1:3.</w:t>
      </w:r>
    </w:p>
    <w:p>
      <w:pPr>
        <w:pStyle w:val="ArticleBody"/>
        <w:jc w:val="left"/>
      </w:pPr>
      <w:r>
        <w:rPr>
          <w:rFonts w:ascii="Times New Roman" w:hAnsi="Times New Roman" w:eastAsia="Times New Roman" w:cs="Times New Roman"/>
        </w:rPr>
        <w:t>Bi ñu sànnee safara gi jële ci saraxal ba, te ñu boole ko ak ñaan yi ak cuuraay gi, ci suuf bi, ba ñuy ubbi juróom-ñaareelu ak mujj giir bi, am na baat yu bari, ak dënnu yi, ak melax yi, ak yengu-yengu suuf bu réy. Yengu-yengu suuf bu réy boobu ñëw na ndax yégleb Woote gu Diggante Guddi gi ñu sànni ci kaw gaayi Yàlla yi di jooy tey yëq ci Esekiyel saar 9, ni safara gi wàccee woon ca Pentekot ba. Safara boobu dafa tektaloon yégleb bu ñu gannaaw ga yóbbu ca bépp xeet, ak mbokk, ak làkk, ak askan, ni nuy ko gis ci bataaxal yii. Safara boobu dafa tektaloon kàttan gu man a yóbbu yégleb boobu ci làkk yu bare, ni nuy ko gis ci bataaxal yii. Bataaxal yii dañuy won lu jiitu li ngir xew, ndax Boroom bi du def dara ludul mu jëkk a fésal jëfam yi jaarale ko ci Kàddug Yonentam.</w:t>
      </w:r>
    </w:p>
    <w:p>
      <w:pPr>
        <w:pStyle w:val="ArticleScripture"/>
        <w:jc w:val="left"/>
      </w:pPr>
      <w:r>
        <w:rPr>
          <w:rFonts w:ascii="Times New Roman" w:hAnsi="Times New Roman" w:eastAsia="Times New Roman" w:cs="Times New Roman"/>
        </w:rPr>
        <w:t>Dégluleen, yéen asamaan, te dinaa wax; te déglu, yow suuf si, kàddu yi génn ci sama gémmiñ. Sama njàngale dina wal ni taw, sama wax dina tuur ni ndoxum guddi, ni taw wu ndaw ci kaw ñax mu ndaw, ak ni taw yu bare ci kaw ñax mi: ndaxte dinaa yégle turu Boroom bi; nanguleen màggal sunu Yàlla. Moom mooy Xeer wi, ay jëfam mat nañu, ndaxte yoonam yépp àtte la; ab Yàlla ju dëgg te amul benn tooñ, ku jub te ku baax la. Ñoom dañu yàq seen bopp, seeni màndarga bokkul ak màndargay ay doomam; ñoom xeet wu weng te jubadi lañu. Deuteronomy 32:1–5.</w:t>
      </w:r>
    </w:p>
    <w:p>
      <w:pPr>
        <w:pStyle w:val="ArticleBody"/>
        <w:jc w:val="left"/>
      </w:pPr>
      <w:r>
        <w:rPr>
          <w:rFonts w:ascii="Times New Roman" w:hAnsi="Times New Roman" w:eastAsia="Times New Roman" w:cs="Times New Roman"/>
        </w:rPr>
        <w:t>“Njàngale” tawfek bi ñëw gi, Boroom bi moo koy yégle léegi, te njàngale yi ñuy defare xibaaru yuuxu guddi gi — xibaaru tawfek bi ñëw gi — sukkandiku nañu ci “tur u Boroom bi.” Turam mooy “Dëgg,” mooy Palmoni, Kilifa bu Yéeme ci lim, te mooy itam Kilifa bu Yéeme ci làkk; mooy Alfa ak Omega; mooy Doomu Yàlla ak Doomu nit; mooy Saraxalekat bu Mag bi; mooy Gaynde gi cosaanu Yuda; te mooy Mikayel, malaaka mu mag mi. Lépp ci yii turu Almasi yi lañu bokk bu baax ci Peeñug Yeesu Kirist bi ñu ubbi ba noppi, tuuti laata ngëmug yoon jeex, te ñoom itam ñooy cér yu am solo ci mbind yi ñu siiwal ci wàllu àddina bi mépp li dale ci njeexital weeru Sulet, 2023. “Ku am nopp, na déglu li Xelum mi wax jàngat yi.”</w:t>
      </w:r>
    </w:p>
    <w:p>
      <w:pPr>
        <w:pStyle w:val="ArticleBody"/>
        <w:jc w:val="left"/>
      </w:pPr>
      <w:r>
        <w:rPr>
          <w:rFonts w:ascii="Times New Roman" w:hAnsi="Times New Roman" w:eastAsia="Times New Roman" w:cs="Times New Roman"/>
        </w:rPr>
        <w:t>Singi gi bokk gi Yuda, mooy ki daan te am sañ-sañu ubbi téere biñ tëj ak juróom-ñaari màndarga, léegi mu ngi jooy, ni mu ko defee ci 22 Oktoobar 1844; ku dul ragal?</w:t>
      </w:r>
    </w:p>
    <w:p>
      <w:pPr>
        <w:pStyle w:val="ArticleScripture"/>
        <w:jc w:val="left"/>
      </w:pPr>
      <w:r>
        <w:rPr>
          <w:rFonts w:ascii="Times New Roman" w:hAnsi="Times New Roman" w:eastAsia="Times New Roman" w:cs="Times New Roman"/>
        </w:rPr>
        <w:t>Mu yuuxu ak baat bu réy, ni bu gaynde di rogg; te bi mu waxee, juróom-ñaari dënnu asamaan yi wax seen baat. Te bi juróom-ñaari dënnu asamaan yi waxee seen baat, daa ma bëggoon a bind; waaye ma dégg baat bu jóge asamaan, naan ma: “Tëjël li juróom-ñaari dënnu asamaan yi wax, te bul ko bind.” Peeñu Yàlla 10:3, 4.</w:t>
      </w:r>
    </w:p>
    <w:p>
      <w:pPr>
        <w:pStyle w:val="ArticleBody"/>
        <w:jc w:val="left"/>
      </w:pPr>
      <w:r>
        <w:rPr>
          <w:rFonts w:ascii="Times New Roman" w:hAnsi="Times New Roman" w:eastAsia="Times New Roman" w:cs="Times New Roman"/>
        </w:rPr>
        <w:t>Jàllub taarix bu sell buy méngoo ak taarix bu nëbbu bi nekk ci Daniel benn-fukk ak benn, saraxoom ñent, mooy taarixu Millerites yi, ci matale waxu léebu Maatiyo benn-fukk ak juróom ñaar ci léebu fukki janq yi, juróom-ñaari dënn yi ci Peeñu Yàlla fukk, Abakuk saar ñaar, ak Esekiyel saar fukk ak ñaar, aaya ñaar-fukk ak benn ba ñaar-fukk ak juróom-ñett. Seen taarix tàmbalee na ci waxtu mujj ga ci atum 1798, te loolu méngoo na ak waxtu mujj ga ci 1989. Ci Peeñu Yàlla saar fukk, juróom-ñaari dënn yi wax nañu seen baat, waaye ñaareel Yowaana terees na ko mu bind li juróom-ñaari dënn yi waxoon. Ndawul Yeesu Pool gisoon na te dégg lu ci asamaan su ñetteel lu nit ñi sañuñu bind.</w:t>
      </w:r>
    </w:p>
    <w:p>
      <w:pPr>
        <w:pStyle w:val="ArticleScripture"/>
        <w:jc w:val="left"/>
      </w:pPr>
      <w:r>
        <w:rPr>
          <w:rFonts w:ascii="Times New Roman" w:hAnsi="Times New Roman" w:eastAsia="Times New Roman" w:cs="Times New Roman"/>
        </w:rPr>
        <w:t>“Ndawul yonn ci ay njëlbéenam yu njëkk ci dundam gu Kiristaan, Yàlla may na ko ay yoon yu xëy ngir mu xam coobareem ci mbirum toppkat Yeesu yi. Muñu ko nekk nañu ko ‘yéeg ba ci ñetteelu asamaan,’ ‘duggoo ci paraasi, te dégg ay wax yu nit du yelloo wax.’ Moom ci boppam nangoo na ne ñu ko may na ‘ay peeñ ak ay xamal’ yu jóge ‘ca Boroom bi.’ Xam-xamam ci njariñi dëggug xebaar bu baax bi, tolloon na ak bu ‘ndawul yi gën a màgg yépp.’ 2 Korent 12:2, 4, 1, 11. Amoon na njàngum xel wu leer, wu mat sëkk ci ‘yaatuwaayam, ak guddaayam, ak xóotam, ak kaweem’ gu ‘mbëggeelu Kirist, gi ëpp xamle.’ Efes 3:18, 19.” Jëf yu Ndawul yi, 469.</w:t>
      </w:r>
    </w:p>
    <w:p>
      <w:pPr>
        <w:pStyle w:val="ArticleBody"/>
        <w:jc w:val="left"/>
      </w:pPr>
      <w:r>
        <w:rPr>
          <w:rFonts w:ascii="Times New Roman" w:hAnsi="Times New Roman" w:eastAsia="Times New Roman" w:cs="Times New Roman"/>
        </w:rPr>
        <w:t>Yépp yonent yi yépp dañuy xamale fan yu mujj yi, te li Yowaana dégg ba juróom-ñaari dënnë gu rëy yi “waxee” seen baat, terees na ko mu bind ko. Li Pool gis bi mu nekkee ci ñetteelu asamaan, dogalul woon nit mu ko “wax.” Dëgg gi juróom-ñaari dënnë gu rëy yi di tektal, war nañu koo téj ba keroog Gaynde gi jóge ci giiru Yuda tànn na ubbite dëgg googu.</w:t>
      </w:r>
    </w:p>
    <w:p>
      <w:pPr>
        <w:pStyle w:val="ArticleBody"/>
        <w:jc w:val="left"/>
      </w:pPr>
      <w:r>
        <w:rPr>
          <w:rFonts w:ascii="Times New Roman" w:hAnsi="Times New Roman" w:eastAsia="Times New Roman" w:cs="Times New Roman"/>
        </w:rPr>
        <w:t>Mi ngi ubbi woon ci genn wàll ngir Sœur White, ndaxte moom waxoon ne muy tekki “xew-xew yi di am” ci jaar-jaaru yeneen bataaxal yu njëkk ak ñaareel yu malaaka yi, te itam ne muy tekki “xew-xew yu ëllëg yu ñuy feeñal ci seen toftale.” Li ñu feeñaloon booba nag, ab yëgle la woon buy jëfandikoo ak “xew-xew yu ëllëg.” Itam dees na ko digaloon ne tëjje gi ñaareel fukki dëgg-dëgg yi dañu ko misaalal woon ak tëjje gi téereb Daniel.</w:t>
      </w:r>
    </w:p>
    <w:p>
      <w:pPr>
        <w:pStyle w:val="ArticleScripture"/>
        <w:jc w:val="left"/>
      </w:pPr>
      <w:r>
        <w:rPr>
          <w:rFonts w:ascii="Times New Roman" w:hAnsi="Times New Roman" w:eastAsia="Times New Roman" w:cs="Times New Roman"/>
        </w:rPr>
        <w:t>«Leer gu bees ci Yowaana, te ñu wax ko ci juróom-ñaari dënn yu rey, mooy melokaanu xew-xew yi di am ci suufu yëgleb malaaka bu njëkk ak bu ñaareel....»</w:t>
      </w:r>
    </w:p>
    <w:p>
      <w:pPr>
        <w:pStyle w:val="ArticleScripture"/>
        <w:jc w:val="left"/>
      </w:pPr>
      <w:r>
        <w:rPr>
          <w:rFonts w:ascii="Times New Roman" w:hAnsi="Times New Roman" w:eastAsia="Times New Roman" w:cs="Times New Roman"/>
        </w:rPr>
        <w:t>«Gannaaw ba juróom-ñaari dënn yu mag yii waxee seen baat, ndigël bi ñëw ci Yowaana ni mu ñëwoon ci Danyeel ci mbirum téere bu tuuti bi: “Tëjël yëf yi juróom-ñaari dënn yu mag yi wax.” Loolu jëm na ci yëf yu ëllëg yi, te dees na leen feeñal ci seen jaar-jaar.» The Seventh-day Adventist Bible Commentary, volume 7, 971.</w:t>
      </w:r>
    </w:p>
    <w:p>
      <w:pPr>
        <w:pStyle w:val="ArticleBody"/>
        <w:jc w:val="left"/>
      </w:pPr>
      <w:r>
        <w:rPr>
          <w:rFonts w:ascii="Times New Roman" w:hAnsi="Times New Roman" w:eastAsia="Times New Roman" w:cs="Times New Roman"/>
        </w:rPr>
        <w:t>Xam-xam ne juróom-ñaar yi ci dënn-dënn ne mooy màndarga buy firndeel te taxawal yoonu liggéey bi, te dañu ko ràññee ci jamono mujj ga tambalee ci atum 1989. Gannaaw 11 Septàmbar 2001, solo jëfandikoo dellusi ñaari yëngu-yëngu yi nekk na dëgg-gu nattu gu fees ci jàmmono ji.</w:t>
      </w:r>
    </w:p>
    <w:p>
      <w:pPr>
        <w:pStyle w:val="ArticleBody"/>
        <w:jc w:val="left"/>
      </w:pPr>
      <w:r>
        <w:rPr>
          <w:rFonts w:ascii="Times New Roman" w:hAnsi="Times New Roman" w:eastAsia="Times New Roman" w:cs="Times New Roman"/>
        </w:rPr>
        <w:t>Tëggin ci jaar-jaaru Millerite bi ci jaar-jaaru ñi téeméer ak ñeent-fukk ak ñeent ñaari junni nag mooyoon yoonu njëkk bi ñu dëggal ci bés boobu, ni yoon wu njëkk wu Millerite yi, ci 11 ut 1840, ñu ko dëggale woon. Ci Millerite yi, yoonu njëkk wi di ne ab bés dafay tegu ci at, ñu dëggal ko ci 11 ut 1840, te yoonu njëkk wi di wone ne yëngu-yëngu yeesal yépp dañuy melante, “line upon line,” ñu dëggal ko ci 11 setàmbar 2001. Juróom-ñaari dënn yu réy ya, ngir seedeel dëgg googu, ñu ubbi woon seen kumpa ca jamono jooju.</w:t>
      </w:r>
    </w:p>
    <w:p>
      <w:pPr>
        <w:pStyle w:val="ArticleBody"/>
        <w:jc w:val="left"/>
      </w:pPr>
      <w:r>
        <w:rPr>
          <w:rFonts w:ascii="Times New Roman" w:hAnsi="Times New Roman" w:eastAsia="Times New Roman" w:cs="Times New Roman"/>
        </w:rPr>
        <w:t>Yeesu dafa mel ci jeexital benn mbir ak njàlbéenam, te 11 Suwe 2001, bi muy njàlbéenu liggéeyu tàggat gi, mooy xamale itam mujjug liggéeyu tàggat gi. Gaynde gi cosaanu Yuda ubbi na beneen wàll bu juróom-ñaari dënn-dënn yi bi Mu tàmbalee dekkal yax yu wow yu dee yi ci weeru Sulet 2023, ndaxte foofa Moo xamale ne, ci déggoo ak “Dëgg,” juróom-ñaari dënn-dënn yi itam da ñuy tegtal ci anam bu misaal jaar-jaari Millerite bu ñëkk ak bu mujj ci ñaari naqar yi, te fàŋŋug Midnight Cry mooy màndarga bi ci digg ba.</w:t>
      </w:r>
    </w:p>
    <w:p>
      <w:pPr>
        <w:pStyle w:val="ArticleBody"/>
        <w:jc w:val="left"/>
      </w:pPr>
      <w:r>
        <w:rPr>
          <w:rFonts w:ascii="Times New Roman" w:hAnsi="Times New Roman" w:eastAsia="Times New Roman" w:cs="Times New Roman"/>
        </w:rPr>
        <w:t>Ci defe ne, Mu wone ne bés juróom-ñaari dënn yi dellu nañu ci jaar-jaaru 18 Sulet 2020 ba ci yoonu Dibéeri dund gu dëgër gi di ñëw léegi. Njàqareg 18 Sulet 2020 bi, mi di njëkk ci ñetti marka yu “Dëgg” yi, ak njàqareg yoonu Dibéeri dund gu dëgër gi di ñëw léegi, mi di mujj ci ñetti marka yooyu, te ñoom lañuy xamale juróom-ñaari dënn yi ci mujjug waxtu sellal bi, dañu ko tegtal ci fippu gu jigéen-janq yu ñàkk xel yi àndal, ñi bañ bataaxalu Gaynde gi cosaanu Yuda, gi di léegi yëkkati ay xaacu, bi Muy ubbi ay tëj-ubbi te waxal ak siiwal Baatam ci kow suuf sépp; ndaxte bataaxal boobu mooy bataaxalu Yuuxug Diggante guddi gi ci fan yu mujj yi.</w:t>
      </w:r>
    </w:p>
    <w:p>
      <w:pPr>
        <w:pStyle w:val="ArticleBody"/>
        <w:jc w:val="left"/>
      </w:pPr>
      <w:r>
        <w:rPr>
          <w:rFonts w:ascii="Times New Roman" w:hAnsi="Times New Roman" w:eastAsia="Times New Roman" w:cs="Times New Roman"/>
        </w:rPr>
        <w:t>Ca njàlbéen jamono juñu tëj, ci 11 Septàmburu 2001, malaakam Apokalips sarax 18 wàcce, te ci yeneen mbir yu bare, Mu ubbiwaat xam-xam gu gëna mat ci maanaam juróom-ñaari dënn yu baax ya. Li ñu deggoon booba ci juróom-ñaari dënn yu baax ya nekkoonul rekk ne yëngu-yëngu yeesal yi da ñuy àndandoo, waaye itam ne bu malaaka mi wàccee ci moomeel googu ci ab yëngu-yëngu yeesal, dina dëggal yoonu kàddug wax ju njëkk jëfandikookat ci waxtaanam bu bees bi.</w:t>
      </w:r>
    </w:p>
    <w:p>
      <w:pPr>
        <w:pStyle w:val="ArticleBody"/>
        <w:jc w:val="left"/>
      </w:pPr>
      <w:r>
        <w:rPr>
          <w:rFonts w:ascii="Times New Roman" w:hAnsi="Times New Roman" w:eastAsia="Times New Roman" w:cs="Times New Roman"/>
        </w:rPr>
        <w:t>Wàccug malaaka bi nekk ci Peeñu gi, saraxle 18, ci 11 Sàttumbar 2001, dëggalna yoonu tawu mujj gi buy dox ci “rëdd ci kaw rëdd”, dafa tektale ne tàmbali gi (wala Alpha) mooy misaal njàlbéen gi (wala Omega). Ci mujjug jamonoy màndarga gi, Mikael wàcc na ngir dekki yax yu wow yu dee yi, yu ñu tektale ci ñaari seede yi faatu woon ci mbeddum dëkk bu mag boobu, Sodoom ak Misraim, fa sunu Boroom itam dafa dajoo ak dee. Bi Mikael woowee ñi dee ngir ñu dundaat, Moom, ni Gaynde gi cosaanu Yuda, ubbilna ne juróom-ñaari dënn yi am nañu jaar-jaaru nettali bu nëbbu woon weesu dëgg yi ñu jëmale woon ba noppi ci juróom-ñaari dënn yi.</w:t>
      </w:r>
    </w:p>
    <w:p>
      <w:pPr>
        <w:pStyle w:val="ArticleBody"/>
        <w:jc w:val="left"/>
      </w:pPr>
      <w:r>
        <w:rPr>
          <w:rFonts w:ascii="Times New Roman" w:hAnsi="Times New Roman" w:eastAsia="Times New Roman" w:cs="Times New Roman"/>
        </w:rPr>
        <w:t>Te bi Gàtt gu xeetu Yuda ubbee dëgg googu, Mu def ko ci biir tabaxu “Dëgg.” Noonu la feeñ ne 18 Sulet 2020 dafa méngoo ak 19 Awril 1844, te nekk ci waymark yooyu dina toppndikoo ak ubbiteg yégle bi ñuy wax Midnight Cry, buy wone ngàññu janqle yi amul xel ci benn histories bu nekk. Itam Mu ubbi ne yégle bi dina demlé ni tsunami wër addina ba kera yu metti yi ci yoonu Dimaas diñu ko jëfe.</w:t>
      </w:r>
    </w:p>
    <w:p>
      <w:pPr>
        <w:pStyle w:val="ArticleBody"/>
        <w:jc w:val="left"/>
      </w:pPr>
      <w:r>
        <w:rPr>
          <w:rFonts w:ascii="Times New Roman" w:hAnsi="Times New Roman" w:eastAsia="Times New Roman" w:cs="Times New Roman"/>
        </w:rPr>
        <w:t>Dina ñu kontiney ci njàngum bii ci bind bi ci topp.</w:t>
      </w:r>
    </w:p>
    <w:p>
      <w:pPr>
        <w:pStyle w:val="ArticleScripture"/>
        <w:jc w:val="left"/>
      </w:pPr>
      <w:r>
        <w:rPr>
          <w:rFonts w:ascii="Times New Roman" w:hAnsi="Times New Roman" w:eastAsia="Times New Roman" w:cs="Times New Roman"/>
        </w:rPr>
        <w:t>Mu ne ma: “Bulul waxi yi nekk ci kàddug yëgleb téere bii, ndaxte jamono ji jëge na. Ku bon, na sax ci ay jëfam yu bon; ku sobe, na sax ci sobeam; ku jub, na sax ci njubam; te ku sell, na sax ci sellaayam.” Te xool-leen, maa ngi ñëw gaaw; te pey maa ngi ànd ak moom, ngir fey ku nekk ni ay jëfam deme. Man maa di Alpha ak Omega, njàlbéen ga ak muj gi, ki jëkk ak ki mujj. Peeñu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Bindu Ñaari Téeméer ak Juróom-Ñent-fukk ak Ñent</dc:title>
  <dc:subject>Yëngu Makkab yi: Ndamu Trump ak yoonu waxyu bi jëm ci Nataalu Rab wu Bon wi</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