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ak Juróom-ñeent ci téeméer bi ak Juróom-ñeent</w:t>
      </w:r>
    </w:p>
    <w:p>
      <w:pPr>
        <w:pStyle w:val="ArticleSubtitle"/>
        <w:jc w:val="left"/>
      </w:pPr>
      <w:r>
        <w:rPr>
          <w:rFonts w:ascii="Arial" w:hAnsi="Arial" w:eastAsia="Arial" w:cs="Arial"/>
        </w:rPr>
        <w:t>Yoon wi jëm ci Sàrtu Dibéer: Wàllu Trump ak feesug waxu yonent bi nekk ci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Jaar-jaaru aaya waase ñent-fukk ak benn bi dafa ëmb sàrtu juróom-benni njiiti réew yi, dale ci jamono “mujj gi” ci 1989, ba 2020, bi Biden, juróom-ñaareel njiit réew bi, sàcc mbooloom njiite gi. Atum 2020 mooy màrka bu tàmbalee jaar-jaaru bu nëbbu, dale foofa ba “Alexandre Magne”, di mel ni jamono ji nguur gu juróom-ñaareel gi ci waxi waxu Yàlla yi di taxaw ci ndigalu Dimàas bu jagleel di ñëw. Fekk fukki buur yooyu daldi ci saa si bokk ci àtte bi ne, dinañu jox seen nguur gu juróom-ñaareel gi nguur gu juróom-ñetteel gi, gi bokk ci juróom-ñaari nguur yi—dooleb baab. Jaar-jaaru bu nëbbu boobu tàmbalee ak juróom-ñaareel njiit réew bi, te mu jeex ak nguur gu juróom-ñaareel gi.</w:t>
      </w:r>
    </w:p>
    <w:p>
      <w:pPr>
        <w:pStyle w:val="ArticleBody"/>
        <w:jc w:val="left"/>
      </w:pPr>
      <w:r>
        <w:rPr>
          <w:rFonts w:ascii="Times New Roman" w:hAnsi="Times New Roman" w:eastAsia="Times New Roman" w:cs="Times New Roman"/>
        </w:rPr>
        <w:t>Bu jaar-jaar ci nettali, ne diggante Xerxès, mi di buur bu bare alal bi di yëngël Grecia, ak Alexandre le Grand, amoon na juróom-ñett buur yu Perse, kon nungi gis ne jaar-jaar bu nëbbu bi nekk diggante mujjug aaya ñaareel ba ak aaya ñetteel dafay tegu ci misaal gi tukki baax yi di nattuwaay bu jamono ci limub juróom-ñett. Misaalu rab wi ci États-Unis mat na ba yépp bu yoonu Dimas bi doxalée, te ci booba nguur gu juróom-ñaareel gi, te topp nguur gu juróom-ñetteel gi, di ñëw. Juróom-ñett buur yu Perse yooyu jeex ci Alexandre le Grand, ba tax limub juróom-ñett di màndarga misaalu rab wi di nattuwaayu jamono bi di jeex ci yoonu Dimas bi.</w:t>
      </w:r>
    </w:p>
    <w:p>
      <w:pPr>
        <w:pStyle w:val="ArticleBody"/>
        <w:jc w:val="left"/>
      </w:pPr>
      <w:r>
        <w:rPr>
          <w:rFonts w:ascii="Times New Roman" w:hAnsi="Times New Roman" w:eastAsia="Times New Roman" w:cs="Times New Roman"/>
        </w:rPr>
        <w:t>Aaya fukki ba ca juróom-ñett dañuy xamal ne jamono jàngatug nataalu rab wi moo doon ñetteelu tektal ci ñetti màndarga yu jaarale woon ci jaar-jaaru Makkabe yi, te ne ñetteelu màndarga mooy ab diir bu tambalee ci 161 kanam Krista ba jeex ci 158 kanam Krista. Boobu diir toppoon na jëkkëru màndarga mi nekkoon ci 167 kanam Krista, mi tegtale tambale njàmbaaru Makkabe yi ca Modein, dëkk boo xam ne turam tekki na “jàll.” 164 kanam Krista topp na boobu jàll ca Modein, te tegtale na ñaareelu jagleelug kër Yàlla gu ñaareel gi. 164 kanam Krista mooy tegtale ñaareelu ubbeeku Donald Trump ci nguuram niki juróom-ñetteelu president bi dale ca Reagan ci 1989, moom mi bokk ci juróom-ñaar ñi. Ubbeekoom ci 20 Samwiyee 2025 dafa nekkoon lu 164 kanam Krista tegtale, ak xew-xewu waajalaat gi, mi jur kéemaanu Seytaane bi ëmb ñaari tegtal yu jëm ci juróom-ñett bi di bokk ci juróom-ñaar yi.</w:t>
      </w:r>
    </w:p>
    <w:p>
      <w:pPr>
        <w:pStyle w:val="ArticleBody"/>
        <w:jc w:val="left"/>
      </w:pPr>
      <w:r>
        <w:rPr>
          <w:rFonts w:ascii="Times New Roman" w:hAnsi="Times New Roman" w:eastAsia="Times New Roman" w:cs="Times New Roman"/>
        </w:rPr>
        <w:t>Kon nag, juróom ñaari buur-i Perse yi di tegtal jaar-jaaru mbootaayu Yawut yi ak Rooma dale ko ci atum 161 B.K. ba 158 B.K., te ci loolu, ñu joxe seede bu ñaareel ci waxtu nattu nataalu rab wa, mi di topp ndaje-gënnug Trump ci 2025. Saar bi ñaareel dem na ci wote bu sàcc bi ci 2020, fa mu yem ba keroog seede bu jaar-jaar bu ñaari buur-i Perse yi dees ko jëfandikoo, te ñu gis seen jëfe ci ginnaaw ndaje-gënnug ñaareel ba Trump. Bu ñu teggee ñaari buur-i Perse yi ci kaw jaar-jaar bi nekk diggante saar bi ñaareel ak ñetteel, am na ba tey ab jamono bu nëbb gu dale ci ndaje-gënnug Biden ba ci ndaje-gënnug ñaareel ba Trump.</w:t>
      </w:r>
    </w:p>
    <w:p>
      <w:pPr>
        <w:pStyle w:val="ArticleBody"/>
        <w:jc w:val="left"/>
      </w:pPr>
      <w:r>
        <w:rPr>
          <w:rFonts w:ascii="Times New Roman" w:hAnsi="Times New Roman" w:eastAsia="Times New Roman" w:cs="Times New Roman"/>
        </w:rPr>
        <w:t>Jàngoro bu nëbbu gi ñu leen xamale ko ci Peeñug Yowaana, xarit fukk ak benn, fa malaaka rabu ñàkk ngëm reyee ñaari seede yi ci atum 2020. Gannaaw loolu, bu weesoo ñetti fan ak genn-wàll yu nekk misaal, Mikaayil wàcc na ngir dekkal ñaari seede yi. Trump bu “dekkar” tàmbalee na ñetteelu wutug njiiñam ci 15 Nowàmbar 2022, te “baat bu di ci màndiŋ” bu dekkar tàmbalee na woo ñaar-fukk ak ñeent-fukk ak ñeent-junni nit ñi ci mujju weeru Sulet 2023.</w:t>
      </w:r>
    </w:p>
    <w:p>
      <w:pPr>
        <w:pStyle w:val="ArticleBody"/>
        <w:jc w:val="left"/>
      </w:pPr>
      <w:r>
        <w:rPr>
          <w:rFonts w:ascii="Times New Roman" w:hAnsi="Times New Roman" w:eastAsia="Times New Roman" w:cs="Times New Roman"/>
        </w:rPr>
        <w:t>Aayaat fukki, benn ak benn, ak ñaar-fukk ak ñaar ci Daniel saptaar fukk ak benn, mangi jëfandikoo ngir xamle xareb Ukreen bi tambali woon ci atum 2014, te dina jeex ak ndamlu Risi, te gannaaw loolu saxalug mbootaayu Risi bii nu nekk léegi dina daanu, ni ko daanale daanug Inyon Soweet bi ci 1989.</w:t>
      </w:r>
    </w:p>
    <w:p>
      <w:pPr>
        <w:pStyle w:val="ArticleBody"/>
        <w:jc w:val="left"/>
      </w:pPr>
      <w:r>
        <w:rPr>
          <w:rFonts w:ascii="Times New Roman" w:hAnsi="Times New Roman" w:eastAsia="Times New Roman" w:cs="Times New Roman"/>
        </w:rPr>
        <w:t>Aayaat fukk ak ñett ba fukk ak juróom ñaar day jëfandikoo ñetti rëddi yonent. Rëdd bi jëm ci fajug papaas bi, mi tambalee ba jigéenu yaramu Tir génn ci kumpaam, aaya fukk ak ñent moo koy misaal; te matugum ci jaar-jaaru mboolem jamono mooy atum 200 BC, ba Roomu xarit-yàllaul bi dugg ci jaar-jaaru yonent ni sacci ñi bokk ci sa nit ñi, ñiy yékkati seen bopp, waaye dañuy daanu.</w:t>
      </w:r>
    </w:p>
    <w:p>
      <w:pPr>
        <w:pStyle w:val="ArticleBody"/>
        <w:jc w:val="left"/>
      </w:pPr>
      <w:r>
        <w:rPr>
          <w:rFonts w:ascii="Times New Roman" w:hAnsi="Times New Roman" w:eastAsia="Times New Roman" w:cs="Times New Roman"/>
        </w:rPr>
        <w:t>Ci ñetti aaya, bindu yonent gu jubadi réewin yu dellu ca ndigalu Yàlla teewal na ko ci jaar-jaaru Antiochus III, mi di misaalu doxalin Trump ni ñetteelu njiit bu juróom-ñaar ak benn, maanaam mi bokk ci ñaar-fukk yu jëkk ya. Ñetti aaya yooyu itam jëfandikoo jaar-jaaru Makkabe yi ngir ràññee bindu yonent gu Protestantism buy dellu ca ndigalu Yàlla.</w:t>
      </w:r>
    </w:p>
    <w:p>
      <w:pPr>
        <w:pStyle w:val="ArticleBody"/>
        <w:jc w:val="left"/>
      </w:pPr>
      <w:r>
        <w:rPr>
          <w:rFonts w:ascii="Times New Roman" w:hAnsi="Times New Roman" w:eastAsia="Times New Roman" w:cs="Times New Roman"/>
        </w:rPr>
        <w:t>Rëddu waxu kañ gu true protestant, wi tambalee woon ci yëngu-yëngu Filadelfiyaan bu Millerites yi, te mu jeex ci yëngu-yëngu Filadelfiyaan bu ñaar-fukk ak ñeent junni, dañuy ko itam teg ci kaw jaar-jaaru mboolem bàyyi bu aaya juróom-ñeent-fukk bi. Juróom-ñaari dënnu yi ci Peeñug Yowaana saar fukk dañuy misaalal ñoom-ñaar: yëngu-yëngu Filadelfiyaan bu Millerites yi ak ñaar-fukk ak ñeent junni. Tëj gi yonent bi, ak ubbi gi yonent bi, Almasi mooy ko matal; te bu Ko defee, muy wone boppam ni Gaynde gu giir Yuda. Ci saar fukk bi, malaaka mi Yaay White wax ne mooy “du kenn kudul Yeesu Kirist” “waxoon ak baat bu xumb, ni bu gaynde di yëkkati; te bi Mu waxee, juróom-ñaari dënnu ya sant seen baat.”</w:t>
      </w:r>
    </w:p>
    <w:p>
      <w:pPr>
        <w:pStyle w:val="ArticleBody"/>
        <w:jc w:val="left"/>
      </w:pPr>
      <w:r>
        <w:rPr>
          <w:rFonts w:ascii="Times New Roman" w:hAnsi="Times New Roman" w:eastAsia="Times New Roman" w:cs="Times New Roman"/>
        </w:rPr>
        <w:t>Kirist, ni muy Gaynde gi dëkkub Yuda, defaroon juróom-ñaar yiir yu doole yi ci jaar-jaaru waxu yonent bi lu tollook atum 100, te mu daldi tëj ko ci saa si, ndaxte “bi juróom-ñaar yiir yu doole yi waxee seen baat,” Yowaana “daan bind: te” mu “dég baat bu jóge asamaan ne,” “tëjël yeneen yooyu juróom-ñaar yiir yu doole yi wax, te bul leen bind.”</w:t>
      </w:r>
    </w:p>
    <w:p>
      <w:pPr>
        <w:pStyle w:val="ArticleBody"/>
        <w:jc w:val="left"/>
      </w:pPr>
      <w:r>
        <w:rPr>
          <w:rFonts w:ascii="Times New Roman" w:hAnsi="Times New Roman" w:eastAsia="Times New Roman" w:cs="Times New Roman"/>
        </w:rPr>
        <w:t>Jaar-jaar bu nëbbu aayaat ñent-fukk bi, Léebu gi jóge ci giiru Yuda moo ngi koy ubbi léegi; te ci jaar-jaar boobu, rëdd gu sax gu kaŋ protestant dëgg gi, ñaari juróom-ñaar ñi jafe-jafe yi a ko melal. Ba baat ba ca màndiŋ ma tàmbalee xaacu ci weeru Sulet 2023, Léebu gi jóge ci giiru Yuda ubbi na beneen xam-xam bu bees ci li “Ñaari juróom-ñaar ñi jafe-jafe yi” di tekki.</w:t>
      </w:r>
    </w:p>
    <w:p>
      <w:pPr>
        <w:pStyle w:val="ArticleBody"/>
        <w:jc w:val="left"/>
      </w:pPr>
      <w:r>
        <w:rPr>
          <w:rFonts w:ascii="Times New Roman" w:hAnsi="Times New Roman" w:eastAsia="Times New Roman" w:cs="Times New Roman"/>
        </w:rPr>
        <w:t>Juróom ñiir yi dafa tegu ci jaar-jaaru waxtu bi tàmbalee 18 Sulet 2020, ba bi yëngu-yëngu ñaari téeméeri ak ñeent-fukk ak ñeent ñu rey ca mbedd ya, ba ci yoonu Diiw bu dëgër bi di ñëw ci lu gaaw. Rëddub juróom ñiir yi dafa xamle “xew-xew” yi, yi di am ci jaar-jaar boobu. Jëfandikoo bu jëkk bi ci naqar, teg na ci topp ndawtalub Yuuxu Diggante Gudd ak Bët-set, te mu topp ci yoonu Diiw bu dëgër bi. Ba Jigéen Bu Sell bi White xamalee juróom ñiir yi, muy jaar-jaaru malaaka bi njëkk ak ñaareel bi, walla muy xew-xew yu nekk ci kanam, ci ñaari melokaan yooyu ñépp dafa xamle ne dañuy tegu ci “xew-xew” yi.</w:t>
      </w:r>
    </w:p>
    <w:p>
      <w:pPr>
        <w:pStyle w:val="ArticleBody"/>
        <w:jc w:val="left"/>
      </w:pPr>
      <w:r>
        <w:rPr>
          <w:rFonts w:ascii="Times New Roman" w:hAnsi="Times New Roman" w:eastAsia="Times New Roman" w:cs="Times New Roman"/>
        </w:rPr>
        <w:t>Baatu Wax ju guddi bi “Cry of Midnight” man naa mel ni lu dul ab “event”, waaye ci jaar-jaaru Millerite, ndaje kaŋ Exetër bi dale 12 ba 17 Ut 1844 moo nekkoon ab “event”, ak ay mbir yu bare yu ànd ak ko te jàppandikoo ak boobu event. Waaye itam, àgsi gi batayu “Cry of Midnight” bi ci ndaje kaŋ gi moo nekkoon matug léebub fukk i janq yi ci Macë 25. “Event” bu ndaje kaŋ Exetër bi moo nekkoon matug juróom-ñaar ñi doxandéem yi, waaye léebu fukk i janq yi du wax ci yooyu ay event; mu ngi wax ci “experience” bu janq yi.</w:t>
      </w:r>
    </w:p>
    <w:p>
      <w:pPr>
        <w:pStyle w:val="ArticleScripture"/>
        <w:jc w:val="left"/>
      </w:pPr>
      <w:r>
        <w:rPr>
          <w:rFonts w:ascii="Times New Roman" w:hAnsi="Times New Roman" w:eastAsia="Times New Roman" w:cs="Times New Roman"/>
        </w:rPr>
        <w:t>«Léebu fukki janq yi nekk ci Macë 25 itam dafa melal xexperience bu nit ñi Adventist yi dajale.» The Great Controversy, 393.</w:t>
      </w:r>
    </w:p>
    <w:p>
      <w:pPr>
        <w:pStyle w:val="ArticleBody"/>
        <w:jc w:val="left"/>
      </w:pPr>
      <w:r>
        <w:rPr>
          <w:rFonts w:ascii="Times New Roman" w:hAnsi="Times New Roman" w:eastAsia="Times New Roman" w:cs="Times New Roman"/>
        </w:rPr>
        <w:t>Ni mel ni juróom-ñaari dëgg-dëgg yu réy di xamle jaar-jaaru yamale bu yëgale bennéel ak ñetteel malaaka, noonu itam léebu fukki janq yi di xamle ñaari jaar-jaar yu yamale yi.</w:t>
      </w:r>
    </w:p>
    <w:p>
      <w:pPr>
        <w:pStyle w:val="ArticleScripture"/>
        <w:jc w:val="left"/>
      </w:pPr>
      <w:r>
        <w:rPr>
          <w:rFonts w:ascii="Times New Roman" w:hAnsi="Times New Roman" w:eastAsia="Times New Roman" w:cs="Times New Roman"/>
        </w:rPr>
        <w:t>«Lu ñuy maa jox yoon ci léebu fukki janq yi, juróom ñoo am xel, te juróom ñi ci des ñoo ñàkk xel. Léebu bii am na, te dina am mataleek ba ci benn bataaxal bi, ndaxte am na njariñ wu gën a xam ci jamono jii, te, ni yégleb malaaka bu ñetteel bi, am na mataleek te dina wéy di dëggu jamono jii ba keroog mujjug àddina.» Review and Herald, 19 Ut 1890.</w:t>
      </w:r>
    </w:p>
    <w:p>
      <w:pPr>
        <w:pStyle w:val="ArticleBody"/>
        <w:jc w:val="left"/>
      </w:pPr>
      <w:r>
        <w:rPr>
          <w:rFonts w:ascii="Times New Roman" w:hAnsi="Times New Roman" w:eastAsia="Times New Roman" w:cs="Times New Roman"/>
        </w:rPr>
        <w:t>Màndargu juróom-ñaari doxalin yi dafay tegtal “xew-xew” yi ci jaar-jaari nettali yu méngoo, te fukki janq yi dafay tegtal “jàmono” xam-xam yi ak dof yi ci ñaari nettali yooyu yu méngoo. Jàmmu Millerite bi, ba ci atum 1856, mooy woon jàmmonoy Philadelphia, te jàmmonoy yëngu-yëngu ñetti-fukki junni ak ñenti-fukki junni yi ak ñenti téeméeri junni yi ak ñenti-fukki junni yi ak ñenti téeméeri junni yi ak ñent-fukki ñaar ak ñeent (one hundred and forty-four thousand) mooy woon jàmmonoy Laodicea, ba gannaaw tuuti weeru Sulet, 2023. Ci ñaari nettali yi ñoom ñaar, janq yu xam-xam ak yu dof dinañu feeñ bu yégleb Woote gu Digg-bi agsee, ndaxte foofa lañuy gis kan moo amoon diwlinu waajal.</w:t>
      </w:r>
    </w:p>
    <w:p>
      <w:pPr>
        <w:pStyle w:val="ArticleScripture"/>
        <w:jc w:val="left"/>
      </w:pPr>
      <w:r>
        <w:rPr>
          <w:rFonts w:ascii="Times New Roman" w:hAnsi="Times New Roman" w:eastAsia="Times New Roman" w:cs="Times New Roman"/>
        </w:rPr>
        <w:t>“Nekkin mbooloom Kàggu gi mi ñu tektale ci janq yu ndaw yi ñàkk xel, ñoom itam wax nañu ko ne mooy nekkin Lawodiseya bi.” Review and Herald, 19 Aawut 1890.</w:t>
      </w:r>
    </w:p>
    <w:p>
      <w:pPr>
        <w:pStyle w:val="ArticleBody"/>
        <w:jc w:val="left"/>
      </w:pPr>
      <w:r>
        <w:rPr>
          <w:rFonts w:ascii="Times New Roman" w:hAnsi="Times New Roman" w:eastAsia="Times New Roman" w:cs="Times New Roman"/>
        </w:rPr>
        <w:t>Ñi bañ ñi nangu lekk ci ndigal bi nekk ci loxo Mikayel, malaaka bu mag bi wàccoon ci mujjantalu suwe 2023, dinañu des ci tolluwaayu Lawdise; te ñi jël téere bu tuuti bi, lekk ko, dinañu jëlew ci tolluwaayu Filadelfi. Tolluwaayu Lawdise dafay tegtal nit ñi, walla kenn ku Kirist nekk ci bitiisam, waaye miy seet dugg; te tolluwaayu Filadelfi dees na ko tegtal ni mbooloom Yàlla ak nit. Juróom-ñaari dënn yi dañuy xamale “xew-xew yi” ci sàrtu ràññee gi dëgg, gi Protestaŋ bi, ñu tërël ci jaar-jaar bu nëbbu bu aaya ñeent-fukk, di tàmbalee 18 sulet 2020 ba ci yoonu Dimaas.</w:t>
      </w:r>
    </w:p>
    <w:p>
      <w:pPr>
        <w:pStyle w:val="ArticleBody"/>
        <w:jc w:val="left"/>
      </w:pPr>
      <w:r>
        <w:rPr>
          <w:rFonts w:ascii="Times New Roman" w:hAnsi="Times New Roman" w:eastAsia="Times New Roman" w:cs="Times New Roman"/>
        </w:rPr>
        <w:t>Léebu fukki janq yi day wone “jéego” ñi ñu woo ngir bokk ci téeméeri junni ak ñeent fukk ak ñeent junni yi ci benn jamono boobu sax. “Xew-xew yi” di wone jaar-jaaru téeméeri junni ak ñeent fukk ak ñeent junni yi, dalee ci 18 Sulet 2020 ba ci yoonu Dibéer, ak “jéego” ñaari xeeti nit ñi ci biir jaar-jaar boobu, ànd na ak xamle liggéey bi ñu dénk woon te ñu dénk tey ci ñaari jaar-jaar yu mel noonu. Liggéey boobu, malaaka yi nekk ci Peeñu mi ñent-fukk ak ñeent ñoo ko taxe; te liggéeyu Millerite yi, malaaka bu jëkk ak bu ñaareel ñoo ko taxe; te liggéeyu téeméeri junni ak ñeent fukk ak ñeent junni yi, malaaka bu ñetteel moo ko taxe.</w:t>
      </w:r>
    </w:p>
    <w:p>
      <w:pPr>
        <w:pStyle w:val="ArticleScripture"/>
        <w:jc w:val="left"/>
      </w:pPr>
      <w:r>
        <w:rPr>
          <w:rFonts w:ascii="Times New Roman" w:hAnsi="Times New Roman" w:eastAsia="Times New Roman" w:cs="Times New Roman"/>
        </w:rPr>
        <w:t>«Am naa ay jëf ju am solo ngir jot am xam-xam bu neex. Am naa xam-xam ci yëgleb malaaka bu njëkk bi, ñaareel bi, ak ñetteel bi. Malaaka yi dañu leen teg ni ñuy wër ci diggante asamaan, di yëgle àddina ab yëgleb bu artu, te am na njariñ wu jub ci nit ñi dëkk ci fan yi mujj ci jaar-jaaru suuf sii. Kenn déggul baatub malaaka yooyu, ndaxte dañuy xeetu firnde ngir tegtal askanu Yàlla ji di liggéey ci déggoo ak asamaan si. Góor ak jigéen ñi Xelum Yàlla leeral, te sellal leen jaarale ko ci dëgg gi, dañuy yëgle ñetti yëgleb yi ci seen toftaleem.» Life Sketches, 429.</w:t>
      </w:r>
    </w:p>
    <w:p>
      <w:pPr>
        <w:pStyle w:val="ArticleBody"/>
        <w:jc w:val="left"/>
      </w:pPr>
      <w:r>
        <w:rPr>
          <w:rFonts w:ascii="Times New Roman" w:hAnsi="Times New Roman" w:eastAsia="Times New Roman" w:cs="Times New Roman"/>
        </w:rPr>
        <w:t>Liggéey bi Yàlla jox askanam fan yu mujj yi ca 11 Suwe 2001, ca njàlbéenu waxtu kër gi, mooyaatu jox askanu Yàlla ci fan yu mujj yi ca mujju waxtu kër ga, bi Mikayel wàcceee ci weeru Sulet 2023.</w:t>
      </w:r>
    </w:p>
    <w:p>
      <w:pPr>
        <w:pStyle w:val="ArticleScripture"/>
        <w:jc w:val="left"/>
      </w:pPr>
      <w:r>
        <w:rPr>
          <w:rFonts w:ascii="Times New Roman" w:hAnsi="Times New Roman" w:eastAsia="Times New Roman" w:cs="Times New Roman"/>
        </w:rPr>
        <w:t>“Yowaana gis na ne, ‘Beneen malaaka wàccee asamaan, yor kàttan gu réy; te suuf sépp leer na ak ndam laam.’ Peeñu 18:1. Liggéey boobu mooy baatu askanu Yàlla, di yégle àddina ab yégle gu artu.” The 1888 Materials, 926.</w:t>
      </w:r>
    </w:p>
    <w:p>
      <w:pPr>
        <w:pStyle w:val="ArticleBody"/>
        <w:jc w:val="left"/>
      </w:pPr>
      <w:r>
        <w:rPr>
          <w:rFonts w:ascii="Times New Roman" w:hAnsi="Times New Roman" w:eastAsia="Times New Roman" w:cs="Times New Roman"/>
        </w:rPr>
        <w:t>Ni mel ni ak “xew-xew yi” ñu tektale ci juróom-ñaari dënn yi, ak “jéego bi” ñu tektale ci fukki janq yi, liggéeyu ñetti malaaka yi itam dafa tektale ñaari taarix yu dëppoo.</w:t>
      </w:r>
    </w:p>
    <w:p>
      <w:pPr>
        <w:pStyle w:val="ArticleScripture"/>
        <w:jc w:val="left"/>
      </w:pPr>
      <w:r>
        <w:rPr>
          <w:rFonts w:ascii="Times New Roman" w:hAnsi="Times New Roman" w:eastAsia="Times New Roman" w:cs="Times New Roman"/>
        </w:rPr>
        <w:t>“Yàlla jox na yonent yi nekk ci Peeñu 14 seen berab ci rëdd-u waxi yonent, te seen liggéey warul taxaw ba keroog mujj gi ci jaar-jaaru suuf si. Baatu malaaka bu njëkk ak bu ñaareel ba tey mooy dëgg ngir jamono jii, te war nañoo dox and ak bii di topp. Malaaka bu ñetteel bi yégle na waareem ak baat bu kawe. ‘Gannaaw loolu,’ la Yaxya wax, ‘gis naa beneen malaaka mu wàccé asamaan, yor kàttan gu réy, te suuf si leer na ak ndamam.’ Ci leer gi, leerug ñatti yëgle yi ñoom ñépp dafa booloo.” The 1888 Materials, 804.</w:t>
      </w:r>
    </w:p>
    <w:p>
      <w:pPr>
        <w:pStyle w:val="ArticleBody"/>
        <w:jc w:val="left"/>
      </w:pPr>
      <w:r>
        <w:rPr>
          <w:rFonts w:ascii="Times New Roman" w:hAnsi="Times New Roman" w:eastAsia="Times New Roman" w:cs="Times New Roman"/>
        </w:rPr>
        <w:t>Ci ayet fukk ak juróom-ñett yi ci Daniel fukki benn, liggéeyu waxi yëgle bu bind bi ci sàqamu protestantism bu dëddug (Maccabées yi), républicanisme bu dëddug (Antiochus III), ak jigéen ju njaaloo bu Tir (sàcc yi ci sa nit ñi) mooy luñu xamle. Ci noonu, ci benn taarix boobu, sàqamu waxi yëgle yi ci dëgg-dëgg protestant bu gees bu juróom-ñaar-fukk ak ñeent-fukk ak ñeent-junñaar yi di xamle seen liggéey, seen “experience,” ak “events” yi di am ci biir nit ñi Yàlla yi ci fan yu mujj yi. Sàqamu gees bu dëgg-dëgg protestant bi dañu ko tekki ni mooy juróom-ñaar-fukk ak juróom-ñett doxalin yu xumb, te loolu mooy benn yëgle rekk ci téereb Révélation bi ñu xamle ne dafa ñu ko tëj. Tuuti laata àtteb àll ba tëj, ndigal gi jóge ci Gayndeg gi bokk ci xeetu Yuda, Ki tëjonna yëgleb juróom-ñaar-fukk ak juróom-ñett doxalin yu xumb yi, ngir ubbi yëgle yi ci téere bii.</w:t>
      </w:r>
    </w:p>
    <w:p>
      <w:pPr>
        <w:pStyle w:val="ArticleBody"/>
        <w:jc w:val="left"/>
      </w:pPr>
      <w:r>
        <w:rPr>
          <w:rFonts w:ascii="Times New Roman" w:hAnsi="Times New Roman" w:eastAsia="Times New Roman" w:cs="Times New Roman"/>
        </w:rPr>
        <w:t>Ubbi gaññ gi juróom-ñaari dëgg-dëgg yu baax yi ci njeexital jamono ju ñuy rëdd ñetti-fukki junni ak ñeenti-fukki junni, mi ñu wone woon lu muy misaal ci ubbi gaññ gi juróom-ñaari dëgg-dëgg yu baax yi ca njëlbéenug jamono ju ñuy rëdd, war nañu koo jëfandikoo (rëkk ci kow rëkk) ci sa cér yu téeréb Daniel bi jëm ci fan yu mujj yi, te sa cér boobu mooy jaar-jaaru cosaan bu nëbbu bu aaya ñaar-fukk. Bu ubbi gaññ boobu matalee ba noppi, ni ko ubbi gi sëllu juróom-ñaareel bi di feeñal, Yàlla dina tuur safaraam Xelam Mu Sell mi ci kaw ñetti-fukki junni ak ñeenti-fukki junni, na mu ko defee ak taalibe yi ca Pentekost. Pentekost méngoo na ak yoonu Dibéeri ga di ñëw léegi.</w:t>
      </w:r>
    </w:p>
    <w:p>
      <w:pPr>
        <w:pStyle w:val="ArticleScripture"/>
        <w:jc w:val="left"/>
      </w:pPr>
      <w:r>
        <w:rPr>
          <w:rFonts w:ascii="Times New Roman" w:hAnsi="Times New Roman" w:eastAsia="Times New Roman" w:cs="Times New Roman"/>
        </w:rPr>
        <w:t>“Dama bëgg bu xóot laa xoolal waxtu wi nga xam ne mbir yi amoon bésu Pentekot dinañu dellu am ak kàttan gu gën a réy fu mu nekkoon ca bés boobu. Yowaana nee na: ‘Gis naa beneen malaaka mu wàcce asamaan, yor kàttan gu réy; te suuf si leer ak ndamuam.’ Noonu itam, ni mu amee woon ca jamonoju Pentekot, nit ñi dinañu dégg dëgg gi ñuy waxal leen, kenn ku nekk ci làkkam bopp.”</w:t>
      </w:r>
    </w:p>
    <w:p>
      <w:pPr>
        <w:pStyle w:val="ArticleScripture"/>
        <w:jc w:val="left"/>
      </w:pPr>
      <w:r>
        <w:rPr>
          <w:rFonts w:ascii="Times New Roman" w:hAnsi="Times New Roman" w:eastAsia="Times New Roman" w:cs="Times New Roman"/>
        </w:rPr>
        <w:t>“Yàlla man na dugal dund gu bees ci bépp ruu gu bëgg ko ak xol bu dëgg ngir jaamu Ko, te man na laal tuuti bëñ yi ak doj wu dund gu jóge ci saraxal bi, ba tax ñuy nekk ku xam wax ngir màggal Ko. Junniy baat dinañu fees ak dooley wax dëgg yu yéemu yi nekk ci Kàddug Yàlla. Làkk wu daan tëx dina ubbi, te ñi ragal dinañu am doole ngir seedeel dëgg gi ak fit. Na Boroom bi dimmëli ay nitam ngir ñu sellal kërug ruu gi ci bépp sobe, te ñu sax ci lëkkal bu góor ak moom, ngir ñu man a bokk ci taw bi mujj bi bu ñu koy tuur.” Review and Herald, July 20, 1886.</w:t>
      </w:r>
    </w:p>
    <w:p>
      <w:pPr>
        <w:pStyle w:val="ArticleBody"/>
        <w:jc w:val="left"/>
      </w:pPr>
      <w:r>
        <w:rPr>
          <w:rFonts w:ascii="Times New Roman" w:hAnsi="Times New Roman" w:eastAsia="Times New Roman" w:cs="Times New Roman"/>
        </w:rPr>
        <w:t>Ndàq giiirug màndarga bi dayoo mooy misaalug jeexital dayoo moomu. Ca njàlbéen ga, tawub mujj ga tuuruwoon na ci natt, te ci mujj ma dañuy ko tuurul ci lu amul natt. Malaaka mi wàccoon 11 Sàttumbar 2001 mooy benn malaaka mi wàcce ci mujjug weeru Sulet 2023. Jaar-jaaru Pentekoteg tàmbalee na ca ndekkiteg Kirist, te jeexital matug matale gu mat sëkkug Pentekoteg mooy ca ndekkiteg téeméer ak ñeent-fukk ak ñeent-junni.</w:t>
      </w:r>
    </w:p>
    <w:p>
      <w:pPr>
        <w:pStyle w:val="ArticleScripture"/>
        <w:jc w:val="left"/>
      </w:pPr>
      <w:r>
        <w:rPr>
          <w:rFonts w:ascii="Times New Roman" w:hAnsi="Times New Roman" w:eastAsia="Times New Roman" w:cs="Times New Roman"/>
        </w:rPr>
        <w:t>«Li Kirist ci safaraat ruuyam ci kaw taalibeem yi, te mu jox leen jàmmam, mel na ni ay tuuti tooy la woon bu njëkk mbedd mi bare lañuy joxe bésu Pentekot.» Spirit of Prophecy, volume 3, 243.</w:t>
      </w:r>
    </w:p>
    <w:p>
      <w:pPr>
        <w:pStyle w:val="ArticleBody"/>
        <w:jc w:val="left"/>
      </w:pPr>
      <w:r>
        <w:rPr>
          <w:rFonts w:ascii="Times New Roman" w:hAnsi="Times New Roman" w:eastAsia="Times New Roman" w:cs="Times New Roman"/>
        </w:rPr>
        <w:t>Kirist moo nekk ci ay taalibeem yi gannaaw ba mu dekkee, te loolu daldi am bu mu yéegoon caayam ci Baayam. Bi mu delloo wàcc gannaaw ndajeem ak Baayam, mu feeñu ci taalibe yi, daldi leen wol “tuuti tànk” yu jiitu “taw gu bari gu Pentekoot.” Tuuti tànk yooyu dafa mel ni njàlbéenu jamono ju tëj, te taw gu bari ga dafa tegtal mujju jamono jooju. Njàlbéenu jamono ju tëj ji dafa amaat ci mujja, te ni Kirist moo nekk ci ay taalibeem yi ci njàlbéenu jamonoy Pentekoot, noonu it moo nekk ci ay nitam yu fan yu mujj yi ci mujju jamono jooju.</w:t>
      </w:r>
    </w:p>
    <w:p>
      <w:pPr>
        <w:pStyle w:val="ArticleScripture"/>
        <w:jc w:val="left"/>
      </w:pPr>
      <w:r>
        <w:rPr>
          <w:rFonts w:ascii="Times New Roman" w:hAnsi="Times New Roman" w:eastAsia="Times New Roman" w:cs="Times New Roman"/>
        </w:rPr>
        <w:t>“Yax yu wowu yi soxlañu ci Noo gu Sellu Yàlla, ngir ñu dugg ci jëf, mel ni ndekkite gu joge ci dee.” Bible Training School, 1 Desambar 1903.</w:t>
      </w:r>
    </w:p>
    <w:p>
      <w:pPr>
        <w:pStyle w:val="ArticleBody"/>
        <w:jc w:val="left"/>
      </w:pPr>
      <w:r>
        <w:rPr>
          <w:rFonts w:ascii="Times New Roman" w:hAnsi="Times New Roman" w:eastAsia="Times New Roman" w:cs="Times New Roman"/>
        </w:rPr>
        <w:t>Ndeyu ñaari seede yi dafa boole ne ñi yégle woon wax ju dul dëgg ji Nashville ak 18 Sulet 2020, def nañu ko ni Lawodise yi. Dekki gi ay yaxu yax ju wow yi dañuy mel ni jéggi gu jóge ci tolluwaayu Lawodise, te mooy tolluwaayu dee, ba ci tolluwaayu Filadelfi, te mooy dund. Nooñ gi di jur dekki gi ak jéggi googu, waxu yonent la.</w:t>
      </w:r>
    </w:p>
    <w:p>
      <w:pPr>
        <w:pStyle w:val="ArticleScripture"/>
        <w:jc w:val="left"/>
      </w:pPr>
      <w:r>
        <w:rPr>
          <w:rFonts w:ascii="Times New Roman" w:hAnsi="Times New Roman" w:eastAsia="Times New Roman" w:cs="Times New Roman"/>
        </w:rPr>
        <w:t>“Kanam doole la nu war a am ci Yàlla ngir xol yu sedd te am rekk diine gu yoonu ndigal, gis yiw yu gën a baax yi ñu leen jagleel—Kirist ak sa njubam! Wax ju may dund moo nekkoon lu soxla ngir jox dund yax yu wow ya.” Manuscript Releases, volume 12, 205.</w:t>
      </w:r>
    </w:p>
    <w:p>
      <w:pPr>
        <w:pStyle w:val="ArticleBody"/>
        <w:jc w:val="left"/>
      </w:pPr>
      <w:r>
        <w:rPr>
          <w:rFonts w:ascii="Times New Roman" w:hAnsi="Times New Roman" w:eastAsia="Times New Roman" w:cs="Times New Roman"/>
        </w:rPr>
        <w:t>Diggante bi ci dekkalug Kirist ak ay ascensionam miñ na ñaari jamono: bu njëkk bi moo doon ñeent-fukk fan, ba noppi Mu yéeg asamaan; gannaaw loolu tekki fukki fan yu jiitu Pentekot. Ñeent-fukk mooy màndarga àll ba, ni noonu it ñetti fan ak genn-wàll, walla junni ak ñaari téeméeri juróom-benn-fukk at, walla fan.</w:t>
      </w:r>
    </w:p>
    <w:p>
      <w:pPr>
        <w:pStyle w:val="ArticleBody"/>
        <w:jc w:val="left"/>
      </w:pPr>
      <w:r>
        <w:rPr>
          <w:rFonts w:ascii="Times New Roman" w:hAnsi="Times New Roman" w:eastAsia="Times New Roman" w:cs="Times New Roman"/>
        </w:rPr>
        <w:t>Bi Mikael wàcce ci weeru Sulet 2023, ñetti fan ak genn-wàll gu dee ci mbedd yi jeex na, ba Kirist tàmbalee liggéeyu boole Yàllaam ak nit ñi ci biir téeméeri ñeent fukki junni ak ñeent fukk ñaar. Loolu dafa fekk woon misaalu fukki fan yi jiitu Pentekot, fa ñu wàccee bàkkaar te sampoo benn-xel ci diggante bokk-yi. Fukk mooy tektal jéego gu nattu, te jéego gu nattu ga jeex na ca Pentekot, mi tegu ci yoonu Dibeer.</w:t>
      </w:r>
    </w:p>
    <w:p>
      <w:pPr>
        <w:pStyle w:val="ArticleBody"/>
        <w:jc w:val="left"/>
      </w:pPr>
      <w:r>
        <w:rPr>
          <w:rFonts w:ascii="Times New Roman" w:hAnsi="Times New Roman" w:eastAsia="Times New Roman" w:cs="Times New Roman"/>
        </w:rPr>
        <w:t>Ci jamono ju ni ñent fukk ak ñaar-fukk bi, foofu la juróom-ñett buur yu Perse ak jaar-jaaru booloo bi nekk diggante Yawut ya ak Room tegtal jéego nattu bi ci nataalu rab wi, noonu itam jéego nattu bi ci xaalis ya feeñ ci fukki fan yi jiitu Pentekot. Bëñ-kàttan yu protestaŋs ak republikanisam boole seen bopp ci jamono jooju ngir sos nataalu rab wi, waaye dëgg-dëgg bënn kàttan bu protestaŋs boole na seen nit-gi ak Yàllaay Kirist, ba tax mu sos nataalu Kirist ci njëgëlu jëf ju taxawal ñaari xeetu way-jaamu.</w:t>
      </w:r>
    </w:p>
    <w:p>
      <w:pPr>
        <w:pStyle w:val="ArticleBody"/>
        <w:jc w:val="left"/>
      </w:pPr>
      <w:r>
        <w:rPr>
          <w:rFonts w:ascii="Times New Roman" w:hAnsi="Times New Roman" w:eastAsia="Times New Roman" w:cs="Times New Roman"/>
        </w:rPr>
        <w:t>Xew-xew yu am solo nuy juróom-ñaari doxalin yi, dees leen ubbil ci jaar-jaaru bind bi ay aaya 13 ba 15 ci Daniel 11 di tekki, te bokk nañu it ci jàppante ak jaar-jaaru nëbbu bi ci aaya 40, bi di jeex ci yoonu dibeer bu agsi ci lu gaaw, fa la waxtu ñaanu ñeel ñi di sàmm Besub Noppalu di tëj.</w:t>
      </w:r>
    </w:p>
    <w:p>
      <w:pPr>
        <w:pStyle w:val="ArticleScripture"/>
        <w:jc w:val="left"/>
      </w:pPr>
      <w:r>
        <w:rPr>
          <w:rFonts w:ascii="Times New Roman" w:hAnsi="Times New Roman" w:eastAsia="Times New Roman" w:cs="Times New Roman"/>
        </w:rPr>
        <w:t>« Te itam, léeb yi di jàngale ne kenn dootul am waxtu yépp ngir tuubaan gannaaw àtte ba. Bu liggéeyu xibaar bu baax bi mattee, ci saa si la xàjjal gi di xew ci diggante ñi baax ak ñi bon, te àppub bépp wàll sax na ba fàww. » Christ’s Object Lessons, 123.</w:t>
      </w:r>
    </w:p>
    <w:p>
      <w:pPr>
        <w:pStyle w:val="ArticleBody"/>
        <w:jc w:val="left"/>
      </w:pPr>
      <w:r>
        <w:rPr>
          <w:rFonts w:ascii="Times New Roman" w:hAnsi="Times New Roman" w:eastAsia="Times New Roman" w:cs="Times New Roman"/>
        </w:rPr>
        <w:t>Sepaarasiyoŋ bu ñuy def diggante ñi xam ak ñi xamul, Laodise yi ak Filadelifi yi walla dugub ji ak ñax mu bon mi, malaaka yi dañu ko mottali.</w:t>
      </w:r>
    </w:p>
    <w:p>
      <w:pPr>
        <w:pStyle w:val="ArticleScripture"/>
        <w:jc w:val="left"/>
      </w:pPr>
      <w:r>
        <w:rPr>
          <w:rFonts w:ascii="Times New Roman" w:hAnsi="Times New Roman" w:eastAsia="Times New Roman" w:cs="Times New Roman"/>
        </w:rPr>
        <w:t>“Bàyyileen na ñu màggandoo ba ci waxtu góob gi, muy dugub ak ay mbaam-xobu; bu boobaa malaaka yi lañuy def liggéeyu séddale bi.” Selected Messages, téere 2, 69.</w:t>
      </w:r>
    </w:p>
    <w:p>
      <w:pPr>
        <w:pStyle w:val="ArticleBody"/>
        <w:jc w:val="left"/>
      </w:pPr>
      <w:r>
        <w:rPr>
          <w:rFonts w:ascii="Times New Roman" w:hAnsi="Times New Roman" w:eastAsia="Times New Roman" w:cs="Times New Roman"/>
        </w:rPr>
        <w:t>Bataaxal bi ñuy ubbi tuuti balaa xel wàllu jëfandikukat yi tëjiku, mooy xamle liggéeyu askanu Yàlla, ni ko malaaka yi teewal. Bataaxal bi nekk ci mbind yi nag, léegi dees ko di siiwal ci àddina bi yépp ci lu ëpp juróom-benn fukki làkk (kàddu). Loolu léegi dañuy ko matal balaa xel wàllu jëfandikukat yi tëjiku, te mooy liggéeyu askanu Yàlla ci fan yu mujj yii, ñu joxe bataaxal bii. Bataaxal bi day xamle xew-xew yi ñu teewal ni juróom-ñaar ñetti riit, te liggéeyu déggal ak jébbale bataaxal bi day jur njeexitalu janq bu xam-xam yi.</w:t>
      </w:r>
    </w:p>
    <w:p>
      <w:pPr>
        <w:pStyle w:val="ArticleBody"/>
        <w:jc w:val="left"/>
      </w:pPr>
      <w:r>
        <w:rPr>
          <w:rFonts w:ascii="Times New Roman" w:hAnsi="Times New Roman" w:eastAsia="Times New Roman" w:cs="Times New Roman"/>
        </w:rPr>
        <w:t>Dina yokkute ci njàngum bii ci bind bii di ñëw.</w:t>
      </w:r>
    </w:p>
    <w:p>
      <w:pPr>
        <w:pStyle w:val="ArticleScripture"/>
        <w:jc w:val="left"/>
      </w:pPr>
      <w:r>
        <w:rPr>
          <w:rFonts w:ascii="Times New Roman" w:hAnsi="Times New Roman" w:eastAsia="Times New Roman" w:cs="Times New Roman"/>
        </w:rPr>
        <w:t>«Ci guddii lëndëm gi, ab xew-xew bu yéeme lool moo weesu fa sama kanam. Gis naa mbóot mu mag loolu bu safara daanu ci biir ay kër yu rafet, ba tax seen sankute ga daldi nekk ci saa si. Dégg naa kenn naan: “Xamoon nanu ne àttey Yàlla dina ñëw ci suuf, waaye xamoonu nu ne dina ñëw yàggul nii.” Ñeneen it, ak baat yu metti te fees ak tiis, naan: “Yaa ko xamoon! Lu tax nag waxuloo nu ko? Nun xamoonu nu.” Ci bépp wet dégg naa baat yu ni mel dii xaste.»</w:t>
      </w:r>
    </w:p>
    <w:p>
      <w:pPr>
        <w:pStyle w:val="ArticleScripture"/>
        <w:jc w:val="left"/>
      </w:pPr>
      <w:r>
        <w:rPr>
          <w:rFonts w:ascii="Times New Roman" w:hAnsi="Times New Roman" w:eastAsia="Times New Roman" w:cs="Times New Roman"/>
        </w:rPr>
        <w:t>«Ci tiis bu mag maa ngi yëngu. Ba noppi ma dellu nelawaat, te ma mel ni maa ngi ci benn ndaje bu mag. Kenn ku am sañ-sañ moo doon wax ak mbooloo ma, te suufam ñu lalaloon mbind miiru àddina. Mu wax ne miir moomu dafa feeñal toolu reseñu Yàlla, te war nañu koo bey. Ku nekk ki leer gu jógé asamaan tàllalee, war na delloo leer googu ci ñeneen. War nañu taal leer yu bare ci barab yu bare, te ci leer yooyu itam ñeneen leer dañuy taal.»</w:t>
      </w:r>
    </w:p>
    <w:p>
      <w:pPr>
        <w:pStyle w:val="ArticleScripture"/>
        <w:jc w:val="left"/>
      </w:pPr>
      <w:r>
        <w:rPr>
          <w:rFonts w:ascii="Times New Roman" w:hAnsi="Times New Roman" w:eastAsia="Times New Roman" w:cs="Times New Roman"/>
        </w:rPr>
        <w:t>Wax yi ñuy waxaat mooy: “Yeen ngeen di xoromu suuf si; waaye bu xoor gi sànnee seenam mbaax, lan lañu koyaatale? Kon nag, amul dara lu mu jar, ludul ñu sànni ko ci biti, nit ñi di ko doxal ci seen tànk. Yeen ngeen di leerug àddina si. Dëkk bu ñu samp ci kaw tund du man a nëbbu. Te itam, nit ñi duñu taal kandël, ba noppi teg ko ci suufu natt; waaye dañu koy teg ci kaw taxawalub kandël, ngir mu leeral ñépp ñi nekk ci kër ga. Noonu na seen leer leer kanam nit ñi, ngir ñu gis seen jëf yu baax te màggal seen Baay bi nekk ci asamaan.” Macë 5:13–16.</w:t>
      </w:r>
    </w:p>
    <w:p>
      <w:pPr>
        <w:pStyle w:val="ArticleScripture"/>
        <w:jc w:val="left"/>
      </w:pPr>
      <w:r>
        <w:rPr>
          <w:rFonts w:ascii="Times New Roman" w:hAnsi="Times New Roman" w:eastAsia="Times New Roman" w:cs="Times New Roman"/>
        </w:rPr>
        <w:t>“Gis naa ay ndoxu leer yu nekk di leer ci dëkk yi ak ci kër yi, te itam ci bérab yu kawe yi ak ci bérab yu suufe yi ci suuf si. Sàmmuñu kàddug Yàlla, te ci seen toppatoo am na ay fàttaliku ngir Moom ci bépp dëkk ak ci bépp kër. Dëggam yéglees na ko ci àddina sépp.”</w:t>
      </w:r>
    </w:p>
    <w:p>
      <w:pPr>
        <w:pStyle w:val="ArticleScripture"/>
        <w:jc w:val="left"/>
      </w:pPr>
      <w:r>
        <w:rPr>
          <w:rFonts w:ascii="Times New Roman" w:hAnsi="Times New Roman" w:eastAsia="Times New Roman" w:cs="Times New Roman"/>
        </w:rPr>
        <w:t>«Noonu, ñu dindi woonu mbind mi, ñu teg beneen ci wéram. Ci moom, leer ga dafa feeñ ay bérab yu néew rekk. Des bi ci àddina si nekkoon ci lëndëm, te fii ak fale rekk am na woon ab tàllal bu néew ci leer. Sunu Jàngalekat bi ne: “Lëndëm bii mooy njariñu nit ñi di topp seen bopp yoon. Ñu sàmm jikko yu bon yu joge ci seen maam ak baay, ak itam tendans yu ñu yar ci lu bon. Def nañu laaj ak seetlu ay sikk, ak di jiiñ, ak di jiiñal, seen liggéey bu gën a mag ci seen dund. Seen xol jubul ak Yàlla. Ñu nëbb seen leer ci suufu natt bi.”»</w:t>
      </w:r>
    </w:p>
    <w:p>
      <w:pPr>
        <w:pStyle w:val="ArticleScripture"/>
        <w:jc w:val="left"/>
      </w:pPr>
      <w:r>
        <w:rPr>
          <w:rFonts w:ascii="Times New Roman" w:hAnsi="Times New Roman" w:eastAsia="Times New Roman" w:cs="Times New Roman"/>
        </w:rPr>
        <w:t>“Bu soldaaru Kirist boo nekk ci liggéeyam, bu bépp sàmm ci tataay Siyoŋ feeñaloon liitu bi ci baat bu leer, àddina bi dina woon dégjàri ba noppi yégleb artu bi. Waaye liggéey bi dale na ay at ci gannaaw. Bi nit ñi nelawoon, Seytaane jël na nu ndam ci pexeem.”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ak Juróom-ñeent ci téeméer bi ak Juróom-ñeent</dc:title>
  <dc:subject>Yoon wi jëm ci Sàrtu Dibéer: Wàllu Trump ak feesug waxu yonent bi nekk ci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