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Tëeméeri juroom-ñeent fukk ak juróom-benn</w:t>
      </w:r>
    </w:p>
    <w:p>
      <w:pPr>
        <w:pStyle w:val="ArticleSubtitle"/>
        <w:jc w:val="left"/>
      </w:pPr>
      <w:r>
        <w:rPr>
          <w:rFonts w:ascii="Arial" w:hAnsi="Arial" w:eastAsia="Arial" w:cs="Arial"/>
        </w:rPr>
        <w:t>Melo yu eer ak ñàkk màbbu Yàlla: Tukki woneb Yàlla ci nitam yu bés yu mujj yi ci Peeñu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Ci sëriñ fukki Yàlla te Njàngum Yowaan, fa ñu wonee jaar-jaari yégleb bi ñëkk ak ñaareel malaaka yi, Yowaan, ni muy misaalul askanu Yàlla ci bés yu mujj yi, dees na ko waxoon lu jiitu ne, am na waroon am benn naqar ci jaar-jaar boobu mu doon misaalal; te naqar boobu mooyoon mbir mi nekk ci jaar-jaari yégleb bi ñëkk ak ñaareel malaaka yi, bi ñu tëj ci xel ak dégg-deggu Millerit yi, ngir natt seen ngëm.</w:t>
      </w:r>
    </w:p>
    <w:p>
      <w:pPr>
        <w:pStyle w:val="ArticleScripture"/>
        <w:jc w:val="left"/>
      </w:pPr>
      <w:r>
        <w:rPr>
          <w:rFonts w:ascii="Times New Roman" w:hAnsi="Times New Roman" w:eastAsia="Times New Roman" w:cs="Times New Roman"/>
        </w:rPr>
        <w:t>Ba noppi bi ma déggoon ci asamaan, waxaat ak man ne ma: Demal jël téere bu ndaw bi ubbiku ci loxob malaaka mi taxaw ci kaw géej gi ak suuf si. Noonu dem naa ca malaaka ba, ne ko: May ma téere bu ndaw bi. Mu ne ma: Jël ko te lekk ko; dina wexal sa biir, waaye ci sa gémmiñ dina neex ni lewru. Noonu jële naa téere bu ndaw bi ci loxob malaaka ba, lekk ko; te ci sama gémmiñ mu neex ni lewru; ba ma ko lekee nag, sama biir wex na. Peeñu Yowaana 10:8–10.</w:t>
      </w:r>
    </w:p>
    <w:p>
      <w:pPr>
        <w:pStyle w:val="ArticleBody"/>
        <w:jc w:val="left"/>
      </w:pPr>
      <w:r>
        <w:rPr>
          <w:rFonts w:ascii="Times New Roman" w:hAnsi="Times New Roman" w:eastAsia="Times New Roman" w:cs="Times New Roman"/>
        </w:rPr>
        <w:t>Ci waase fukki, Yowaana dafay tektal jaar-jaaru jamono bi tàmbalee 11 Ut 1840, baña malaaka mu réy mi wàcc ak téeré bu tuuti ci loxoom, ba ci Njàqare gu Mag gi 22 Oktoobar 1844. Bala mu tektal ci misaal jaar-jaaru boobu, wax ji mu “déggoon asamaan” wax na ko ne bu mu lekkée téeré bu tuuti boobu, “dina wex sa biir, waaye dina neex ci sa gémmiñ ni leñ.” Njàqare gu metti googu mooy li nattu woon ngëmug ñi ñuy wax Millerite yi, te nekku woon lu gën ci ñoom ñu xam njàqare googu bala muy dikk; waaye Yowaana dafay tektal nit ñi ci mujjug àddina, ñi war a xam dëgg yi jëm ci melokaanu xew-xew yi, yi di jaar-jaaru yégleb malaaka bu njëkk bi ak bu ñaareel bi.</w:t>
      </w:r>
    </w:p>
    <w:p>
      <w:pPr>
        <w:pStyle w:val="ArticleBody"/>
        <w:jc w:val="left"/>
      </w:pPr>
      <w:r>
        <w:rPr>
          <w:rFonts w:ascii="Times New Roman" w:hAnsi="Times New Roman" w:eastAsia="Times New Roman" w:cs="Times New Roman"/>
        </w:rPr>
        <w:t>Jàngu bu sell bi dëggal ne am nawoon nattu bu ñu war a teg ci nit ñi ci fan yu mujj yi, te nattu boobu dina doon nattu bu sukkandiku ci lu gënuloon ñoom a xam ko lu jiitu nattu ba; waaye nekkul woon jëfandikoo gu yem-dëkk ak njàngatu Millerite yi, doonte dafa méngoo bu baax ak melokaanu xew-xew yi ñu tektal ci malaaka bu njëkk ak bu ñaareel bi, ndax juróom-ñaari dënn yi itam dañuy tektale “xew-xew yu ëllëg yi, yi dees a feeñal ci seen toftale.”</w:t>
      </w:r>
    </w:p>
    <w:p>
      <w:pPr>
        <w:pStyle w:val="ArticleBody"/>
        <w:jc w:val="left"/>
      </w:pPr>
      <w:r>
        <w:rPr>
          <w:rFonts w:ascii="Times New Roman" w:hAnsi="Times New Roman" w:eastAsia="Times New Roman" w:cs="Times New Roman"/>
        </w:rPr>
        <w:t>Doonte neesoon na xam taarixu cosaanu Millerites yi, askanu yàlla yi ci mujjam dinañu matal benn xeetu taxawaay ak yëngu-yënguy xew-xew yu Millerites yi, waaye li nattuwoon Millerites yi, te moo gënaloon ci ñoom ba ñu bañ koo xam lu jiitu, dina doon nattu wu wuute, bi ñu indi woon ci ab cëram bu tëj ba kera ga jotoon ngir Gaynde gi cosaanoo gi ci giir Yuda ubbi Ndaje gi Yeesu Kirist, te loolu dafa am ci taarix bu nëbbu bi nekk ci aaya fukki fanweeri Daniel 11.</w:t>
      </w:r>
    </w:p>
    <w:p>
      <w:pPr>
        <w:pStyle w:val="ArticleBody"/>
        <w:jc w:val="left"/>
      </w:pPr>
      <w:r>
        <w:rPr>
          <w:rFonts w:ascii="Times New Roman" w:hAnsi="Times New Roman" w:eastAsia="Times New Roman" w:cs="Times New Roman"/>
        </w:rPr>
        <w:t>Li ñu tëj woon, waajal nañu ko ngir natt nit ñi Yàlla ci fan yu mujj yi, te natt boobu dina méngoo ak waymark bi fu ñu nattu woon Millerites yi, ndax ci jëfandikoo bu njëkk bi ci jaar-jaaru Millerites walla ci jëfandikoo bu mujj bi ci fan yu mujj yi, juróom-ñaari dënn yi nekkoon nañu “melokaanu xew-xew yi” “yii dinañu feeñ ci seen toftale.”</w:t>
      </w:r>
    </w:p>
    <w:p>
      <w:pPr>
        <w:pStyle w:val="ArticleBody"/>
        <w:jc w:val="left"/>
      </w:pPr>
      <w:r>
        <w:rPr>
          <w:rFonts w:ascii="Times New Roman" w:hAnsi="Times New Roman" w:eastAsia="Times New Roman" w:cs="Times New Roman"/>
        </w:rPr>
        <w:t>Li ñu baax na xamluwul ba pare mooy ne, ni Yowaana di wone jaar-jaaru wàccug Kirist ak téere bu ndaw bi ci 11 Ut 1840 ba ci Ñàkk yaakaar gu Mag gi 22 Oktoobar 1844, noonu itam noonu la benn jaar-jaar boobu ñu ko woonale woon ak wàccug ñaareelu malaaka bi ci 19 Awril 1844. Ñàkk yaakaar bu jëkk bi man naa ko xam ni mooy ñàkk yaakaaru Yowaana, mi gannaaw ba mu lekk téere bu ndaw bi ci 11 Ut 1840, dajale ak ñàkk yaakaar ci 19 Awril 1844. Bi ñàkk yaakaar boobu agsee, ñaareelu malaaka bi wàcc na, yor “mbind” ci loxoom.</w:t>
      </w:r>
    </w:p>
    <w:p>
      <w:pPr>
        <w:pStyle w:val="ArticleScripture"/>
        <w:jc w:val="left"/>
      </w:pPr>
      <w:r>
        <w:rPr>
          <w:rFonts w:ascii="Times New Roman" w:hAnsi="Times New Roman" w:eastAsia="Times New Roman" w:cs="Times New Roman"/>
        </w:rPr>
        <w:t>«Beneen malaka bu am solo woon ngir wàccsi ci suuf. Yeesu jox ko ci loxoom ab mbind, te bi mu agsee ci suuf, mu yuux ne: “Babilon dafa dànoon, dafa dànoon.” Noonu ma gisat ñi déggóowul woon, ñuy yékkati seeni bët ba ca asamaan, di seetaan ak ngëm ak yaakaar ngir feeñug seen Boroom. Waaye ñu bare dafa mel ni dañuy nekk ci xaalisug xel, ni ku nelaw; teewul man mën naa gis ci seeni kanam rëbbu naqar wu xóot. Ñi déggóowul woon gis nañu ci Mbind mi Sell mi ne ñoom dañoo nekk ci jamonoy yëgul, te war nañu xaar ak muñ ngir peeñug vision bi mat. Benn seede bi leen yonnee woon ngir xool seen Boroom ci atum 1843, mooleen yóbbu it ngir séentu ko ci 1844. Waaye gis naa ne ñi ëpp ci ñoom amuñu woon doole ju meloon ngëm ga leen marke woon ci 1843. Seen naqaru déggóowul gi dafa woyofal seen ngëm.» Early Writings, 247.</w:t>
      </w:r>
    </w:p>
    <w:p>
      <w:pPr>
        <w:pStyle w:val="ArticleBody"/>
        <w:jc w:val="left"/>
      </w:pPr>
      <w:r>
        <w:rPr>
          <w:rFonts w:ascii="Times New Roman" w:hAnsi="Times New Roman" w:eastAsia="Times New Roman" w:cs="Times New Roman"/>
        </w:rPr>
        <w:t>Jàngoro Millerite bi Yowaana tektal ci saar fukki bi, mooy jaar-jaari malaaka bu njëkk bi te itam malaaka ñaareel bi. Wàccug malaaka bu njëkk bi ak ndaw yiw, ak wàccug malaaka ñaareel bi ak ndaw yiw, dañuy màndargaal tàmbaliinu jaar-jaari yu seen bopp, yu ñoom ñépp mujje ci naqaru yéem; waaye Yowaana mooy más a wone gën a jub, jaar-jaaru yéppu ñaari malaaka yooyu. Sax gannaaw 22 Oktoobar 1844, ba malaaka bu ñetteel bi agsi ak ndaw yiw, naqaru yéem bi juddoo ci càgganteg 1863, dafay joxe ñetteelu seede ci ab jamono buy tàmbalee ak ndaw yiw te mujje ci naqaru yéem.</w:t>
      </w:r>
    </w:p>
    <w:p>
      <w:pPr>
        <w:pStyle w:val="ArticleBody"/>
        <w:jc w:val="left"/>
      </w:pPr>
      <w:r>
        <w:rPr>
          <w:rFonts w:ascii="Times New Roman" w:hAnsi="Times New Roman" w:eastAsia="Times New Roman" w:cs="Times New Roman"/>
        </w:rPr>
        <w:t>Njàqare bu njëkku bu jëfandikookat malaaka bu ñetteel bi amee ci 18 Sulet 2020 mooy méngoo ak njàqare bu njëkk bu waa Miller yi. Dëgg gu nekkoon dafa tëjju woon, ni dëggu 1844 bi Boroom bi tëjje woon ak Mu muur loxoom ci ab njuumte ci yenn lim yi, te loolu moo jur njàqare bu njëkk bu waa Miller yi. Bi njuumte boobu giseesee gannaaw loolu, njuumte boobu ubbeeku woon na, ndaxte Gaynde gu dëkk ci giiri Yuda jële woon na loxoom. Njuumte bu 18 Sulet 2020, dale na ci bañ a nangu ne loxoom jekkeesoon na ko ci 22 Oktoobar 1844, bi Mu waxe ne “waxtu dootu amati.”</w:t>
      </w:r>
    </w:p>
    <w:p>
      <w:pPr>
        <w:pStyle w:val="ArticleBody"/>
        <w:jc w:val="left"/>
      </w:pPr>
      <w:r>
        <w:rPr>
          <w:rFonts w:ascii="Times New Roman" w:hAnsi="Times New Roman" w:eastAsia="Times New Roman" w:cs="Times New Roman"/>
        </w:rPr>
        <w:t>Bu doon yoonu Philadelphian bu njëkk ngir njëkk a dégg-dëgguloo bu malaaka bu njëkk, mbaa doon njëkk a dégg-dëgguloo bu yoonu Laodicean bu malaaka bu ñetteel, loxoom mooy tektal bi. Ci 19 Awril 1844 ak ci 18 Sulet 2020, dégg-dëgguloo boobu jur na jamono ju tasare. Ñi ñu dajale woon ci 11 Oguust 1840 walla ci 11 Sàttumbar 2001, ñu tasaaroo nañu, te gannaaw loolu Kirist tàmbalee na dajale ay nitam ña ñaareel yoon.</w:t>
      </w:r>
    </w:p>
    <w:p>
      <w:pPr>
        <w:pStyle w:val="ArticleBody"/>
        <w:jc w:val="left"/>
      </w:pPr>
      <w:r>
        <w:rPr>
          <w:rFonts w:ascii="Times New Roman" w:hAnsi="Times New Roman" w:eastAsia="Times New Roman" w:cs="Times New Roman"/>
        </w:rPr>
        <w:t>Moo dajale woon nit ñi tàmbalee ci 11 Sàttumbar 2001, ndax ni njàngale ci sóobug Kirist bi, mooy bi màndargay Yàlla wàcce, la tàmbalee dajale taalibeem yi, waaye du lu jiitu loolu. Gannaaw loolu, gannaaw tasaaroo, Kirist dajale nitam ñi ñaareelu yoon. Kirist dajale taalibeem yi tàmbalee ci sóobugam, te gannaaw tasaaroo ga bant ba jur, mu tàmbaliwaat dajale taalibeem yi ñaareelu yoon. Dëggu waxu yonent bi ne am na ñaareelu dajale gu tàmbalee ci Sulet 2023, nekkoon na ci ay mbir yuñu tëjoon ci 18 Sulet 2020, doonte ne loolu doon na benn cër ci jaar-jaari Millerites yi.</w:t>
      </w:r>
    </w:p>
    <w:p>
      <w:pPr>
        <w:pStyle w:val="ArticleBody"/>
        <w:jc w:val="left"/>
      </w:pPr>
      <w:r>
        <w:rPr>
          <w:rFonts w:ascii="Times New Roman" w:hAnsi="Times New Roman" w:eastAsia="Times New Roman" w:cs="Times New Roman"/>
        </w:rPr>
        <w:t>Ci weññeelu fukk ak ñeent ci Daniel fukk ak benn, rab bu joge ci xóot bu amul pënd mi taxawoon, rey na ñaari saxaar yi ci rabu suuf si ci atum 2020. Ci weeru Sulet 2023, Boroom bi tambalee na dajaleaat nitam yi ci jamono yu mujj yi ñaareel yoon. Jëfandikooku dajale mi dañu ko tektal ci biir taarixu Millerite bu sell bi, te ci taarix boobu am na ñaari seede yu taarix buy seede dajaleaat nitam yi ñaareel yoon. Yoonu dajale bi mooy benn mbir mu yégleel teññ buñ ko tëj ba ci weeru Sulet 2023. Liggéeyu dajaleaat nitam yi ñaareel yoon mat na ci biir taarixu xareb Ukraina, lu jiitu wax ji ñaareelu tànneefu juróom-ñeenteelu njiitu réew mi, mi bokk ci juróom-ñaari yi.</w:t>
      </w:r>
    </w:p>
    <w:p>
      <w:pPr>
        <w:pStyle w:val="ArticleBody"/>
        <w:jc w:val="left"/>
      </w:pPr>
      <w:r>
        <w:rPr>
          <w:rFonts w:ascii="Times New Roman" w:hAnsi="Times New Roman" w:eastAsia="Times New Roman" w:cs="Times New Roman"/>
        </w:rPr>
        <w:t>Ci 11 su weeru at 1840, Boroom bi dajal na yëngu-yëngu Millerite, te Mu màndargaal na boobu ndaje ci yëgleb kàrtu 1843 bi, bi ñu siiwaloon ci weeru me 1842. Kàrt boobu moo doon yégleb wu njëkk, ndaxte ca jamono jooju Moo doon tabax fondamaaŋu kër-u-màggal Millerite bi. Wàccug malaaka mi ci Peeñu Yàlla, saar 10, ci 11 su weeru at 1840, dafa méngoo ak sóobug Kirist, mi, ci yeneen mbir yi, màndargaale tàmbali Kirist ci tànn taalibeem yi.</w:t>
      </w:r>
    </w:p>
    <w:p>
      <w:pPr>
        <w:pStyle w:val="ArticleScripture"/>
        <w:jc w:val="left"/>
      </w:pPr>
      <w:r>
        <w:rPr>
          <w:rFonts w:ascii="Times New Roman" w:hAnsi="Times New Roman" w:eastAsia="Times New Roman" w:cs="Times New Roman"/>
        </w:rPr>
        <w:t>“Ak woo Yowaana ak Andare, ak Simoŋ, ak Filib ak Nataanael, taxawoon nañu tambalee tërali màndargay jëfandikooki kërceen. Yowaana jublu na ñaari taalibeem ci Kirist. Gannaaw loolu kenn ci ñoom, mooy Andare, gis na magam góor, woo ko ci Musalkat bi. Noonu itam ñu woo Filib, mu dem seet Nataanael.” The Desire of Ages, 141.</w:t>
      </w:r>
    </w:p>
    <w:p>
      <w:pPr>
        <w:pStyle w:val="ArticleBody"/>
        <w:jc w:val="left"/>
      </w:pPr>
      <w:r>
        <w:rPr>
          <w:rFonts w:ascii="Times New Roman" w:hAnsi="Times New Roman" w:eastAsia="Times New Roman" w:cs="Times New Roman"/>
        </w:rPr>
        <w:t>Liggéeyu William Miller dale ci waxtu mujj ma tàmbalee ci atum 1798, ba ci 11 Awril 1840, dafa doon wone liggéeyu Yaxya miy Sóob; waaye bi malaakam Peeñug Yàlla fukki wàll wàccee, ni ko wonee ñëwug Xel mu Sell mi ci sóobug Almasi bi, Boroom bi “dajale” na taalibeem yu njëkk yu mu samp. Ñaari seede yii dañuy xamle ne Almasi moo dajale nitam yu bés yu mujj yi ci 11 Sàttumbar 2001, bi malaakam Peeñug Yàlla saraxle bennoog fukki ak juróom ñett wàll wàccee; waaye ni ko deme woon ak Millerite yi, war nañu leen a nattu ak benn cër bu bokk ci juróom ñaari dëgg yu riir yi ñu téye woon, te gannaaw loolu Boroom bi dina dajale nitam yi ñaareel yoon.</w:t>
      </w:r>
    </w:p>
    <w:p>
      <w:pPr>
        <w:pStyle w:val="ArticleBody"/>
        <w:jc w:val="left"/>
      </w:pPr>
      <w:r>
        <w:rPr>
          <w:rFonts w:ascii="Times New Roman" w:hAnsi="Times New Roman" w:eastAsia="Times New Roman" w:cs="Times New Roman"/>
        </w:rPr>
        <w:t>Ñaareelu ñaari bi ci nit ñi Yàlla ci mujjub fan yi tàmbalee na ci jaar-jaaru bind bi tektale ci mujj ga sax ci aaya fukk ak benn bi, ci saraxale fukk ak benn bi ci Daniel, bala jàllug Putin ci kaw Ukraine, te it bala aaya fukk ak ñaar bi fa seedeb Putin ak Russie ci kàddug wax ju yonent bi di jeex. Kon nag Daniel saraxale fukk ak benn, aaya fukk ak benn, méngoo na ak Apokalips saraxale fukk ak benn, aaya fukk ak benn, ndaxte fa lañuy delloo ñaari seede ya ci dund.</w:t>
      </w:r>
    </w:p>
    <w:p>
      <w:pPr>
        <w:pStyle w:val="ArticleBody"/>
        <w:jc w:val="left"/>
      </w:pPr>
      <w:r>
        <w:rPr>
          <w:rFonts w:ascii="Times New Roman" w:hAnsi="Times New Roman" w:eastAsia="Times New Roman" w:cs="Times New Roman"/>
        </w:rPr>
        <w:t>Ci biir jullit Millerite, Boroom bi tàmbalee dajaleaat ay nitam ñaareel yoon gannaaw naqar ba amee 19 Awril 1844, te li Boroom bi jëfandikoo ngir dajaleaat ay nitam ca jamono jooju mooy xam ne dañuy matal waxtu biir bu léeg làqu ci léebu fukki janq yi ci Macë sapit 25, ak itam Habakuk sapit 2. Ngir Millerite yi man a xam seen nekkin te dellusi, waroon nañu xam seen bopp ni ñu feesaloo ci Kàddug Yàlla gu wax ci lu beesul. Soxla woon nañu gis ne ñoom ñooy nit ñi Yàlla moom, wuute ak ñi woote seen bopp ne ñoom ay nitam lañu. Bi muy dajaleaat ay nitam yu naqar, dafa doon joxe misaal bu raaya bi yékkati ngir xeet yi dul Yawut yi, te noonu di fësal bu baax wuute gi nekk diggante ay nitam yu dëgg te naqar, ak ñi rekk woote seen bopp ne ñoom ay nitam lañu.</w:t>
      </w:r>
    </w:p>
    <w:p>
      <w:pPr>
        <w:pStyle w:val="ArticleScripture"/>
        <w:jc w:val="left"/>
      </w:pPr>
      <w:r>
        <w:rPr>
          <w:rFonts w:ascii="Times New Roman" w:hAnsi="Times New Roman" w:eastAsia="Times New Roman" w:cs="Times New Roman"/>
        </w:rPr>
        <w:t>Te bés boobu dina, menn reenu Yese dina am, te mu taxaw ni ràññeeñu ngir xeet yi; ay xeet yu dul Yawut dinañu ko seet; te bànneexam dina màgg te am ndam. Te bés boobu dina xew ne Boroom bi dina yokkati loxoom ñaareelu yoon ngir delloo desitu askanam, ñi des, jógé Assiri, ak Misra, ak Patros, ak Kuus, ak Elam, ak Sinar, ak Hamat, ak dunu géej gi. Te dina yékkati ràññeeñu ngir xeet yi, te dajale ñi ñu dàqeel ci Israayil, te boole ñi tasaaroo ci Yuda jógé ñeenti cér yu àddina si. Esayi 11:10–12.</w:t>
      </w:r>
    </w:p>
    <w:p>
      <w:pPr>
        <w:pStyle w:val="ArticleBody"/>
        <w:jc w:val="left"/>
      </w:pPr>
      <w:r>
        <w:rPr>
          <w:rFonts w:ascii="Times New Roman" w:hAnsi="Times New Roman" w:eastAsia="Times New Roman" w:cs="Times New Roman"/>
        </w:rPr>
        <w:t>Bi yonent Yermiya diir ñi gëmoon te ñàkk yaakaar ca 19 Awril 1844, mu wone ne dootul bokk ak “mbooloom ñi ree,” ñiy jëfandikoo yégle bu lëndëm bu 1843 ngir firndeel ne ñi Yermiya diir daan ay yonent yu dul dëgg lañu.</w:t>
      </w:r>
    </w:p>
    <w:p>
      <w:pPr>
        <w:pStyle w:val="ArticleScripture"/>
        <w:jc w:val="left"/>
      </w:pPr>
      <w:r>
        <w:rPr>
          <w:rFonts w:ascii="Times New Roman" w:hAnsi="Times New Roman" w:eastAsia="Times New Roman" w:cs="Times New Roman"/>
        </w:rPr>
        <w:t>Waxuma toog ak mbooloom ñi di ñaawal, te béguma; ma toogoon ma doŋŋ ndax sa loxo, ndaxte yaa ma feesaloo mer. Jérémie 15:17.</w:t>
      </w:r>
    </w:p>
    <w:p>
      <w:pPr>
        <w:pStyle w:val="ArticleBody"/>
        <w:jc w:val="left"/>
      </w:pPr>
      <w:r>
        <w:rPr>
          <w:rFonts w:ascii="Times New Roman" w:hAnsi="Times New Roman" w:eastAsia="Times New Roman" w:cs="Times New Roman"/>
        </w:rPr>
        <w:t>“Ndajjey ñi di reere” ga dafa génne ñi Yeremiyaa doon tegtal.</w:t>
      </w:r>
    </w:p>
    <w:p>
      <w:pPr>
        <w:pStyle w:val="ArticleScripture"/>
        <w:jc w:val="left"/>
      </w:pPr>
      <w:r>
        <w:rPr>
          <w:rFonts w:ascii="Times New Roman" w:hAnsi="Times New Roman" w:eastAsia="Times New Roman" w:cs="Times New Roman"/>
        </w:rPr>
        <w:t>“Ñu baree ñu fitnaal leen ndax seen bokk yu amul ngëm. Ngir sax ci seen daraja ci biir kerk bi, am na ñenn ñi nangoo ne noppi ci seen yaakaar; waaye ñeneen daj nañu ne sellaayu xol ci Yàlla tere leen, ba ñu nëbb dëgg yi Mu dénk seen wor. Du ñu néew ñi daggale leen ci booloom kerk bi ndax dara lu dul ne ñu wax seen ngëm ci ñëwug Kirist. Kàdduy yonent bi nekkoon lu am solo lool ci ñi muñ nattu seen ngëm mooy lii: “Seen bokk yi leen bañ, te dàq leen ndax sama tur, nee nañu: ‘Na Boroom bi am ndam’; waaye Moom dina feeñ ngir seen mbégte, te ñoom dinañu rus.” Esayi 66:5.” The Great Controversy, 372.</w:t>
      </w:r>
    </w:p>
    <w:p>
      <w:pPr>
        <w:pStyle w:val="ArticleBody"/>
        <w:jc w:val="left"/>
      </w:pPr>
      <w:r>
        <w:rPr>
          <w:rFonts w:ascii="Times New Roman" w:hAnsi="Times New Roman" w:eastAsia="Times New Roman" w:cs="Times New Roman"/>
        </w:rPr>
        <w:t>Bu Boroom bi yékkati màndarga ngir xeeti neen yi, dina ame bu Mu yóbbóo loxoom ñaareelu yoon ngir dajale desitug ay nitam, ñoom ñi di ñiñu génnee ci Israayil. Ñoom lañu doon ñi toogatul ci “mbooloom ñi ree.”</w:t>
      </w:r>
    </w:p>
    <w:p>
      <w:pPr>
        <w:pStyle w:val="ArticleBody"/>
        <w:jc w:val="left"/>
      </w:pPr>
      <w:r>
        <w:rPr>
          <w:rFonts w:ascii="Times New Roman" w:hAnsi="Times New Roman" w:eastAsia="Times New Roman" w:cs="Times New Roman"/>
        </w:rPr>
        <w:t>“Rapu Jese” mooy misaalal ñaari xeetu deret, benn muy ci Yawutéef ak beneen xeetu deret bu jóge bitim Yawutéef, te day tegtal du rekk xeetu deretu Yeesu, waaye itam mooy misaal boole kawee gi ak nit, ndaxte bannera bi ñuy yékkati day tegtal nit ñi ñu tàmpee ba fàww ci xaalis ak xexperience bu boole kawee gi ak nit, te loolu itam ñu ko tegtal ci aaya fukk ba ci Daniel saar fukk ak benn, jaarale ko ci misaalu “këru réy”. Ci aaya fukk ba, waxtu tàmpeelu téeméer ak ñeent-fukk ak ñeenti junni nit ña ñuy tekki ci xam-xamu yonent gi ci mbirum këru réy, mooy bopp bi. Ci taarixu aaya fukk ak benn ba ak Xareb Ukrain, Boroom bi yóbbuwaat na loxoom ñaareel yoon ngir dajale ñi ñu génne woon, ñi romb nañu ci yaakaaru ñàkk.</w:t>
      </w:r>
    </w:p>
    <w:p>
      <w:pPr>
        <w:pStyle w:val="ArticleBody"/>
        <w:jc w:val="left"/>
      </w:pPr>
      <w:r>
        <w:rPr>
          <w:rFonts w:ascii="Times New Roman" w:hAnsi="Times New Roman" w:eastAsia="Times New Roman" w:cs="Times New Roman"/>
        </w:rPr>
        <w:t>Kon, ak seede Daniel fukk ak benn melokaan gu doxal, nu faram ci duggug paapas bi ci nettali yonent yi, lu jiitu yoonu Dimaas. Gis nanu liggéeyu bëñu Républicain bi, mi Trump di wone, ba mu nekk juróom-ñettal bi, te bokk ci juróom-ñaar yi, te mu tàmbali liggéeyu boole kërce ak réew. Am nanu sàrtu bëñu sàccu bu Protestaŋ bi, ni ko Makkabe yi di wone. Ci benn nettali mboolem boobu mi ay aaya yooyu di wone, nu jëfandikoo sàrtu juróom-ñaari dënn yi, mi itam di sàrtu léebu fukki janq yi, di xamle xibaaru téeméeri ñent-fukk ak ñent-ñaar junni, noonu itam sàrtu ñetti malaaka yi, yi melaxal liggéeyu dëggu bëñu Protestaŋ bi. Benn ci xew-xew yi ñeel bëñu dëggu Protestaŋ bi ci nettali boobu mooy ñaareel dajale bi.</w:t>
      </w:r>
    </w:p>
    <w:p>
      <w:pPr>
        <w:pStyle w:val="ArticleBody"/>
        <w:jc w:val="left"/>
      </w:pPr>
      <w:r>
        <w:rPr>
          <w:rFonts w:ascii="Times New Roman" w:hAnsi="Times New Roman" w:eastAsia="Times New Roman" w:cs="Times New Roman"/>
        </w:rPr>
        <w:t>Ñaareelu ñaareel bi am na ci jaar-jaaru yégleb malaaka ñaareel bi, te itam am na ci jaar-jaaru malaaka ñetteel bi dale ci 1844 ba 1863, di sas ñaari seede yu jóge ci jaar-jaaru Millerite ngir wone ne Boroom bi yóbbuwaat na loxoom ñaareel yoon ngir dajale juróomam ju tasaaroo.</w:t>
      </w:r>
    </w:p>
    <w:p>
      <w:pPr>
        <w:pStyle w:val="ArticleScripture"/>
        <w:jc w:val="left"/>
      </w:pPr>
      <w:r>
        <w:rPr>
          <w:rFonts w:ascii="Times New Roman" w:hAnsi="Times New Roman" w:eastAsia="Times New Roman" w:cs="Times New Roman"/>
        </w:rPr>
        <w:t>“23 Sàttumbar, Boroom bi won na ma ne Mu yaatal na loxoom ñaareelu yoon ngir jotaat desital xeetu askanam, te war nañu yokk ba ñaari yoon sunuy jéego ci jamonoy dajale bii. Ci jamonoy tasaaroo ga, Israayil dafa ñu ko dóor te xàccat ko, waaye léegi ci jamonoy dajale bi Yàlla dina faj te takk ay gaañam ci askanam. Ci jamonoy tasaaroo ga, jéego yi ñu doon def ngir siiwal dëgg gi amoon nañu doole bu néew lool, te jotuloon lu bare mbaa dara; waaye ci jamonoy dajale bi, bu Yàlla teggee loxoom ngir dajale askanam, jéego yi ñuy def ngir siiwal dëgg gi dinañu am seen njariñ ji ñu leen digale woon. Ñépp war nañu bokk benn te am farlu gu tar ci liggéey bi. Gis naa ne dafa baaxul ci kenn mu dellu ci jamonoy tasaaroo ga ngir jël fa misaal yu nuy jiite léegi ci jamonoy dajale bi; ndax su fekkee ne Yàlla deful nu léegi lu gën a bare li Mu defoon booba, kon Israayil du dajale mukk.” Early Writings, 74.</w:t>
      </w:r>
    </w:p>
    <w:p>
      <w:pPr>
        <w:pStyle w:val="ArticleBody"/>
        <w:jc w:val="left"/>
      </w:pPr>
      <w:r>
        <w:rPr>
          <w:rFonts w:ascii="Times New Roman" w:hAnsi="Times New Roman" w:eastAsia="Times New Roman" w:cs="Times New Roman"/>
        </w:rPr>
        <w:t>Ci mën nekk ci gëstu gu mujj gi ci Early Writings, Sëster White leeral na wax ji ñu waxoon fii ci kaw.</w:t>
      </w:r>
    </w:p>
    <w:p>
      <w:pPr>
        <w:pStyle w:val="ArticleScripture"/>
        <w:jc w:val="left"/>
      </w:pPr>
      <w:r>
        <w:rPr>
          <w:rFonts w:ascii="Times New Roman" w:hAnsi="Times New Roman" w:eastAsia="Times New Roman" w:cs="Times New Roman"/>
        </w:rPr>
        <w:t>“3. Gis-gis ne Boroom bi ‘joxoon na loxoom ñaareelu yoon ngir jotaat yeneen nitam yi des,’ ci xët 74, mu ngi jëme rekk ci booloo ak doole ga nekkoon benn yoon ci biir ñi doon xaar Kirist, te itam ci ne tambaliwoon na boolooaat ak yékkatiwaat nitam.” Early Writings, 86.</w:t>
      </w:r>
    </w:p>
    <w:p>
      <w:pPr>
        <w:pStyle w:val="ArticleBody"/>
        <w:jc w:val="left"/>
      </w:pPr>
      <w:r>
        <w:rPr>
          <w:rFonts w:ascii="Times New Roman" w:hAnsi="Times New Roman" w:eastAsia="Times New Roman" w:cs="Times New Roman"/>
        </w:rPr>
        <w:t>Jàngoro yu sell yi ci juróom-ñaari thunder yi teeru ci 11 Ut 1840 ba 22 Oktoobar 1844, dafa misaal jàngoro yu sell yi ci 22 Oktoobar 1844 ba ci bàkkaaru wàññiku 1863. Sàrt ci sàrt, jàngoro bu njëkk bi dafa doon misaalu janq yu xel, te rëdd bu ñaareel bi dafa doon misaalu janq yu ñàkk xel. Ñaari jàngoro yii ñoom ñépp tambalee nañu bi malaaka bu wàcc ak benn yëgle bu waroon a lekk. Ñëwug malaaka bi ci ñaari jàngoro yi ñoom ñépp moo tambale jéemantu buy jur tasaaroo, te ci atum 1849, dañoo doon won Sister White ne Boroom bi mi ngi dellu joxaat loxoam ñaareel yoon, yoon wi jii ngir dajale ñi tasaaroo woon ci 22 Oktoobar 1844.</w:t>
      </w:r>
    </w:p>
    <w:p>
      <w:pPr>
        <w:pStyle w:val="ArticleBody"/>
        <w:jc w:val="left"/>
      </w:pPr>
      <w:r>
        <w:rPr>
          <w:rFonts w:ascii="Times New Roman" w:hAnsi="Times New Roman" w:eastAsia="Times New Roman" w:cs="Times New Roman"/>
        </w:rPr>
        <w:t>Ñu tas nañuwoon ndax Njàqare bu Mag bi, ni ñi am xel ña tasoon 19 Awril 1844 ndax seen njëkk njàqare. Ñaareelu dajale bi won na ne Boroom bi “tàmbali naaat na booloo ak yëkkatiwaat ay nitam.” Ci ñaareelu dajale boobu, liggéeyu Boroom bi dafay boole yékkati ab ràkkaay, buy wone benn ci benn ci kaw yégle bi, te seen nit-ku-nekk booloo na ak Yàllaam. Jëmu ràkkaay boobu mooy woo juróomi gàllankooru Yàlla génn Babilon, te loolu mooy am bu góor ak jigéen gissee ràkkaay bi.</w:t>
      </w:r>
    </w:p>
    <w:p>
      <w:pPr>
        <w:pStyle w:val="ArticleBody"/>
        <w:jc w:val="left"/>
      </w:pPr>
      <w:r>
        <w:rPr>
          <w:rFonts w:ascii="Times New Roman" w:hAnsi="Times New Roman" w:eastAsia="Times New Roman" w:cs="Times New Roman"/>
        </w:rPr>
        <w:t>Mboolem bi mooy mbooloom xarekat yi ñi booloo seen nit ku doon ak Yàllaay Kirist ci jamono nattu yoonu Dibeer. Noonu, ñaareelu dajale gi tegtal “reenu Jese,” dinañu ko yékkati, te muy yëngu ak ñaari misaal yu yonent yi ci Rut, jigéen buy bokk xeet yu dul Yawut te mboolem bi dajale ko ci booloo ak Bowas, te moom mooy misaal bu ñeen fukk ak ñeent fukki junni, te itam misaal bu Njotkat bi, mi feyeen njëgël gi ngir Rut, te nekkoon ay mbokk mu gëna jege. Ci jëmoonoo tabax nitange Yàllaay Kirist ak yaram wu réer wu nit ñi, Mu doon sunu mbokk mu gëna jege. Mboolem bi ñu yékkati mooy ñi ñu booloo ci boppam ndax yégle bi, ñi matal liggéeyu boole seen nit ku doon ak Yàllaay Kirist lu jiitu yoonu Dibeer.</w:t>
      </w:r>
    </w:p>
    <w:p>
      <w:pPr>
        <w:pStyle w:val="ArticleBody"/>
        <w:jc w:val="left"/>
      </w:pPr>
      <w:r>
        <w:rPr>
          <w:rFonts w:ascii="Times New Roman" w:hAnsi="Times New Roman" w:eastAsia="Times New Roman" w:cs="Times New Roman"/>
        </w:rPr>
        <w:t>Dina ñuy kontinee xam-xam bii ci jëfekaay bi ci topp.</w:t>
      </w:r>
    </w:p>
    <w:p>
      <w:pPr>
        <w:pStyle w:val="ArticleScripture"/>
        <w:jc w:val="left"/>
      </w:pPr>
      <w:r>
        <w:rPr>
          <w:rFonts w:ascii="Times New Roman" w:hAnsi="Times New Roman" w:eastAsia="Times New Roman" w:cs="Times New Roman"/>
        </w:rPr>
        <w:t>“Njariñu Biibël bi di gën a yokku ak njàngam. Fu jàngkat bi mën a jublu, fa lay gis xam-xamu Yàlla gu dul jeex ak mbëggeelam di feeñ.”</w:t>
      </w:r>
    </w:p>
    <w:p>
      <w:pPr>
        <w:pStyle w:val="ArticleScripture"/>
        <w:jc w:val="left"/>
      </w:pPr>
      <w:r>
        <w:rPr>
          <w:rFonts w:ascii="Times New Roman" w:hAnsi="Times New Roman" w:eastAsia="Times New Roman" w:cs="Times New Roman"/>
        </w:rPr>
        <w:t>“Solo waa yu Yawut yaamagul bu baax amul ñu ko xam ba noppi. Dëgg yu yaatu te xóot ñooñu dañu leen wax ci misaal ci ay xew-xewam ak ay ràññeeyam. Xibaaru jàmm moo di caabi bi ubbi ay kumpaam. Jaarale ko ci xam-xamu pexe mucc gi, dëggam yi dañuy ubbiku ci xel. Gën na lu nu ko bëgg, mooy sunu yelleef ngir nu xam mbir yii yéemu. War nanu xam mbir yu xóot yu Yàlla. Malaaka yi bëgg nañu xool ci dëgg yi ñu feeñal nit ñi, ñiy seet Kàddug Yàlla ak xol bu tuub te torox, di ñaan ngir gëna am guddaay, yaatuwaay, xóotaay ak kawewaay ci xam-xam bi moom rekk man a joxe.”</w:t>
      </w:r>
    </w:p>
    <w:p>
      <w:pPr>
        <w:pStyle w:val="ArticleScripture"/>
        <w:jc w:val="left"/>
      </w:pPr>
      <w:r>
        <w:rPr>
          <w:rFonts w:ascii="Times New Roman" w:hAnsi="Times New Roman" w:eastAsia="Times New Roman" w:cs="Times New Roman"/>
        </w:rPr>
        <w:t>“Bi nu jege ci mujjeem jëfandikoo gi ci jaar-jaari àddina bii, waxi Yàlla yu jëm ci fan yu mujj yi daan nañu laaj sunu gëstu ak sunu xam-xam bu gën a bare. Tere bu mujj bi ci Mbind mi Sell mi ci Kóllëre Gu Bees gi fees na ak dëgg yu nuy soxla a xam. Seytaane dafa gumbaal xel yu bare, ba tax ñu kontaan ci bépp layu ngir bañ a def Pexe mi di seen tere njàngum. Waaye Kirist jaarale ko ci ay jaamam Yowaana, fee mu xamale li di am ci fan yu mujj yi, te Mu ne: ‘Ku jàng moo barkeel, ak ñiy dégg waxi waxi ci kàddug wax jii, te sàmm yi ci bindu bi nekk.’ Pexe 1:3.”</w:t>
      </w:r>
    </w:p>
    <w:p>
      <w:pPr>
        <w:pStyle w:val="ArticleScripture"/>
        <w:jc w:val="left"/>
      </w:pPr>
      <w:r>
        <w:rPr>
          <w:rFonts w:ascii="Times New Roman" w:hAnsi="Times New Roman" w:eastAsia="Times New Roman" w:cs="Times New Roman"/>
        </w:rPr>
        <w:t>“‘Lii mooy dund gu dul jeex,’ Kirist nee na, ‘maanaam, ñu xam Yow, Yàlla juy dëgg doŋŋ ji, ak Yeesu Kirist, ki Nga yónni.’ Yowaana 17:3. Lu tax nu xamul njariñu xam-xam bii? Lu tax dëgg-yu màgg yii diul tàkk ci sunu xol, di yëngu ci sunu tuñ, te di feesal sunu jëmm ju bépp?”</w:t>
      </w:r>
    </w:p>
    <w:p>
      <w:pPr>
        <w:pStyle w:val="ArticleScripture"/>
        <w:jc w:val="left"/>
      </w:pPr>
      <w:r>
        <w:rPr>
          <w:rFonts w:ascii="Times New Roman" w:hAnsi="Times New Roman" w:eastAsia="Times New Roman" w:cs="Times New Roman"/>
        </w:rPr>
        <w:t>“Ci nu nu joxe Kàdduam, Yàlla may na nu moomeel bépp dëgg gu am solo ngir sunu mucc. Junni ay nit nànd nañu ndox ci yooyu teen yu dund, waaye amul genn wàññiku ci li ñuy joxe. Junni ay nit teg nañu Boroom bi fa kanam, te ci gis ko, soppeeku nañu ngir mel ni moom. Seen xel dafa tàkk ci biir ñoom bu ñuy wax ci jikkoom, di nettali li Kirist doon ci ñoom, ak li ñoom doon ci Kirist. Waaye way seetkat yooyu da ñu beesul yàgg yi mag te sell yii. Junni yu gën a bare mën nañu bokk ci liggéeyu seet ba xam kumpay mucc. Bu ñuy xalaat bu baax ci dundug Kirist ak jikkoomu ndawam, leeray ndëgg dina tàbbi gën a leer ci bépp jéem-jéem ngir gis dëgg. Bépp seet bu bees dina feeñal lu gën a neex te gën a xóot li ba tey ubbiwul. Mbir mi amul àpp. Njàngum bindoo gu Kirist ak nit, saraxam bujot, ak liggéeyam bu muy rammukat, dina ñàkkadi xelu taalibe bu farle ba keroog jamono di jeex; te bu xoolée asamaan ak ay atam yu ñàkk lim, dina wax naan, ‘Mag na kumpag ragal Yàlla.’”</w:t>
      </w:r>
    </w:p>
    <w:p>
      <w:pPr>
        <w:pStyle w:val="ArticleScripture"/>
        <w:jc w:val="left"/>
      </w:pPr>
      <w:r>
        <w:rPr>
          <w:rFonts w:ascii="Times New Roman" w:hAnsi="Times New Roman" w:eastAsia="Times New Roman" w:cs="Times New Roman"/>
        </w:rPr>
        <w:t>«Ci dëgg, dina xam li nu doon man a jot fii su nu jote woon leer gi ñu manoon a am fii, te loolu dina ubbi sunu xel. Mbir yi aju ci njot gi dinañu jëfandikoo xol yi ak xel yi ak làkk yi ñi ñu jot ci njot bi diirub jamono yu dul jeex. Dinañu dégg dëgg yi Kirist bëggoon a ubbi ay taalibeem, waaye ñoom amuñu woon ngëm gu leen manal a jàpp. Ba fàww ak ba fàww, gis-gis yu bees ci matug ak ndamu Kirist dinañu feeñ. Ci jamono yu dul am àpp, Boroom kër gu takku bi dina génne ci alalam yeneen mbir yu bees ak yu yàgg.»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Tëeméeri juroom-ñeent fukk ak juróom-benn</dc:title>
  <dc:subject>Melo yu eer ak ñàkk màbbu Yàlla: Tukki woneb Yàlla ci nitam yu bés yu mujj yi ci Peeñu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