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Nimero benn téeméer ak juróom ñaar-fukk ak juróom ñett-fukk ak juróom ñaar</w:t>
      </w:r>
    </w:p>
    <w:p>
      <w:pPr>
        <w:pStyle w:val="ArticleSubtitle"/>
        <w:jc w:val="left"/>
      </w:pPr>
      <w:r>
        <w:rPr>
          <w:rFonts w:ascii="Arial" w:hAnsi="Arial" w:eastAsia="Arial" w:cs="Arial"/>
        </w:rPr>
        <w:t>Ndaje Yàlla ak Mbooleem Yonnent yi: Wàllu 144,000 bi ci Tëralin Jamono-jëxital bu Daniel 11:40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2024-05-01</w:t>
      </w:r>
    </w:p>
    <w:p>
      <w:pPr>
        <w:pStyle w:val="ArticleBody"/>
        <w:jc w:val="left"/>
      </w:pPr>
      <w:r>
        <w:rPr>
          <w:rFonts w:ascii="Times New Roman" w:hAnsi="Times New Roman" w:eastAsia="Times New Roman" w:cs="Times New Roman"/>
        </w:rPr>
        <w:t>Nu ngi teg linu paapaas bi, linu Répiblikaanis bu wàññiku bi, linu Protestantis bu wàññiku bi, ak linu junni ak ñent fukk ak ñent junni ñaari téeméeri ñent-fukk ak ñent ñi ci jaar-jaaru nëbb bi nekk ci aaya juróom-ñent-fukk bu Daniel saar fukk ak benn. Léegi, nu ngi wax ne Kirist dafa dajale ay nitam ñaari yoon, te mboolem misaal yi jëm ci dajale nitam ña ñaareelu yoon, dañuy tegtal liggéeyu tëj mu mujju bu junni ak ñent fukk ak ñent junni ñaari téeméeri ñent-fukk ak ñent ñi.</w:t>
      </w:r>
    </w:p>
    <w:p>
      <w:pPr>
        <w:pStyle w:val="ArticleBody"/>
        <w:jc w:val="left"/>
      </w:pPr>
      <w:r>
        <w:rPr>
          <w:rFonts w:ascii="Times New Roman" w:hAnsi="Times New Roman" w:eastAsia="Times New Roman" w:cs="Times New Roman"/>
        </w:rPr>
        <w:t>Biir bu sellal Yàlla wàcce ci ab rëyug yeesal, Boroom bi dafa dajale nit ñu tànn, te gannaaw loolu ñu di leen nattu. Bu yoonu natt gi jeexee, am na tasare; te gannaaw loolu Mu dajale nit ñu tànn ñooñu ñaareel yoon, doonte ñu bari bàyyikoo gannaaw ndaxte ñoom mënul woon jot ci yoonu natt gi. Almasi biir doxalin dajaleem taalibeem yi ca bëtiisam ba, te ca bant ba taalibe yi tasar. Gannaaw ndekkiteem, Mu dajale taalibeem yi ñaareel yoon ngir waajal Penkote. Rëyug gi wone ne dajale gu ñaareel gi am na ci kaw téeméeri ak ñeent-fukk ak ñeent ñaari junni ña, tuuti balaa yoonu Dibéer gi, mi Penkote di misaalal. Bant ba wone na ab ñàkk yaakaar, te gannaaw loolu am na dajale gu ñaareel.</w:t>
      </w:r>
    </w:p>
    <w:p>
      <w:pPr>
        <w:pStyle w:val="ArticleBody"/>
        <w:jc w:val="left"/>
      </w:pPr>
      <w:r>
        <w:rPr>
          <w:rFonts w:ascii="Times New Roman" w:hAnsi="Times New Roman" w:eastAsia="Times New Roman" w:cs="Times New Roman"/>
        </w:rPr>
        <w:t>Ñaareelu ñaareel bi gannaaw bant ba tambalee na ba Kirist wàccee gannaaw bi mu daje ak Baayam ci ngir dekkiteem. Su melow bu Yàlla wàccee, askanu Yàlla war nañu lekk bataaxal bi, te gannaaw ba Kirist wàccee, mu lekk ak taalibe yi.</w:t>
      </w:r>
    </w:p>
    <w:p>
      <w:pPr>
        <w:pStyle w:val="ArticleScripture"/>
        <w:jc w:val="left"/>
      </w:pPr>
      <w:r>
        <w:rPr>
          <w:rFonts w:ascii="Times New Roman" w:hAnsi="Times New Roman" w:eastAsia="Times New Roman" w:cs="Times New Roman"/>
        </w:rPr>
        <w:t>Te itam ne, bi mu toogee ak ñoom di lekk, mu jël mburu, barkeel ko, damm ko, jox leen ko. Noonu seen bët ubbiku, ñu xam ko; te mu ne mes a gisatu ci seen kanam. Luug 24:30, 31.</w:t>
      </w:r>
    </w:p>
    <w:p>
      <w:pPr>
        <w:pStyle w:val="ArticleBody"/>
        <w:jc w:val="left"/>
      </w:pPr>
      <w:r>
        <w:rPr>
          <w:rFonts w:ascii="Times New Roman" w:hAnsi="Times New Roman" w:eastAsia="Times New Roman" w:cs="Times New Roman"/>
        </w:rPr>
        <w:t>Ca ñaareelu ndaje gi gannaaw bant ba, Kirist “noole” Xel mu Sell mi ci ay taalibeem.</w:t>
      </w:r>
    </w:p>
    <w:p>
      <w:pPr>
        <w:pStyle w:val="ArticleScripture"/>
        <w:jc w:val="left"/>
      </w:pPr>
      <w:r>
        <w:rPr>
          <w:rFonts w:ascii="Times New Roman" w:hAnsi="Times New Roman" w:eastAsia="Times New Roman" w:cs="Times New Roman"/>
        </w:rPr>
        <w:t>“Jëf ji Almasi defoon ci neefal ay taalibeem Xelum Mu Sell mi, te ci jox leen jàmmam, mel ni ay tuut-tuut ndox la woon lu jiitu taw bu bare bi ñuy joxe ca bésu Pentekot ba.” Spirit of Prophecy, volim 3, 243.</w:t>
      </w:r>
    </w:p>
    <w:p>
      <w:pPr>
        <w:pStyle w:val="ArticleBody"/>
        <w:jc w:val="left"/>
      </w:pPr>
      <w:r>
        <w:rPr>
          <w:rFonts w:ascii="Times New Roman" w:hAnsi="Times New Roman" w:eastAsia="Times New Roman" w:cs="Times New Roman"/>
        </w:rPr>
        <w:t>Ci ñaareelu ndaje bi topp gaawngu 19 Awril 1844, Kirist dindi na loxoom ci njuumteb 1843.</w:t>
      </w:r>
    </w:p>
    <w:p>
      <w:pPr>
        <w:pStyle w:val="ArticleScripture"/>
        <w:jc w:val="left"/>
      </w:pPr>
      <w:r>
        <w:rPr>
          <w:rFonts w:ascii="Times New Roman" w:hAnsi="Times New Roman" w:eastAsia="Times New Roman" w:cs="Times New Roman"/>
        </w:rPr>
        <w:t>“Ñi gëmmiñ ñi, teñu sonn ci seen xol, ñoo xamuloon lu tax seen Boroom ñëwul, deesu leen bàyyi ci lëndëm. Benn yoonaat, yóbbu nañu leen ca seen Biibël ya ngir seetaat jamono yi yonent yi waxoon. Loxob Boroom bi jëlees na ci nimero ya, te njuumte ga leeralu na. Gis nañu ne jamono yi yonent yi waxoon àgga nañu ba 1844, te sax firnde yi ñu jëfandikoo woon ngir wone ne jamono yi yonent yi tëj nañu ci 1843, firnde yooyu laaj nañu ne dinañu yam ci 1844.” Early Writings, 237.</w:t>
      </w:r>
    </w:p>
    <w:p>
      <w:pPr>
        <w:pStyle w:val="ArticleBody"/>
        <w:jc w:val="left"/>
      </w:pPr>
      <w:r>
        <w:rPr>
          <w:rFonts w:ascii="Times New Roman" w:hAnsi="Times New Roman" w:eastAsia="Times New Roman" w:cs="Times New Roman"/>
        </w:rPr>
        <w:t>Ci kaw njàqare ba, ñaareelu malaaka ma wàcc ak “mbind mi ci ay loxoom.”</w:t>
      </w:r>
    </w:p>
    <w:p>
      <w:pPr>
        <w:pStyle w:val="ArticleScripture"/>
        <w:jc w:val="left"/>
      </w:pPr>
      <w:r>
        <w:rPr>
          <w:rFonts w:ascii="Times New Roman" w:hAnsi="Times New Roman" w:eastAsia="Times New Roman" w:cs="Times New Roman"/>
        </w:rPr>
        <w:t>“Yeneen malaaka bu am kàttan lañu ko santoon mu wàccsi ci suuf. Yeesu defal ko ci loxoom mbind, te bi muy ñëw ci suuf, mu wax ak baat bu réy ne: ‘Babilon daanu na, daanu na.’” Early Writings, 247.</w:t>
      </w:r>
    </w:p>
    <w:p>
      <w:pPr>
        <w:pStyle w:val="ArticleBody"/>
        <w:jc w:val="left"/>
      </w:pPr>
      <w:r>
        <w:rPr>
          <w:rFonts w:ascii="Times New Roman" w:hAnsi="Times New Roman" w:eastAsia="Times New Roman" w:cs="Times New Roman"/>
        </w:rPr>
        <w:t>Yoonu nattu njiitu bi tàmbalee ak ñëwug ñaareelu malaaka mi, jeex na ca Exeter camp meeting bi, ba Xel Mu Sell mi tuuruwoon, te bataaxal bi dem ni géej gu mag guy daan. Yoonu nattu boobu dañu ko won bu baax gannaaw bant ba, ba jamono ji jëm ci tuurug Xel Mu Sell mi ca Pentecost, ji jiitaloon ak ab diirub juróom-fukk fan, te diiru juróom-fukk fan boobu moom moo doon benn diirub ñeent-fukk fan, toppatoo ak benn diirub fukk fan, te moom la jeexee ca Pentecost.</w:t>
      </w:r>
    </w:p>
    <w:p>
      <w:pPr>
        <w:pStyle w:val="ArticleScripture"/>
        <w:jc w:val="left"/>
      </w:pPr>
      <w:r>
        <w:rPr>
          <w:rFonts w:ascii="Times New Roman" w:hAnsi="Times New Roman" w:eastAsia="Times New Roman" w:cs="Times New Roman"/>
        </w:rPr>
        <w:t>“Waru Yàlla yi war nañu di yéeg saa su ne ci moom ci ñaan. Gannaaw ba taalibey njëkk yi jàllalee fukki fan ci ñaan ak ñaaxle, gannaaw ba ñu dindi woon bépp wuute, te booloo ci xol bu xóot ci seet xol, ak ci wax bàkkaar yi te bàyyi leen, ak ci jegeental ci bokk gu sell, la Xelmu Sell mi wàcc ci seen kaw, te digeb Kirist bi mat. Am na woon tuuru gu yéeme gu Xelmu Sell mi. Fekk ci saa si, ca asamaan ga la ayriw doole bu gaaw mel ni ngelaw gu dëgër jóge, te mu fees kër gi mépp fa ñu toogoon. ‘Te ca bés boobu yokk nañu ci ñoom lu tollu ci ñetti junniy bakkan.’” Review and Herald, 11 Mars 1909.</w:t>
      </w:r>
    </w:p>
    <w:p>
      <w:pPr>
        <w:pStyle w:val="ArticleBody"/>
        <w:jc w:val="left"/>
      </w:pPr>
      <w:r>
        <w:rPr>
          <w:rFonts w:ascii="Times New Roman" w:hAnsi="Times New Roman" w:eastAsia="Times New Roman" w:cs="Times New Roman"/>
        </w:rPr>
        <w:t>Diirub ñent-fukk yi, Kiristoon nekkoon fa di jàngal taalibey yi, te gannaaw loolu Mu yéeg asamaan. Fukk fan yi ko toppoon nekkoon jamono ju ñu waajal balaa tuurug Xel Mu Sell mi ci Pentikost. Ñent-fukk fan yu njàngale yi toppoon bant ba méngoo nañu ak 19 Awril 1844 ba ca ndoorte ndaje gu mag gu Exeter ga, 12 Ut 1844. Fukk fan yi jiituwoon Pentikost dafa tekki 12 ba 17 Ut 1844, bi Millerite yi bokk-benn ci yégleb Woote gu Diggante guddi gi, gi Samuel Snow indi. Ci ndaje googu, ñaari wàll sefee nañu, te benn wàll rekk moo jot tuurug Pentikost ga ca jeexital ndaje ga. Ci jamono jooju, ji ñent-fukk fan yi teewal, benn wàll jot na njàngale li, te beneen wàll bañ njàngale li. Bi Woote gu Diggante guddi gi aksi, benn wàll amoon na diwlin, beneen wàll amu ko woon.</w:t>
      </w:r>
    </w:p>
    <w:p>
      <w:pPr>
        <w:pStyle w:val="ArticleScripture"/>
        <w:jc w:val="left"/>
      </w:pPr>
      <w:r>
        <w:rPr>
          <w:rFonts w:ascii="Times New Roman" w:hAnsi="Times New Roman" w:eastAsia="Times New Roman" w:cs="Times New Roman"/>
        </w:rPr>
        <w:t>“‘Bi boroom bi yéexee, ñoom ñépp nelaw te sédd.’ Ci yéexug boroom bi la tektale ne jamono ji nit ñi doon séentu Boroom bi weesu na, am na njàqare ci yaakaar, te mel ni tolluwaay gi yéex na. Ci jamono jooju bu wóorul, cofeelug ñi féete rekk ak ñi xol bu matul daldi tàmbali a wàññiku, te seen jéego yi néew; waaye ñi seen ngëm sampoon na ci xam-xamu Bìbbël bu jëm ci seen bopp, amoon nañu doj wu nekk ci suuf seen tànk, wu doxalin yi jóge ci njàqare du ko man a raxas. ‘Ñoom ñépp nelaw te sédd;’ benn xeetu nit ci seetaanul dara ak bàyyikoo seen ngëm, baña beneen xeet bi muñ di xaar ba leer gu gën a wóor mayeesi. Waaye ci guddi gu nattu gi, ñi mujj ñi mel ni dañoo ñàkk, ba ci benn tollu, seen cëgg ak seen sellal. Ñi xol bu matul ak ñi féete rekk mënuñoo doxal seen bopp ci kaw ngëmu seen bokk yi. Ku nekk war na taxaw walla mu daanu ci boppam.” The Great Controversy, 395.</w:t>
      </w:r>
    </w:p>
    <w:p>
      <w:pPr>
        <w:pStyle w:val="ArticleBody"/>
        <w:jc w:val="left"/>
      </w:pPr>
      <w:r>
        <w:rPr>
          <w:rFonts w:ascii="Times New Roman" w:hAnsi="Times New Roman" w:eastAsia="Times New Roman" w:cs="Times New Roman"/>
        </w:rPr>
        <w:t>Ciiru fukki yoo jiitu Pentekot ba Exeter camp meeting bi di am, Kirist moo dajaleen nitam ña ñaareel yoon, bala ñuy yóbbu ndawam ci àddina si. Bi malaaka bu ñetteel bi wàccee 22 Oktoobar 1844, gànnaaw gu tuuti ga dellu na ci njaaxle, te tasaaroo; waaye jamono ju ñuy jàngale tàmbalee na 22 Oktoobar 1844, ba Kirist di jiite nitam ña dugg ci Barabu Sell ba gën a Sell. Ci 1849, Boroom bi yóbbati na loxoom ñaareel yoon ngir dajaleeyaat ñi Mu dajale woon ci biir njaaxle yi 19 Awril ak 22 Oktoobar 1844.</w:t>
      </w:r>
    </w:p>
    <w:p>
      <w:pPr>
        <w:pStyle w:val="ArticleBody"/>
        <w:jc w:val="left"/>
      </w:pPr>
      <w:r>
        <w:rPr>
          <w:rFonts w:ascii="Times New Roman" w:hAnsi="Times New Roman" w:eastAsia="Times New Roman" w:cs="Times New Roman"/>
        </w:rPr>
        <w:t>Ci atum 1844, njàngale jàngalekat bu ñetteel bi doon yore woon ci loxoom bi mu wàccee lañu doon wax, waaye ci “jamono juy sikki-sàkka ak jàq” ji toppoon njaaxum bu réy ba, ñu bare réer nañu yoon. Ci atum 1849, tambali nañu liggéeyu dajale juróom-ñaari gànnaar gu tuuti, gu tasaaroo woon, waaye li jaar-jaaroja woowu feeñaloon mooy nootug 1863 ak Kades bu njëkk bi ngir Israayil bu bees bi. Ndamu ëllëg bu ñeel téeméer ak ñeent-fukk ak ñeent junni ñi ak seen liggéey ci ñaareelu Kades ba yaraloon na.</w:t>
      </w:r>
    </w:p>
    <w:p>
      <w:pPr>
        <w:pStyle w:val="ArticleBody"/>
        <w:jc w:val="left"/>
      </w:pPr>
      <w:r>
        <w:rPr>
          <w:rFonts w:ascii="Times New Roman" w:hAnsi="Times New Roman" w:eastAsia="Times New Roman" w:cs="Times New Roman"/>
        </w:rPr>
        <w:t>Ba Boroom bi wàcce ci 11 Sàttumbar 2001, Moo dajale woon ay nitam yu mujj yi; Mu jox leen seen lekku ruu ngir ñu lekk ko; Mu nofla Ruuwam ci seen kaw bi Mu doon tàmbalee wërsëg ndox-mu-jjeg yi ci mujj; te itam Mu tàmbali ab yoonu nattu gu jaar ba ci 18 Sulet 2020, ba fa ay nitam yu mujj yi daldi am naqar te tasaaroo. Diiru ñetti fan ak genn-wàll ñu dee woon ci mbedd mi. Ñetti fan ak genn-wàll yooyu, ak diiru ñeent-fukk fan yi ci jamonoy Kirist, ñoo bokk ci tektalu màndiŋ. Loolu itam dees na ko melal ci diiru 19 Awril 1844 ba 12 Ut 1844, ak itam ci diiru 22 Oktoobar 1844 ba 1849.</w:t>
      </w:r>
    </w:p>
    <w:p>
      <w:pPr>
        <w:pStyle w:val="ArticleBody"/>
        <w:jc w:val="left"/>
      </w:pPr>
      <w:r>
        <w:rPr>
          <w:rFonts w:ascii="Times New Roman" w:hAnsi="Times New Roman" w:eastAsia="Times New Roman" w:cs="Times New Roman"/>
        </w:rPr>
        <w:t>Li dale weeru sulet 2023 ba ba ca yoonu dibéeri, te mooy fukki fan yi jiitu Pentekot, ndaje maase bi nekkoon Exeter dale ci 12 Awuut ba 17 Awuut, ak jamono ji dale 1849 ba 1863, ñépp dañuy ànd ak seen bopp. Ñoom dañuy tegtal jamono bi ñaareelu dajale askanu Yàlla bu mujj ci fan yu mujj yi. Jamono bi nekk ci diggante nattu-yaakaar ba ak tuuru Xel mu Sell mi, ñaari jamono yu wuute lañu ko xàjjal.</w:t>
      </w:r>
    </w:p>
    <w:p>
      <w:pPr>
        <w:pStyle w:val="ArticleBody"/>
        <w:jc w:val="left"/>
      </w:pPr>
      <w:r>
        <w:rPr>
          <w:rFonts w:ascii="Times New Roman" w:hAnsi="Times New Roman" w:eastAsia="Times New Roman" w:cs="Times New Roman"/>
        </w:rPr>
        <w:t>Ci biir yu nëbb ci aaya ñent-fukk ba ci benn ci saaruñu fukki ak benn ci Daniel, rëdd wu Protestaŋ bu dëddu (kilifa gu tudd rekk), rëdd wu Adventisme Seventh-day bu Laodicea (Adventisme gu tudd rekk), rëdd wu Katolig, ak rëdd wu dëggu Protestaŋ, ñépp dañuy feeñ. Ñaari rëdd yooyu di won Protestantisme gu dëgg ci xuloo ak benn boole bu ñetti cër yu dragon bi (Yuda), rab wi (Katolig), ak yonent bu fen bi (Protestaŋ bu dëddu).</w:t>
      </w:r>
    </w:p>
    <w:p>
      <w:pPr>
        <w:pStyle w:val="ArticleBody"/>
        <w:jc w:val="left"/>
      </w:pPr>
      <w:r>
        <w:rPr>
          <w:rFonts w:ascii="Times New Roman" w:hAnsi="Times New Roman" w:eastAsia="Times New Roman" w:cs="Times New Roman"/>
        </w:rPr>
        <w:t>Ci biir jaar-jaaru wax ji, ñu mel ni tegu gu réer gi ñeel Répubilikaaniis bu dëgërul itam dañu ko nettali. Ci diggante tegu googu, wonees na fa xuloo bi nekk diggante paarti Démokraat bi (njiit mi, dragon) ak paarti Répubilikaaŋ bi (nataalu rab wi). Paarti Répubilikaaŋ bi mooy jiite ci sos nataalu rab wi, te ci def noonu mu wone melokaan yu yonent yi waxoon yu rab wi (papas bi). Ci Kàddu Yàlla, papas bi, mi di buur bu bëj-gànnaar te itam di rab wi, Yàlla jox na ko Misra (njiit mi, dragon) muy peyu liggéey yi mu ko jëfandikoo ci nekk jumtukaayu attekatu àtte.</w:t>
      </w:r>
    </w:p>
    <w:p>
      <w:pPr>
        <w:pStyle w:val="ArticleScripture"/>
        <w:jc w:val="left"/>
      </w:pPr>
      <w:r>
        <w:rPr>
          <w:rFonts w:ascii="Times New Roman" w:hAnsi="Times New Roman" w:eastAsia="Times New Roman" w:cs="Times New Roman"/>
        </w:rPr>
        <w:t>Doomu nit ki, Nebukadnesar buur Buur Babilon dafa taxawal ay xareem ngir liggéey bu réy ci Tirus; bopp bu nekk dafa walliku, te kaf bu nekk dafa weexiku; waaye amul pey, moom ak xareem, ndax Tirus, ndax liggéey bi mu liggéeyee ci kawam. Moo tax noonu la Boroom Bi Yàlla waxe: Gisleen, dinaa jox suuf si Misra ci loxo Nebukadnesar buur Buur Babilon; te dina yóbbu mbooloom, te denc alalam, te yóbbu ay njaayam; te loolu mooy doon peyam ngir xareem. Jox naa ko suuf si Misra ngir liggéey bi mu liggéeyee ci kawam, ndax ñoom liggéey nañu ngir man, képp ku wax mooy Boroom Bi Yàlla. Ca bés booba dinaa tax ba kërru Israyil saxaat, te dinaa la may ubbig gémiñ ci seen biir; te dinañu xam ne man maa di Aji Sax ji. Ezekiel 29:18–21.</w:t>
      </w:r>
    </w:p>
    <w:p>
      <w:pPr>
        <w:pStyle w:val="ArticleBody"/>
        <w:jc w:val="left"/>
      </w:pPr>
      <w:r>
        <w:rPr>
          <w:rFonts w:ascii="Times New Roman" w:hAnsi="Times New Roman" w:eastAsia="Times New Roman" w:cs="Times New Roman"/>
        </w:rPr>
        <w:t>Nebukadnesar, mi di buur bi ci pasaj bi, ñu jox na ko réewu Égibti muy peyam; noonu mu mel ni ci fan yu mujj yi, ñu jox na paap bi Égibti, mooy njàngoro ji, mooy fukki buur yi, Mbootaayu Xeeti Àddina yi, ñoom ñi déggoo jox seen juróomeel nguur rab ba ngir ab diir bu gàtt.</w:t>
      </w:r>
    </w:p>
    <w:p>
      <w:pPr>
        <w:pStyle w:val="ArticleScripture"/>
        <w:jc w:val="left"/>
      </w:pPr>
      <w:r>
        <w:rPr>
          <w:rFonts w:ascii="Times New Roman" w:hAnsi="Times New Roman" w:eastAsia="Times New Roman" w:cs="Times New Roman"/>
        </w:rPr>
        <w:t>Te fukkiñ ñaar yi nga gisoon ci kaw rab bi, ñoom dinañu bañ jigéen ja bu ñaaw ji, te dinañu laajal ko ba mu neen, te wes ko, te lekk ay yaramam, te lakk ko ak safara. Ndaxte Yàlla def na ci seen xol ngir ñu matal coobareem, te bokk benn xalaat, te jox seen nguuru rab bi, ba keroog kàdduy Yàlla matalee. Peeñu 17:16, 17.</w:t>
      </w:r>
    </w:p>
    <w:p>
      <w:pPr>
        <w:pStyle w:val="ArticleBody"/>
        <w:jc w:val="left"/>
      </w:pPr>
      <w:r>
        <w:rPr>
          <w:rFonts w:ascii="Times New Roman" w:hAnsi="Times New Roman" w:eastAsia="Times New Roman" w:cs="Times New Roman"/>
        </w:rPr>
        <w:t>Fayda gu yëglebii ci waxu Yàlla bii itam feeñ na ci Daniel ayu-bii fukk ak benn, sarax mi ñaar-fukk ak ñaar.</w:t>
      </w:r>
    </w:p>
    <w:p>
      <w:pPr>
        <w:pStyle w:val="ArticleScripture"/>
        <w:jc w:val="left"/>
      </w:pPr>
      <w:r>
        <w:rPr>
          <w:rFonts w:ascii="Times New Roman" w:hAnsi="Times New Roman" w:eastAsia="Times New Roman" w:cs="Times New Roman"/>
        </w:rPr>
        <w:t>Moom dina yàllam ci kaw réew yi itam; te suufu Misra du rëcc. Daniel 11:42.</w:t>
      </w:r>
    </w:p>
    <w:p>
      <w:pPr>
        <w:pStyle w:val="ArticleBody"/>
        <w:jc w:val="left"/>
      </w:pPr>
      <w:r>
        <w:rPr>
          <w:rFonts w:ascii="Times New Roman" w:hAnsi="Times New Roman" w:eastAsia="Times New Roman" w:cs="Times New Roman"/>
        </w:rPr>
        <w:t>Papas bi daan na ci kaw dooley njiitub nàcc gi ci jamonoy taw bi mujj, ndax fey gi mat na “ci” “bès” bi Yàlla “taxawale wéru kërug Israyil mu saxaat.” Taw bi mooy li tax Israyilub Yàlla saxaat, te bés boobu tambalee na 11 Septàmburu 2001, te mooyoon bésub ngelawlu penku.</w:t>
      </w:r>
    </w:p>
    <w:p>
      <w:pPr>
        <w:pStyle w:val="ArticleScripture"/>
        <w:jc w:val="left"/>
      </w:pPr>
      <w:r>
        <w:rPr>
          <w:rFonts w:ascii="Times New Roman" w:hAnsi="Times New Roman" w:eastAsia="Times New Roman" w:cs="Times New Roman"/>
        </w:rPr>
        <w:t>Ñi ñëw yi jóge ci Yàggóob dinañu sax ci suuf; Israyil dina meññ te gën a soppiku, ba feesal kanamu àddina ak doom. Ndax dafa ko dóor, ni mu dóore ñi ko dóoroon? walla ndax dees na ko rey, ni ñiy reyi ñi mu rey? Ci natt, bu mu saxee, yaa koy àtte ak moom; dafa téye ngelawam gu tar gi, ci bésu ngelawu penku. Moo tax nag, bàkkaaru Yàggóob dinañu ko far; te lii mooy bépp doomam, di dindi bàkkaaram; bu mu defee bépp doj yu sarxalukaay bi ni doj yu weex yu ñu door ba tas, kër yu xeer yi ak nataal yi duñu taxawati. Esayi 27:6–9.</w:t>
      </w:r>
    </w:p>
    <w:p>
      <w:pPr>
        <w:pStyle w:val="ArticleBody"/>
        <w:jc w:val="left"/>
      </w:pPr>
      <w:r>
        <w:rPr>
          <w:rFonts w:ascii="Times New Roman" w:hAnsi="Times New Roman" w:eastAsia="Times New Roman" w:cs="Times New Roman"/>
        </w:rPr>
        <w:t>Bés bi jox nañu ko rab wu paapal bi bi taw bu mujj bi di tuuru. Taw bu mujj bi tàmbalee na wéttali bi ngelaw gu penku gi, buy tegtal Islaam bu ñetteelu alkande bi, “taxaw” ko walla tere ko ca 11 Septambar 2001. Noonu nag taw bi tàmbalee nañu ko natt, (wéttali ko) ci Israyil, ba ñuy tàmbalee sax. Ci yoonu Dibér, bu ñetteelu alkande bi dellusee, taw bu mujj bi day tuuru te amul natt. Diggante 11 Septambar 2001 ak yoonu Dibér bi di ñëw léegi, “tooñu Yàkóoba” day setlu, te baat bu Ebraayik bi ñuy wax “setlu” mooy “jéggal ba weesu”. Ci yoonu Dibér bi, rab wu paapal bi dees na ko jox Bés (jinn bi), bi fukki buur yooyu di def njaaloo ak paapal bi ci sos melo bu àddina béppu mboolem ci rab wi.</w:t>
      </w:r>
    </w:p>
    <w:p>
      <w:pPr>
        <w:pStyle w:val="ArticleBody"/>
        <w:jc w:val="left"/>
      </w:pPr>
      <w:r>
        <w:rPr>
          <w:rFonts w:ascii="Times New Roman" w:hAnsi="Times New Roman" w:eastAsia="Times New Roman" w:cs="Times New Roman"/>
        </w:rPr>
        <w:t>Balaa ñëw yoonu Dibéer bi, ci jamono ji ñuy daldi téye ci karaange ñaar-fukk ak ñeent junni ak ñaar-fukk ak ñeent war, bët bu Republik bu wacc ci ngëm dafay sos nataalu rab ba ak bët bu Protestaŋ bu wacc ci ngëm, te ci moomu rëdd gu yonent bi, parti Republik bi dafay noot parti Demokrat bi, ndaxte parti Demokrat bi doolebu njaayum dragóŋ la, te parti Republik bi mooy doole ji sos nataalu papas bi.</w:t>
      </w:r>
    </w:p>
    <w:p>
      <w:pPr>
        <w:pStyle w:val="ArticleBody"/>
        <w:jc w:val="left"/>
      </w:pPr>
      <w:r>
        <w:rPr>
          <w:rFonts w:ascii="Times New Roman" w:hAnsi="Times New Roman" w:eastAsia="Times New Roman" w:cs="Times New Roman"/>
        </w:rPr>
        <w:t>Ci biir jaar-jaari waxu yàlla waxoon ci mbëggeel suuf bi, jeexital pati Demokaraat bi ak jeexital pati Repiblikaan bi ñooñu lañu jëfandikoo ngir xamle. Ñaari pati yooyu dañuy sos bëñu Repiblikaanisam, waaye dañuy tegtal it benn xulóo bu biir buy daw jaar ci bépp jaar-jaari mbëggeel suuf bi. Bëñu boobu (Repiblikaan) dafay yor ci biiram ab microcosme bu ñaari bëñ yu mbëggeel suuf bi.</w:t>
      </w:r>
    </w:p>
    <w:p>
      <w:pPr>
        <w:pStyle w:val="ArticleBody"/>
        <w:jc w:val="left"/>
      </w:pPr>
      <w:r>
        <w:rPr>
          <w:rFonts w:ascii="Times New Roman" w:hAnsi="Times New Roman" w:eastAsia="Times New Roman" w:cs="Times New Roman"/>
        </w:rPr>
        <w:t>Ci seede buuru Mèdes ak Perses, mooy bëccëg mi mujj ci bënn góor-góorlu baaxoonoon la taxawoon kawe, te pati Démocratique moo njëkk a tàmbali ci jaar-jaaru Amerig; waaye ci mujje ga, pati Républicain moo yéeg ba gën a kawe te daan Démocrates yi. Ci jaar-jaaru taw bu mujj bi, mi tàmbalee 11 Sulet 2001, Démocrates yu globaliste, yi jinneb Naga yi yëngal, jógee ci kër gu xóotul ndox gi nekk ci Peeñu Yàlla saar 11, ba rey Républicains yi ci sàcc palanteeru 2020 bi. Xare ba ñuy xare ak Trump (ak Républicains yi) tàmbalee bi mu yégle woon ne dafay seet nguur gi ci 2015, te dale na gën a tar lu bees lu jëm kanam.</w:t>
      </w:r>
    </w:p>
    <w:p>
      <w:pPr>
        <w:pStyle w:val="ArticleBody"/>
        <w:jc w:val="left"/>
      </w:pPr>
      <w:r>
        <w:rPr>
          <w:rFonts w:ascii="Times New Roman" w:hAnsi="Times New Roman" w:eastAsia="Times New Roman" w:cs="Times New Roman"/>
        </w:rPr>
        <w:t>Ba déemocrate yi sàcc wone woon vot bi ci atum 2020, ñu daldi tàmbali Njiiti Pelosi yi; waaye ba Trump yéglee woon ne moom dina taxawal ñetteelu kampaañam ci atum 2022, ragal daldi dikk ci kaw déemocrate yi, te seen mer gëna tar, ba noppi ñu jëm ci kaw Trump ak ay toppkatam ak mer mu réy, ndaxte xam nañu ne seen waxtu gàtt na. Ñu bégge woon deewam, waaye ba mu taxawe, ragal gu réy daldi wàcc ci seen kaw.</w:t>
      </w:r>
    </w:p>
    <w:p>
      <w:pPr>
        <w:pStyle w:val="ArticleScripture"/>
        <w:jc w:val="left"/>
      </w:pPr>
      <w:r>
        <w:rPr>
          <w:rFonts w:ascii="Times New Roman" w:hAnsi="Times New Roman" w:eastAsia="Times New Roman" w:cs="Times New Roman"/>
        </w:rPr>
        <w:t>Te buñu noppee seedeel bi ñu war a seede, rab wu yéeggee ci xuru su dul am pënd bi dina xeex ak ñoom, te dina leen noot, rey leen. Te seen yaram yu dee dina nekk ci mbeddum dëkk bu mag ba, bi ñuy tudde ci xel Sodom ak Misra, fa sunu Boroom deesoon na ko daaj ci bant ba itam. Te nit ñi bokk ci xeet yi, giir yi, làkk yi ak réew yi dinañu gis seen yaram yu dee diirub ñetti fan ak genn-wàll, te duñu bàyyi seen yaram yu dee ñu suul leen. Te ñi dëkk ci kaw suuf dinañu bég ci seen kaw, neexlu, te dinañu yónnee ndawtal yu ñu bokkante; ndaxte ñaari yonent yooyu daan nañu sonal ñi dëkk ci kaw suuf. Waaye gannaaw ñetti fan ak genn-wàll, Xelum dund gu jógge ci Yàlla dugg na ci ñoom, te ñu taxaw ci seen tànk; te ragal gu réy daldi wàcc ci kaw ñi leen gis. Peeñu 11:7–11.</w:t>
      </w:r>
    </w:p>
    <w:p>
      <w:pPr>
        <w:pStyle w:val="ArticleBody"/>
        <w:jc w:val="left"/>
      </w:pPr>
      <w:r>
        <w:rPr>
          <w:rFonts w:ascii="Times New Roman" w:hAnsi="Times New Roman" w:eastAsia="Times New Roman" w:cs="Times New Roman"/>
        </w:rPr>
        <w:t>Diir bu wone jeexital partii Démocratique bi moo tàmbalee ci ñu fal Biden ci atum 2021 ba ci ñu fal Trump ci atum 2025. Diir boobu tàmbalee na ak nattu yi Pelosi, yi doon rekk yu aju ci politig te yàqu nañu àttey sàrtu réew mi. Jaar-jaaro jooju, miy tektal deeŋug juróomeel-benéen prezident bi daldi dale ca jamono mujj gi ci 1989 ba ci juróomeel-ñetteel prezident bi bokk ci juróom-ñaari bi, tàmbalee na ak àtte yu politig (nattu yi Pelosi), te mu jeex ak deeŋug partii Démocratique bi, ak ñaareelu kurél nattu yi Pelosi, ndaxte ñi ñuy jublu ci politig soppiku nañu.</w:t>
      </w:r>
    </w:p>
    <w:p>
      <w:pPr>
        <w:pStyle w:val="ArticleBody"/>
        <w:jc w:val="left"/>
      </w:pPr>
      <w:r>
        <w:rPr>
          <w:rFonts w:ascii="Times New Roman" w:hAnsi="Times New Roman" w:eastAsia="Times New Roman" w:cs="Times New Roman"/>
        </w:rPr>
        <w:t>Miselu taarix bii nekk ci bésub fukki benn ci Téereb Peeñ mi, te am na jëfandikoom gu njëkk ci Révolusiyoŋ Farãs. Révolusiyoŋ Farãs mooy misaal gu taarix gu mag gi ci xare yu politig yu mel ni guillotine, buy tektale ne benn kuréelu nguur dafa rey beneen kuréelu nguur, te gannaaw loolu, noonu sax, kàttan googu muy nguur daldi ñu ko dàq ba song ko.</w:t>
      </w:r>
    </w:p>
    <w:p>
      <w:pPr>
        <w:pStyle w:val="ArticleBody"/>
        <w:jc w:val="left"/>
      </w:pPr>
      <w:r>
        <w:rPr>
          <w:rFonts w:ascii="Times New Roman" w:hAnsi="Times New Roman" w:eastAsia="Times New Roman" w:cs="Times New Roman"/>
        </w:rPr>
        <w:t>Jamono bu tàmbalee ci nguurug Biden ak Pelosi Trials, ba ci ñaareelu tàmbale nguurug Trump ak delluwaayug Pelosi Trials, mooy wone mujju xareb Democratic party, te mooy itam wone bi Trump di dellusi jëfandikoo ab taxawaayu executive orders yu ñu misaalale woon ak Alien and Sedition Acts. Jëfandikoo yooyu executive orders dina tàmbali ñaareelu Pelosi Trials, te dina wone tàmbale jamono ji image of the beast di tàmbalee ci dëgg-dëgg. Jamono jooju mujje ci bi ñuy dajale Sunday law, ba tax na ne jamonoyooju tàmbalee ak executive orders yu mengoo ak Alien and Sedition Acts, te mujje ak Sunday law. Fa la Republican party di jeexee.</w:t>
      </w:r>
    </w:p>
    <w:p>
      <w:pPr>
        <w:pStyle w:val="ArticleBody"/>
        <w:jc w:val="left"/>
      </w:pPr>
      <w:r>
        <w:rPr>
          <w:rFonts w:ascii="Times New Roman" w:hAnsi="Times New Roman" w:eastAsia="Times New Roman" w:cs="Times New Roman"/>
        </w:rPr>
        <w:t>Ñaari jamono yi ñuy tektal jeexital pati Démocratique bi, te gannaaw ga pati Républicain bi, dañoo lëkkaloo ci yonent bu sell, te ñu leen tektal ci jamono bu ñaar-fukk ak ñaar at, bee 1776 ba 1798. Jamono jooju am na ñetti màndarga-yoon: Baatu Yégle Bopp-sa-Bopp bi ci 1776; fukk ak ñett at gannaaw gi, Dastuur bi; te gannaaw loolu, yooni Alien and Sedition Acts yi ci 1798. Ñetti màndarga-yoon yooyu gis nañu seen matal ci rëddin pati Démocratique ak Républicain yi, doonte jëfandikoo màndarga-yoon bu ñaareel ak bu ñetteel bi nekk na ci bérab bu wuute ci bu nekk ci rëddin yi.</w:t>
      </w:r>
    </w:p>
    <w:p>
      <w:pPr>
        <w:pStyle w:val="ArticleBody"/>
        <w:jc w:val="left"/>
      </w:pPr>
      <w:r>
        <w:rPr>
          <w:rFonts w:ascii="Times New Roman" w:hAnsi="Times New Roman" w:eastAsia="Times New Roman" w:cs="Times New Roman"/>
        </w:rPr>
        <w:t>Dinañu leer xeetu bopp bii di ñëw firnde yooyu ak seeni matal.</w:t>
      </w:r>
    </w:p>
    <w:p>
      <w:pPr>
        <w:pStyle w:val="ArticleScripture"/>
        <w:jc w:val="left"/>
      </w:pPr>
      <w:r>
        <w:rPr>
          <w:rFonts w:ascii="Times New Roman" w:hAnsi="Times New Roman" w:eastAsia="Times New Roman" w:cs="Times New Roman"/>
        </w:rPr>
        <w:t>“Am na ñaar rekk a am ci fiir yi: Seytaane dafay liggéey ak dooleem gu jubadi te nax, te jaarale ko ci nax gu tar, mu di jàpp mboolem ñi saxul ci dëgg, ñi dëddug seeni nopp dëgg te jublu ci léeb. Seytaane moom ci boppam saxul woon ci dëgg; mooy kumpay bon. Jaarale ko ci ay pexeem yu sotti, dafay jox ay njuumteem yiy alag ruu melokaanu dëgg. Ci loolu la seen kàttan nekk, ngir nax. Ndaxte dañoo di njubbanteg dëgg, moo tax Spiritisme, Théosophie, ak yeneen nax yu mel noonu di am doole lool ci xel yi nit ñi. Ci loolu la jëf ju xereñu Seytaane nekk. Dafay naafeq ne mooy Musalkatu nit, kuy njariñal xeetu nit, te noonu moo gën a yombal ngir yóbbu ay saraxoom ci alkande.”</w:t>
      </w:r>
    </w:p>
    <w:p>
      <w:pPr>
        <w:pStyle w:val="ArticleScripture"/>
        <w:jc w:val="left"/>
      </w:pPr>
      <w:r>
        <w:rPr>
          <w:rFonts w:ascii="Times New Roman" w:hAnsi="Times New Roman" w:eastAsia="Times New Roman" w:cs="Times New Roman"/>
        </w:rPr>
        <w:t>“Ñu artu na nu ci kàddug Yàlla ne xel mu màndi te du nelaw mooy njariñu kaaraange. Ci yoonu dëgg ak njub rekk lañuy mën a rëcc ci kàttanu nattu bi. Waaye àddina bi jàpp nañu ko ci fiir. Seytaane dafay jëfandikoo xelam ci def pexe ak yoon yu bari te ñàkk lim ngir matal ay mébétam. Njàqare ak naaféqam nekk na ci moom mel ni xarala gu mat sëkk, te dafay liggéey ci melokaanu malaaka leer. Bëtub Yàlla rekk a man a xàmmi ay pexeem ngir sobe àddina bi ak njàngale yu dul dëgg te yàqkat, yu yore ci seen kanam melokaanu baax gu dëggu. Dafay liggéey ngir tënku sañ-sañu gor-gorlu ci diine, te dugal ci àddinay diine xeetu jaamono. Mbootaay, kuréel ak yëngu-yëngu, su fekkee ne dootuñu ñu aar ak dooley Yàlla, dinañu liggéey ci ndigalu Seytaane ngir teg nit ñi ci suufu ngëneelu nit ñi; te fen ak pexe dinañu yor melokaanu cëre ci dëgg, ak ci yokkute nguurug Yàlla. Lépp lu nekk ci sunuy jëf te nekkul lu leer ni bés bi, bokk na ci yoonu boroom lu bon bi. Ay yoonam yooyu sax dees na leen di jëfandikoo ci biir Seventh Day Adventists yi, ñi bëgg a wax ne ñoom am nañu dëgg gu jëm kanam.”</w:t>
      </w:r>
    </w:p>
    <w:p>
      <w:pPr>
        <w:pStyle w:val="ArticleScripture"/>
        <w:jc w:val="left"/>
      </w:pPr>
      <w:r>
        <w:rPr>
          <w:rFonts w:ascii="Times New Roman" w:hAnsi="Times New Roman" w:eastAsia="Times New Roman" w:cs="Times New Roman"/>
        </w:rPr>
        <w:t>“Bu nit yi gòor bañ a nang waxtaani artu yi Boroom bi yónnee ci seen kaw, dañuy gën a nekk sax njiit yu ci jëf yu bon; nit ñooñu dañuy jàpp ne dañoo man a jëf sañ-sañi Yàlla—dañuy ñaaw a jéem a def li Yàlla ci boppam du ko def ngir man a noot xeli nit ñi. Dañuy dugal seen bopp pexe ak seen pexe yu ñu tëral, te jaar ci seen xel yu jubadi ci mbirum Yàlla, dañuy woyofal ngëmum ñeneen ci dëgg, te indil ay njàngale yu dul dëgg yu di liggéey ni lawbe, ngir sikkal ak yaxas sunuy kurum ak sunuy kër yu gëm. Lépp lu wàññi xalaatu nit ci njub, ak yemale, ak àtte gu dul jàppale kenn, mboolem pexe walla njàngale lu yóbbu ndaw-u-Yàllay nit ci suufu nootug xeli nit, day yàq seen ngëm ci Yàlla; day tax ba bakkan bi teqalikook Yàlla, ndaxte day yóbbu nit ba sore yoonu sella njubte ak njub.”</w:t>
      </w:r>
    </w:p>
    <w:p>
      <w:pPr>
        <w:pStyle w:val="ArticleScripture"/>
        <w:jc w:val="left"/>
      </w:pPr>
      <w:r>
        <w:rPr>
          <w:rFonts w:ascii="Times New Roman" w:hAnsi="Times New Roman" w:eastAsia="Times New Roman" w:cs="Times New Roman"/>
        </w:rPr>
        <w:t>“Yàlla du jàppale benn pexe bu nit di jéem a nguurloo mbaa sonal moroomam, doonte sax ci lu gën a néew. Benn yaakaar rekk moo desal nit ku daanu: mooy xool ci Yeesu, te nangu ko ni moom rekk mooy Musalkat bi. Bu nit tàmbalee def ab yoon wu dëgër ngir yeneen nit, bu mu tàmbalee takk leen te jiite leen ni ko xelam bëggée, day xeebal Yàlla, te day dugal ayis ci bakkani boppam ak ci bakkani ay bokkam. Nit ku bàkkaar amul yaakaar ak njubte ludul ci Yàlla; te kenn ci nit ñi du jub gannaaw lu dul am na ngëm ci Yàlla, te sax ci jokkoo ju dund gi mu am ak Moom. Tóor-tóor bu nekk ci tool bi war na am affoom ci suuf si; war na am ngelaw, ndoxum xey, taw, ak jant bi. Dina màgg te naat ndareem rekk su fekkee ne jot na ci yiw yii, te yépp a ngi jóge ci Yàlla. Noonu it la ci nit ñi. Ñu ngi jote ci Yàlla li di dundal bakkan bi. Dañu nu artu ba nu bañ a wéeru ci nit, mbaa def yaram sunu doole. Ndagañu am na ci kaw ñépp ñi di def loolu.” The 1888 Materials, 1432–1434.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Nimero benn téeméer ak juróom ñaar-fukk ak juróom ñett-fukk ak juróom ñaar</dc:title>
  <dc:subject>Ndaje Yàlla ak Mbooleem Yonnent yi: Wàllu 144,000 bi ci Tëralin Jamono-jëxital bu Daniel 11:40</dc:subject>
  <dc:creator>Jeff Pippenger</dc:creator>
  <cp:keywords/>
  <dc:description>Generated by ArticleDigger from daniel\198_daniel.json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