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Tëeméer bu njëkk ak juróom-ñeent-fukk ak juróom-ñeent-benn</w:t>
      </w:r>
    </w:p>
    <w:p>
      <w:pPr>
        <w:pStyle w:val="ArticleSubtitle"/>
        <w:jc w:val="left"/>
      </w:pPr>
      <w:r>
        <w:rPr>
          <w:rFonts w:ascii="Arial" w:hAnsi="Arial" w:eastAsia="Arial" w:cs="Arial"/>
        </w:rPr>
        <w:t>Wàññi politig ak yoon wu dëggu: Jeexital gu parti Démocratique ak Républicain ci wàllu kàdduy Yonent yi ci Biibël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Noo ngi ngi wax ci njeexital parti Démocrate ak Républicain ci jaar-jaaru mala suuf si. Mala suuf su Apokalips 13 wax ne, muñ nañ ko séddale ci parti Républicain ak Démocrate, yu bëgg a xeexante ci biir jaar-jaaru waxu yonent gi buy jëm ci béjjenu Républicain bi. Béjjen yi ay misaalu kàttan lañu, te bépp béjjen dafay ëmb mikrokosmos yu jëm ci seen digganteg yonent ci biir seeni bopp jaar-jaar yu yonent. Ci béjjenu Républicain bi, boobu mikrokosmos ñu ngi ko melalale ci ñaari parti politig yu gën a mag, yi feesal jaar-jaaru Etazini. Etazini mooy benn ci ay nguur yu néew yu ñu tudd ci jaar-jaaru yonent, yu tabaxoo ci ñaari kàttan. Bépp réew melo yi jiitu ci yonentu Biibël, yi ñu tegtal ak ñaari kàttan, dañuy misaalal Etazini. Mbooloom nguur Muudo-Pers, Farãs (Sodom ak Ejipt), ak Israyil ak nguuram gu bëj-gànnaar ak gu bëj-saalum, ñépp dañuy yokk ci jëfandikooki yonent yi di firndeel Etazini.</w:t>
      </w:r>
    </w:p>
    <w:p>
      <w:pPr>
        <w:pStyle w:val="ArticleBody"/>
        <w:jc w:val="left"/>
      </w:pPr>
      <w:r>
        <w:rPr>
          <w:rFonts w:ascii="Times New Roman" w:hAnsi="Times New Roman" w:eastAsia="Times New Roman" w:cs="Times New Roman"/>
        </w:rPr>
        <w:t>Nguuru Mèed-Pers bi ci Daniel saar 8 amoon na ñaari gemmiñ, te gemmiñ gu mujj ga (Pers) yéegoon na gën a kawe. Nu xamale nañu lii ngir xamle ne paarti Démocratique gi moo jëkk a dugg ci taarix bi balaa paarti Républicain gi, ba tax paarti Républicain gi moo di ci mujj ci ñaari paarti yi. Jëwriñu réew mu njëkk bu bokk ci paarti Républicain gi feeñ na ci taarix bi ci tontu taxawu paarti Démocratique gi ci ngëmug jaam, te jëwriñu réew boobu njëkk bu Républicain moo yéglewoon Emancipation Proclamation bi ci atum 1863, ma nga doon diggante Xare Sivili Etats-Unis bi, ak atum njàngatug réeroo ngir kërkëpp-ku-jëkk gu Laodicea gu Seventh-day Adventist.</w:t>
      </w:r>
    </w:p>
    <w:p>
      <w:pPr>
        <w:pStyle w:val="ArticleBody"/>
        <w:jc w:val="left"/>
      </w:pPr>
      <w:r>
        <w:rPr>
          <w:rFonts w:ascii="Times New Roman" w:hAnsi="Times New Roman" w:eastAsia="Times New Roman" w:cs="Times New Roman"/>
        </w:rPr>
        <w:t>Njiitu Réew mi mujj ci Republican dañu koy misaale ak njiitu Réew mi jëkk ci Republican; ba tax na, njiit bi mujj dina dugg ci jaar-jaaru nettali bi ci diggante ab xare bu biir réew mi nekk ci diggante parti Democrate buy yëngu ngir jaam ak parti Republicanam buy yëngu ngir bañ jaam. Jaam ji parti Democrate bu fan yu mujj yi di yëgle mooy jaam gu àddina si yépp. Ni ko deme ak njiitu Réew mi jëkk ci Republican, njiitu Réew mi mujj dinañu ko rey ndax parti buy yëngu ngir jaam, ni ñu reyoon Trump ci wàllu politig ca sàccug doorbey 2020 ba. Gannaaw Trump mooy njiitu Réew bi juróomeel benneel li dale ci jamono ji mujj bi tambalee ci 1989, moom moo doon njiitu Réew bi gën a bare alal, te dina yëngal mondialist yi du ci États-Unis rekk waaye ci àddina si yépp. Kon nag, ca yégleem ba mu waxee ne dina daw ngir nekk njiitu Réew mi ci 2015, xareb politig bu biir réew mi ci diggante parti Democrate bu mondialist yi buy yëngu ngir jaam ak parti Republican buy yëngu ngir bañ jaam dafa tàmbaliwoon.</w:t>
      </w:r>
    </w:p>
    <w:p>
      <w:pPr>
        <w:pStyle w:val="ArticleBody"/>
        <w:jc w:val="left"/>
      </w:pPr>
      <w:r>
        <w:rPr>
          <w:rFonts w:ascii="Times New Roman" w:hAnsi="Times New Roman" w:eastAsia="Times New Roman" w:cs="Times New Roman"/>
        </w:rPr>
        <w:t>Ci matal kàddu Yàlla gi nekk ci Revelation sura fukk ak benn, ñu rey Trump ci wàllu politig ci porosee 2020 bi ñu sàcc, te pati Demokrat yi tàmbali bànneex ci mbedd mi, ba keroog mi feeñ ne ci 2022, Trump dina delluwaat daw ngir nekk President. Noonu ragal gu réy dikk ci kow globalist yi, ci matal kàddu Yàlla gi nekk ci Revelation sura fukk ak benn, te seen xare gëna tar. Seede bu kañam yi Medo-Persian joxe dafay wone ne kañam gu mujj gi di jóg (pati Republican bi) dina jóg mujj, te dina jóg gëna kawe. President bu mujj bu pati Republican dina not pati Demokrat bi.</w:t>
      </w:r>
    </w:p>
    <w:p>
      <w:pPr>
        <w:pStyle w:val="ArticleBody"/>
        <w:jc w:val="left"/>
      </w:pPr>
      <w:r>
        <w:rPr>
          <w:rFonts w:ascii="Times New Roman" w:hAnsi="Times New Roman" w:eastAsia="Times New Roman" w:cs="Times New Roman"/>
        </w:rPr>
        <w:t>Doorbinu 2024 bi mooy màndargaal jeexital parti Democratique bi, ndaxte duñu amati benn yoon ngir doxal kenn ku nangu nguurug réew mi lu jiitu ndigalu dimaas, mi di jeexal jaar-jaari waxin Yàlla ci mbirum mala mu suuf si. Ca ndigalu dimaas ga itam, parti Républicain bi day jeex. Parti Democratique bi dafa jeex ci doorbinu 2024, te parti Républicain bi dafa jeex ci ndigalu dimaas ga. Ndigalu dimaas ga, gannaaw li muy jeexital buur bu juróom-benn wa ci waxin Yàllay Biibël, feeñaloon na ko ndawtal mala mu suuf si ci atum 1798. Màndarga waxin Yàlla bu gën a am solo ci mala mu suuf si mooy “waxam.” Ci 1798, États-Unis am nañu ay yoon yu ñuy wax Alien and Sedition Acts, te loolu tax ñuy mel ni ndigalu dimaas ga, ba États-Unis di wax ni nag.</w:t>
      </w:r>
    </w:p>
    <w:p>
      <w:pPr>
        <w:pStyle w:val="ArticleBody"/>
        <w:jc w:val="left"/>
      </w:pPr>
      <w:r>
        <w:rPr>
          <w:rFonts w:ascii="Times New Roman" w:hAnsi="Times New Roman" w:eastAsia="Times New Roman" w:cs="Times New Roman"/>
        </w:rPr>
        <w:t>Bu 1776 ba 1798, États-Unis, doonte baaxul woon buur gi juróomeel benni kàddug waxi Yàlla ci yoon, moo mel ni dafay tegtal ñetti màndargay waxtu ci waxu États-Unis. Jamono jooju indi na tambale nguurug rab wu suuf wi ni buur gi juróomeel benni ci waxi Yàlla ci yoon, te moo tax mu mel ni ab jamono ju jëm ci jeexital nguurug rab wu suuf wi ni buur gi juróomeel benni. Bëgg-boppal gi ñu yéglee ci 1776, te Konstitusiyong bi topp ci 1789 ak yoon yi ñuy wax Alien and Sedition Acts ci 1798, dañuy tegtal ñetti màndargay waxtu ci jaar-jaaru nettali États-Unis bi jëm ci jeexital rab wu suuf wi ni buur gi juróomeel benni ca Sunday law. Matug ñetti màndargay waxtu yooyu dañuy feeñ wuute ci biir jaar-jaari mbootaayu Demokraat ak mbootaayu Republikëŋ.</w:t>
      </w:r>
    </w:p>
    <w:p>
      <w:pPr>
        <w:pStyle w:val="ArticleBody"/>
        <w:jc w:val="left"/>
      </w:pPr>
      <w:r>
        <w:rPr>
          <w:rFonts w:ascii="Times New Roman" w:hAnsi="Times New Roman" w:eastAsia="Times New Roman" w:cs="Times New Roman"/>
        </w:rPr>
        <w:t>Sàrti Patriot bu 2001, daye njàlbéenug ñàkkug moom-sa-bopp ci biir askanu Réewum Etazini, te ñu ko misaale ak yégle gi ay dëgg-dëgg patriyoot yu jaarale ci jaar-jaaru Amerig defee ak Kàddug Bëgg-a-Goreel gi. Teeru Sàrti Patriot mooy njëkk ci ñetti teer yi ñu jàppal ci ñaari pàrti yi, mooy pàrti Répibliken ak pàrti Demokaraat.</w:t>
      </w:r>
    </w:p>
    <w:p>
      <w:pPr>
        <w:pStyle w:val="ArticleBody"/>
        <w:jc w:val="left"/>
      </w:pPr>
      <w:r>
        <w:rPr>
          <w:rFonts w:ascii="Times New Roman" w:hAnsi="Times New Roman" w:eastAsia="Times New Roman" w:cs="Times New Roman"/>
        </w:rPr>
        <w:t>Parti Démocratique bi jeex na ci vot bu mag bu 2024, te loolu indi Ndigali Doxalin yu Trump yi, yi ñu jëkk a misaal ci Yoonu Alien ak Sedition yi. Ndigali Doxalin yi Trump di teg gannaaw loolu duñu yoonu dimaas bi, waaye dañuy mel ni wax ni dragon, ndaxte Trump dina leen jëfandikoo bi muy matal sañ-sañu Sister White bi mu wax ne “active despotism” dina am ci fan yu mujj yi. Despotism mooy baat buy tektal nguurug boppam walla diktatoor, te loolu mooy li ñuy amal jaarale ko ci Ndigali Doxalin yi ñu misaal ci Yoonu Alien ak Sedition yi. Bu Trump di jëfe ay Ndigali Doxalinam, dina am dellu ginnaaw bu jëm ci Nattu Pelosi yi, yi màndargaaloon nguur gu amul njariñ gu Biden.</w:t>
      </w:r>
    </w:p>
    <w:p>
      <w:pPr>
        <w:pStyle w:val="ArticleBody"/>
        <w:jc w:val="left"/>
      </w:pPr>
      <w:r>
        <w:rPr>
          <w:rFonts w:ascii="Times New Roman" w:hAnsi="Times New Roman" w:eastAsia="Times New Roman" w:cs="Times New Roman"/>
        </w:rPr>
        <w:t>Digi jamono joxal màgg te Party démocratique ak Party républicaine am moom màndargaam Alpha ak Omega, ndax ndàqte tàmbaliwaayu bépp waxtu dafay tegtal jeexitalam. Loolu moo tax waymark bu njëkk bi ci Party démocratique mooy Patriot Act bu atum 2001, te ñaareelu waymark bi mooy Pelosi Trials yi tàmbaliwoon ci atum 2021. Nattu yooyu dañuy tegtal bañ gu mat sëkk ci Constitution bi bu 1789. Pelosi Trials yi dañuy tegtal waymark bu digg bi ci rëddub Party démocratique, mi ñu misaaloo woon ba Constitution bi ñu dëggal ko ak fukk ak ñett koloni, gannaaw fukk ak ñett at ci 1776. Pelosi Trials yi dañuy tegtal ngànnaay ci Constitution bi, te 1789 moo leen doon misaal. Ñetteelu waymark bi ci rëddub Democratic mooy fa ñuy jeexee nekk ay party politig.</w:t>
      </w:r>
    </w:p>
    <w:p>
      <w:pPr>
        <w:pStyle w:val="ArticleBody"/>
        <w:jc w:val="left"/>
      </w:pPr>
      <w:r>
        <w:rPr>
          <w:rFonts w:ascii="Times New Roman" w:hAnsi="Times New Roman" w:eastAsia="Times New Roman" w:cs="Times New Roman"/>
        </w:rPr>
        <w:t>Mu jeex ci tànn 2024, te bu ñu matalee tabax nguur gu 2025, ñaareelu kuréelu Nattu Pelosi yi dinañu am ndax Santaan yu Njiit yu ñu misaale ak Yoonu Alien ak Sedition yi. Kon nag, ñetteelu waymark bu parti démocratique mooy Yoonu Alien ak Sedition yi ci 1798. Jamono ji di tegu njeexital parti démocratique bi tambalee ak tànn, tabax nguur, ak dugalub xeexu yoonu politig buy bawoo ci Seytaane, te mu jeexaat ak tànn, tabax nguur, ak dugalub xeexu yoonu politig buy bawoo ci Seytaane.</w:t>
      </w:r>
    </w:p>
    <w:p>
      <w:pPr>
        <w:pStyle w:val="ArticleBody"/>
        <w:jc w:val="left"/>
      </w:pPr>
      <w:r>
        <w:rPr>
          <w:rFonts w:ascii="Times New Roman" w:hAnsi="Times New Roman" w:eastAsia="Times New Roman" w:cs="Times New Roman"/>
        </w:rPr>
        <w:t>Ngir goxub Réewum Réewi Republican, biir njàlbéen bu njëkk mooy Patriot Act bi ci atum 2001, te moomu dafa mel ni Déclaration d’Indépendance bi ci 1776. Njàlbéen bu ñaareel bi bokkul ak njàlbéen bu ñaareel bi woon ngir ngoxub Democratic. Njàlbéen bu ñaareel bi, bi Demokraat yi diiruwoon Constitution bi ci 1789, mooy njëkk Pelosi Trials yi; waaye njàlbéen bu ñaareel bi ngir Réewum Réewi Republican, bi Constitution bi ci 1789 diiruwoo, mooy Alien and Sedition Act bi, te loolu dina mat saa su ñaareelu ndawalug Trump bi amee ci atum 2025. Naka la Alien and Sedition Acts yi ci 1798 man a tektale Constitution bi ci 1789?</w:t>
      </w:r>
    </w:p>
    <w:p>
      <w:pPr>
        <w:pStyle w:val="ArticleBody"/>
        <w:jc w:val="left"/>
      </w:pPr>
      <w:r>
        <w:rPr>
          <w:rFonts w:ascii="Times New Roman" w:hAnsi="Times New Roman" w:eastAsia="Times New Roman" w:cs="Times New Roman"/>
        </w:rPr>
        <w:t>Ci ñaareelu waxtu jël nguur gi Trump, ay ndigal yu mu génne, yi ñuy firndeel ak Alien and Sedition Acts yi atum 1798, tàmbaliwul rekk ñaareelu setu kàdduy àtte yi ñuy wax Pelosi Trials, waaye itam jëf yi di tàmbali sosu nataalu rab wa. Diiru sosu nataalu rab wa tàmbali na te jeex ci wax ni dragóŋ. Wax ji ci tàmbaliwaayu diir boobu mooy tegtal kàttanu buur yi, yi ñuy wone ni ab nguur gu néewul yoon, walla ni Sister White waxe ko, “despotism.” Waxu dragóŋ bi ci mujju diiru sosu nataalu rab wa mooy fésal ne sañ-sañu kàttanu diine yi lañuy samp ngir mu nekk ci kaw kàttanu politig yi.</w:t>
      </w:r>
    </w:p>
    <w:p>
      <w:pPr>
        <w:pStyle w:val="ArticleBody"/>
        <w:jc w:val="left"/>
      </w:pPr>
      <w:r>
        <w:rPr>
          <w:rFonts w:ascii="Times New Roman" w:hAnsi="Times New Roman" w:eastAsia="Times New Roman" w:cs="Times New Roman"/>
        </w:rPr>
        <w:t>Yëgle bi ñu waxe ne mooy Boppalug Ugóor gi, ab yëgle la woon buy taxawu ci bépp nooteelu boroom nguur yi ci réewi Europe ak ci bépp sañ-sañu diine bu kerk bu Room doon jëfandikoo. Jamono ji ñuy tabax nataalu rab wi mooy foofu ñaari kàttan yu bon yooyu booloo, te sañ-sañu diine mooy jiite ci diggante boobu. Ci tabax bi, walla ci booleb ñaari kàttan yooyu, sañ-sañu diine mooy feeñ mujj te mooy ka gën a kowe. Moo tax ndoorte jamono boobu di tegtal mujjeem jamono boobu. Yoonu Alien and Sedition yi ñu jële ci 1798, dañuy tegtal mujju pati Democratic, te loolu mooy ñetteelu waymarkam; waaye ci benn yoon boobu itam, dañuy tegtal ñaareelu waymark bi ci jamono mujjeem pati Republican. Ñetteelu waymark bu pati Republican mooy jëfandikooku Dibéer.</w:t>
      </w:r>
    </w:p>
    <w:p>
      <w:pPr>
        <w:pStyle w:val="ArticleBody"/>
        <w:jc w:val="left"/>
      </w:pPr>
      <w:r>
        <w:rPr>
          <w:rFonts w:ascii="Times New Roman" w:hAnsi="Times New Roman" w:eastAsia="Times New Roman" w:cs="Times New Roman"/>
        </w:rPr>
        <w:t>Ngir bésu Demokrat bi, ñetti màndarga yi 1776, 1789 ak 1798 di tektal 2001 (1776), jëfandikoo ak ëttu Pelosi bu njëkk bi ci 2021 (1789), ak ñaareelu ëttu Pelosi bi ci 2025 (1798).</w:t>
      </w:r>
    </w:p>
    <w:p>
      <w:pPr>
        <w:pStyle w:val="ArticleBody"/>
        <w:jc w:val="left"/>
      </w:pPr>
      <w:r>
        <w:rPr>
          <w:rFonts w:ascii="Times New Roman" w:hAnsi="Times New Roman" w:eastAsia="Times New Roman" w:cs="Times New Roman"/>
        </w:rPr>
        <w:t>Ngir Yooni Réewum Republican, ñetti màndarga yu 1776, 1789 ak 1798 di tegtal 2001 (1776), ñaareelu Nattu Pelosi yi ci 2025 (1789), ak yoonu Dibéer (1798).</w:t>
      </w:r>
    </w:p>
    <w:p>
      <w:pPr>
        <w:pStyle w:val="ArticleBody"/>
        <w:jc w:val="left"/>
      </w:pPr>
      <w:r>
        <w:rPr>
          <w:rFonts w:ascii="Times New Roman" w:hAnsi="Times New Roman" w:eastAsia="Times New Roman" w:cs="Times New Roman"/>
        </w:rPr>
        <w:t>1776, 1789 ak 1798 dañuy juróom-ñaari at, te juróom-ñaari mooy màndarga boole Yàlla ak nit. Ñetti bàyyi-màndarga yii di seede “Dëgg”, ndaxte dañuy tegtal ne bàyyi-màndarga bu njëkk ak bu mujj di won dëgg jii benn. 1776 mooy tegtal taxawaayu moom-sa-bopp, te 1798 mooy tegtal dindi moom-sa-bopp. Kon nag, dañuy tegtal araf yi njëkk ak yi mujj ci alifbe Ebrë bu am juróom-ñaari araf. Araf bi fukki ak ñett mooy màndargay ñàkk déggal, te ñoom ñetti araf yooyu; bi njëkk, bi fukki ak ñett, ak bi mujj, bu ñu leen booloo, dañuy sos baatub Ebrë bi di “Dëgg”.</w:t>
      </w:r>
    </w:p>
    <w:p>
      <w:pPr>
        <w:pStyle w:val="ArticleBody"/>
        <w:jc w:val="left"/>
      </w:pPr>
      <w:r>
        <w:rPr>
          <w:rFonts w:ascii="Times New Roman" w:hAnsi="Times New Roman" w:eastAsia="Times New Roman" w:cs="Times New Roman"/>
        </w:rPr>
        <w:t>1776 dafa wone 11 Sàttumbar 2001, te muy tàmbaliwaayu jamono jiirug ñaar-fukk ak ñeent-war ak ñent-fukk ak ñeent junni. Mu di itam tàmbaliwaayu xëttali tawub mujjaat bi, mooy di diirub jamono bi ñu jox njàng mi ab liggéeykat ci ndimbal yu mu joxe, ndaxte njàngu Demokrat bi dinañu ko daan ngir ñaari réew mi ñuy wax Répubiliken bi.</w:t>
      </w:r>
    </w:p>
    <w:p>
      <w:pPr>
        <w:pStyle w:val="ArticleBody"/>
        <w:jc w:val="left"/>
      </w:pPr>
      <w:r>
        <w:rPr>
          <w:rFonts w:ascii="Times New Roman" w:hAnsi="Times New Roman" w:eastAsia="Times New Roman" w:cs="Times New Roman"/>
        </w:rPr>
        <w:t>Ci biir waxtu, tëj ci moom ci bu dëggu bu Protestaaŋ bi mat na ci jamono ji Boroom bi joxaat ay loxoam ñaareel yoon ngir dajale nit ñi ñuy wax ne ñooy ñi ñu génne ci Israayil, te ñoom dees leen yékkati ni saañ-signal bu ñëwée ci yoonu Dibéer bi.</w:t>
      </w:r>
    </w:p>
    <w:p>
      <w:pPr>
        <w:pStyle w:val="ArticleBody"/>
        <w:jc w:val="left"/>
      </w:pPr>
      <w:r>
        <w:rPr>
          <w:rFonts w:ascii="Times New Roman" w:hAnsi="Times New Roman" w:eastAsia="Times New Roman" w:cs="Times New Roman"/>
        </w:rPr>
        <w:t>Bes bu 18 Sulet 2020, ñu tas wéy dëggu bënëb Protestan bi, te ñaar-fukk ak ñaar at gannaaw 2001, ci Sulet 2023, liggéeyu ñaareelu dajale bi tambalee na jaarale ko ci baat bu yuuxuy ci màndiŋ mi. Jëkkëru dajale bi amoon na ci 2001, ba malaakam Peeñu gi ci saraxal 18 wàccee, fekk kër yu mag yi ca dëkku New York daanu. Wàccug malaaka boobu doon na tegtal tambali waxtuw tëj, te wàccug Mikayel, malaaka mu kawe mi, ci 18 Sulet 2020 doon na tegtal jeexital waxtuw tëj. Yeesu, ni muy Alfa ak Omega, dafa baax a wone mujje bi ak tambali bi; moo tax mbir yu yonent yi ci jëkkëru dajale bi, bi tambalee ci 11 Sàttumbar 2001, di tegtal it mbir yu yonent yi di xew ci ñaareelu dajale bi.</w:t>
      </w:r>
    </w:p>
    <w:p>
      <w:pPr>
        <w:pStyle w:val="ArticleBody"/>
        <w:jc w:val="left"/>
      </w:pPr>
      <w:r>
        <w:rPr>
          <w:rFonts w:ascii="Times New Roman" w:hAnsi="Times New Roman" w:eastAsia="Times New Roman" w:cs="Times New Roman"/>
        </w:rPr>
        <w:t>Am na ñetti misaal yu leer yu ñeel ñaareelu dajale bi te di misaal yeneen mbir yu njël jeexitalu jaar-jaaru waxtu biiréef bañu tànn miir ak ñeenti fukk ak ñeenti junni, mooy jaar-jaaru Almasi bi, ak jaar-jaaru yégleb malaaka bu njëkk ak bu ñaareel diggante 11 ut 1840 ak 22 oktoobar 1844, ak itam jaar-jaaru malaaka bu ñetteel li dale 22 oktoobar 1844 ba ca ñàkk dégg ba ci 1863. Ñetti seede yii mooy taxawoo ñaareelu dajale biiréef bañu tànn miir ak ñeenti fukk ak ñeenti junni, dalee ci sulet 2023 ba ca yoonu Dibéer bu dikk léegi. Bu nu tànne benn cér bu xóot ci ku nekk ci jaar-jaar yooyu, dinañu gis firnde yi ci rôle bi ñetteelu ay.</w:t>
      </w:r>
    </w:p>
    <w:p>
      <w:pPr>
        <w:pStyle w:val="ArticleBody"/>
        <w:jc w:val="left"/>
      </w:pPr>
      <w:r>
        <w:rPr>
          <w:rFonts w:ascii="Times New Roman" w:hAnsi="Times New Roman" w:eastAsia="Times New Roman" w:cs="Times New Roman"/>
        </w:rPr>
        <w:t>Ci jeexital ndaje baayu Exeter bi, ci 17 At 1844, yéglees nañu yoonu Yuuxu Gudi Gi. Yégle boobu moo doon tegtal yégle yoonu Yuuxu Gudi Gi ci jaar-jaaru ñetti fukki junni ak ñeenti junni ñaar fukki ñent, ndaxte ñaari jaar-jaar yooyu yépp amoon nañu tey itam di matal léebu fukki janq. Magg White mooy wax ne dugg gu màgg ga Almasi dugge Yerusalem dafa doon tegtal yégle yoonu Yuuxu Gudi Gi ci 1844. Benn yoon rekk la Almasi abawoon mala, te mooy ci duggam Yerusalem, te mala ma mu waroon woon mooy mbaam, mi nekk màndarga Islam. Ci jamono jëmbat gu ñaareel ga, bu 1844 ba 1863, ci 1848 Magg White moo xamale ne réewi Tugal yi dañuy mer, te merloo réew yi ci jaar-jaar boobu amoon na ci njeexital xutti ay xare yu dul jeex, yi Islam di indi ci kaw Tugal. Ci ku nekk ci ñetti jaar-jaar yi aju ci jëmbat gu ñaareel, wàllu Islam buy ñetteelu musiba biñu wax ci mbind mi, feeñ na.</w:t>
      </w:r>
    </w:p>
    <w:p>
      <w:pPr>
        <w:pStyle w:val="ArticleBody"/>
        <w:jc w:val="left"/>
      </w:pPr>
      <w:r>
        <w:rPr>
          <w:rFonts w:ascii="Times New Roman" w:hAnsi="Times New Roman" w:eastAsia="Times New Roman" w:cs="Times New Roman"/>
        </w:rPr>
        <w:t>Jamono tëjukaayug ñaari téeméer ak ñeent-fukk ak ñeent junni ñi ñu tëral tàmbalee na ci 11 Suweel 2001, ba Islaam bu ñetteelu musiba bi jëfandikoo ndawtal gu yéemu ci réew mu tedd mi bees, mooy États-Unis. Ñaari-fukk ak ñaar at gannaaw loolu, ci 7 Oktoobar 2023, Islaam bu ñetteelu musiba bi indi na ndawtal gu yéemu ci réew mu tedd mi yàgg. Bu yoonu Dibeer bu ñëw léegi agsee, mi di suuxat bu mag bi ci Peeñu 11, ñetteelu musiba bi dellusi na ci mbetteel, ndaxte mu yokkatiwaat jëfandikoo ndawtal gu yéemu ci réew mu tedd mi bees.</w:t>
      </w:r>
    </w:p>
    <w:p>
      <w:pPr>
        <w:pStyle w:val="ArticleBody"/>
        <w:jc w:val="left"/>
      </w:pPr>
      <w:r>
        <w:rPr>
          <w:rFonts w:ascii="Times New Roman" w:hAnsi="Times New Roman" w:eastAsia="Times New Roman" w:cs="Times New Roman"/>
        </w:rPr>
        <w:t>Bunt gi nit Israel gu yaram te melokaanam ngir tektal ñi daan nañu seen Masiya, ak ñetti metit yu Islam bu ñetteelu alkande def ci mbetteel, yépp dañuy yëgle màndarga “Dëgg.” Yégle bi di tëj ñaar-fukk ak ñeent junni ak ñeent téeméer yi, di matale liggéeyu dajale nit yu Yàlla ci mujjug jamono ña ñaareel yoon, am na ci jamono ju jëfandikookat yu Islam bu ñetteelu alkande di dox.</w:t>
      </w:r>
    </w:p>
    <w:p>
      <w:pPr>
        <w:pStyle w:val="ArticleBody"/>
        <w:jc w:val="left"/>
      </w:pPr>
      <w:r>
        <w:rPr>
          <w:rFonts w:ascii="Times New Roman" w:hAnsi="Times New Roman" w:eastAsia="Times New Roman" w:cs="Times New Roman"/>
        </w:rPr>
        <w:t>Jamono wax ci kàddu yonent yi ni “ñaareelu dajale,” dafa màggal te leeral jamono yu yonent yi wax, yi taxawal mboolem jaar-jaaru “ñaareelu dajale” bi. Wàccug Almasi bi gannaaw ndekkiteem bi mooy tàmbali liggéeyam ngir dajale ñi tasaaroo woon ca bant ba.</w:t>
      </w:r>
    </w:p>
    <w:p>
      <w:pPr>
        <w:pStyle w:val="ArticleScripture"/>
        <w:jc w:val="left"/>
      </w:pPr>
      <w:r>
        <w:rPr>
          <w:rFonts w:ascii="Times New Roman" w:hAnsi="Times New Roman" w:eastAsia="Times New Roman" w:cs="Times New Roman"/>
        </w:rPr>
        <w:t>Noonu Yeesu ne leen: “Yeen ñépp dangeen a bettu ci sama ndigël tey guddi; ndaxte bind nañu ne: Dinaa dóor sàmm bi, te xar yi ci juróom gi dinañu tasaaroo.” Macë 26:31.</w:t>
      </w:r>
    </w:p>
    <w:p>
      <w:pPr>
        <w:pStyle w:val="ArticleBody"/>
        <w:jc w:val="left"/>
      </w:pPr>
      <w:r>
        <w:rPr>
          <w:rFonts w:ascii="Times New Roman" w:hAnsi="Times New Roman" w:eastAsia="Times New Roman" w:cs="Times New Roman"/>
        </w:rPr>
        <w:t>Gannaaw ñetti fan yi mu nekk ci bàmmeel bi, Kirist wàcc ci taalibe yi, tàmbali ab jamono bu ñeent-fukk fan ngir jàngal gu boppam; loolu nag toppoon na ko ab jamono bu fukk fan ngir benn-doole ak ñaan, ngir waajal tuurug Xelum Sell mi gu amul natt ci Pentekot.</w:t>
      </w:r>
    </w:p>
    <w:p>
      <w:pPr>
        <w:pStyle w:val="ArticleScripture"/>
        <w:jc w:val="left"/>
      </w:pPr>
      <w:r>
        <w:rPr>
          <w:rFonts w:ascii="Times New Roman" w:hAnsi="Times New Roman" w:eastAsia="Times New Roman" w:cs="Times New Roman"/>
        </w:rPr>
        <w:t>Bind ma jëkk bi laa def, yow Teofil, ci lépp lu Yeesu tambalee def ak a jàngale, ba ca bés ba ñu ko yékkatiwoon, gannaaw ba mu joxee ndigël ay apostam yi mu tànn woon jaarale ko ci Xel mu Sell mi; ñoom itam la won ne dafa dund gannaaw ay sonnaam, ci lu bare lu wóor te kenn mënu ko weddi, fekk ñu koy gis diirub ñeent-fukk fan, te muy wax ci mbir yi jëm ci nguuru Yàlla gi. Te bi mu dajalee ak ñoom, mu sant leen ne bu ñuy jóge Yerusalem, waaye na ñuy xaar li Baay bi digoon, li, ni mu waxe, ngeen dégg ci man. Ndaxte Yahya dafa sóobe ci ndox, waaye yéen dees na leen sóobe ci Xel mu Sell mi fii ak ay fan yu néew. Bi ñu dajalee nag, ñu laaj ko ne: «Boroom bi, ndax ci jamono jii ngay dellooat nguuru gi ci Israyil?» Mu ne leen: «Du seen walla xam waxtu yi walla jamono yi, yi Baay bi tëral ci sañ-sañam bopp. Waaye dangeen jot kàttan bu Xel mu Sell mi wàcce ci yéen; te dangeen nekk seede yu ma ci Yerusalem, ci bépp Yudee ak Samari, ba ca ëppëg suuf si.» Bi mu waxee loolu, fekke ñu ngi koy xool, ñu yékkati ko; te niir daldi ko jël, ba ñu mënaatu koo gis.... Te bi bésu Pantekot bi matsee, ñépp àndoon nañu ci benn xel, ci benn bëriin. Te saa si réy dëgg, am na riir gu jóge asamaan, mel ni ngelaw lu am doole di daw; te mu feesal kër gépp ga ñu toogoon. Jëf ya 1:1–9, 2:1, 2.</w:t>
      </w:r>
    </w:p>
    <w:p>
      <w:pPr>
        <w:pStyle w:val="ArticleBody"/>
        <w:jc w:val="left"/>
      </w:pPr>
      <w:r>
        <w:rPr>
          <w:rFonts w:ascii="Times New Roman" w:hAnsi="Times New Roman" w:eastAsia="Times New Roman" w:cs="Times New Roman"/>
        </w:rPr>
        <w:t>Diirub fanweeri ay, tegu ci fukki fan yi taalibe ya war a “xaar” ngir jëfandikoo digeb Baay bi, Kirist dafa doon dajale ay taalibeem ñaareel yoon. Diiru xaar gi ca Yerusalem mooy misaalug waxtu tarriyer, te mu ànd ak yeneen waxtuy tarriyer yi ci Mataaye juróom-ñaar fukk ak juróom, ak Habakuk ñaar. Kirist mooy ràññee ne bépp diir bi tàmbalee na ca liggéeyu Eliya, ba Yaxya di sóob nit ñi ci ndox, te bépp diir boobu jeex na ca sóobug Xel mu Sell mi ci Pentekot. Sóob ci ndox misaal la bu dee, suul ak dekki, ba tax marka bu digg bi ci bépp diir boobu mooy bant bi, ndaxte bépp diir boobu yépp yore na màndarga gu “Dëgg”.</w:t>
      </w:r>
    </w:p>
    <w:p>
      <w:pPr>
        <w:pStyle w:val="ArticleBody"/>
        <w:jc w:val="left"/>
      </w:pPr>
      <w:r>
        <w:rPr>
          <w:rFonts w:ascii="Times New Roman" w:hAnsi="Times New Roman" w:eastAsia="Times New Roman" w:cs="Times New Roman"/>
        </w:rPr>
        <w:t>Jamono jépp mi ngi tàmbalee ak sóobu Kirist ci loxo Yaxya, bi Xelum Yàlla wàccee ci melokaanu pitax. Bu boobaa la liggéeyu dajale taalibey yi war a doon sàmmu kër gu sell gu kiristaan giy tàmbalee. Ci njeexital jamono jooju, Kirist dajale na ay taalibeem ñaareelu yoon, te jamonoy ñaareel bi ci dajale boobu mooy benn delluwaay ak jamonoy jëkk bi ci dajale, ndaxte Kirist dafa wone njeexitu mbir ak njalbéenam.</w:t>
      </w:r>
    </w:p>
    <w:p>
      <w:pPr>
        <w:pStyle w:val="ArticleBody"/>
        <w:jc w:val="left"/>
      </w:pPr>
      <w:r>
        <w:rPr>
          <w:rFonts w:ascii="Times New Roman" w:hAnsi="Times New Roman" w:eastAsia="Times New Roman" w:cs="Times New Roman"/>
        </w:rPr>
        <w:t>Baat bi dafa melokaanoon ci sóobu Kirist, te ñaar ñiiru xew-xew yooyu tamit tàmbalee nañu liggéeyu dajale taalibey. Njàngat wi di màndarga bi xamale njàlbéen bi ak mujj bi dafay tekki dee, suul ak ndekkite. Gannaaw ndekkite gi, ñeent-fukk fan yu nattu ci màndiŋ ma dañoo doon màndarga ñeent-fukk fan yu njàngale gannaaw wàccam ci taalibey yi. Ñeent-fukk fan yooyu ñépp ñaar dañuy tektal dëgg gu jëkk gi Yesu waxee ne: “Bind nañu ko, nit du dund ci mburu rekk, waaye ci kàddu gu nekk guy génn ci gémmiñu Yàlla.”</w:t>
      </w:r>
    </w:p>
    <w:p>
      <w:pPr>
        <w:pStyle w:val="ArticleBody"/>
        <w:jc w:val="left"/>
      </w:pPr>
      <w:r>
        <w:rPr>
          <w:rFonts w:ascii="Times New Roman" w:hAnsi="Times New Roman" w:eastAsia="Times New Roman" w:cs="Times New Roman"/>
        </w:rPr>
        <w:t>Ci jamono booba, Yeesu ubbi na taalibey yi lépp li yonent yi seede woon ci Almasi bi, noonu mu xamle ne jamono jooju dafa doon ubbitebu Kàddug wax ci kanamam.</w:t>
      </w:r>
    </w:p>
    <w:p>
      <w:pPr>
        <w:pStyle w:val="ArticleScripture"/>
        <w:jc w:val="left"/>
      </w:pPr>
      <w:r>
        <w:rPr>
          <w:rFonts w:ascii="Times New Roman" w:hAnsi="Times New Roman" w:eastAsia="Times New Roman" w:cs="Times New Roman"/>
        </w:rPr>
        <w:t>Te gis, ñaar ci ñoom demoon nañu bés boobu ca dëkk bu ndaw ba ñuy wax Emmaüs, mi sore Yerusalem lu tollu ci juróom-benn-fukk ak juróom-benn furlong. Te dañuy waxante ci seen biir mbir yooyu yépp yu xewoon. Noonu, bi ñuy waxtaan ak xalaatante, Yeesu ci boppam jegeñ na leen, demandoo ak ñoom. Waaye seeni bët ñuñu leen téye ba tax ñu xamul ko.... Noonu mu ne leen: Éey yeen ñi amul xel, te seen xol di yokk a gëm lépp li yonent yi wax! Ndax du woon ne Kirist war na sonn ci mbir yooyu, ba noppi dugg ci ndamam? Te mu tàmbalee ca Musaa ak yonent yépp, di leen firndeel ci Mbind mi yépp mbir yi jëm ci moom. Te ñu jegesi ca dëkk ba ñu jëm, te moom mel ni dafa bëggoon dem ba gën a sore. Waaye ñu ñaan ko bu baax, ne ko: Toogal ak nun, ndaxte ngoon naa ngi jot, te bés bi jëkk na lool. Noonu mu dugg, ngir toog ak ñoom. Te xew na ne, bi mu toogee lekk ak ñoom, mu jël mburu, barkeel ko, damm ko, jox leen ko. Noonu seeni bët ubiku, ñu xam ko; te mu raññee ci seen gis-gis. Luug 24:13–16, 26–31.</w:t>
      </w:r>
    </w:p>
    <w:p>
      <w:pPr>
        <w:pStyle w:val="ArticleBody"/>
        <w:jc w:val="left"/>
      </w:pPr>
      <w:r>
        <w:rPr>
          <w:rFonts w:ascii="Times New Roman" w:hAnsi="Times New Roman" w:eastAsia="Times New Roman" w:cs="Times New Roman"/>
        </w:rPr>
        <w:t>Kirist bi nekk ak taalibe ya ko xamuloon ku mu doon, ba kera mu ubbi seen bët, “te dale ci Musaa ak bépp yonent yi, mu firil leen ci bépp Mbind mi li ñu bind ci moom.” Seen bët ubbeeku nañu bi ñu leen joxee “mburu” ngir ñu lekk. Gannaaw ñeent-fukki fan, Kirist yéeg na asamaan, te “sankoo ci seen gis-gis,” ni mu ko defoon ak taalibe Emayis yi ca njàlbéenug ñeent-fukki fan yi ñuy jàngale. Noonu ñu tàmbalee fukki fan yi ñuy waajal ngir Pentekot, loolu di misaal bu fekki Yoonu Dibéer bi di ñëw léegi.</w:t>
      </w:r>
    </w:p>
    <w:p>
      <w:pPr>
        <w:pStyle w:val="ArticleBody"/>
        <w:jc w:val="left"/>
      </w:pPr>
      <w:r>
        <w:rPr>
          <w:rFonts w:ascii="Times New Roman" w:hAnsi="Times New Roman" w:eastAsia="Times New Roman" w:cs="Times New Roman"/>
        </w:rPr>
        <w:t>Ci biir yëngëlu suuf boobu mag, mooy yoonu dimaas bi, ñetteelu toroxalu Isalaam gi dafa ñëw gaaw, te Isalaam mooy “ngëlaw gu metti” gu “penku” ci Esayi, maanaam mooy noflaayu Esekiyel bi jóge ci ñenti ngëlaw yi Yowaana wax, yiñu téye diirub màndargaalug téeméeri junni ak ñeent fukki junni ak ñeent téeméeri junni.</w:t>
      </w:r>
    </w:p>
    <w:p>
      <w:pPr>
        <w:pStyle w:val="ArticleBody"/>
        <w:jc w:val="left"/>
      </w:pPr>
      <w:r>
        <w:rPr>
          <w:rFonts w:ascii="Times New Roman" w:hAnsi="Times New Roman" w:eastAsia="Times New Roman" w:cs="Times New Roman"/>
        </w:rPr>
        <w:t>Bu ñaar-fukk ak ñeent junni ak ñeent-weer ñi buñu leen rëccee, kon ñaar-ñent xel yi dañuy bàyyiku, te «fekk ga amoon na ay riir gu jóge asamaan, mel ni ngelaw gu gaaw te bare doole, te mu feesal kër gépp gi.» Islaam bu ñetteelu ay naqar bi dafa daldi dóor «fekk» te kenn seetlu ko woon, te mu jur «riir gu jóge asamaan» gi di juróomeel buftu bi; loolu moo wone kàddu ne kañ la kumpag Yàlla gi mat, te kumpag Yàlla gi dafa matal ci ñi di ñaar-fukk ak ñeent junni ak ñeent-weer, bu Yàllaay (tuurug Xel mu Sell mi) boolee ak nit ña ba fàww, te Boroom bi daldi ñëw «fekk» ci këram (kër ga taalibe yi dajaloo woon), te dugg ci kóllëre ak ñaar-fukk ak ñeent junni ak ñeent-weer ñi.</w:t>
      </w:r>
    </w:p>
    <w:p>
      <w:pPr>
        <w:pStyle w:val="ArticleBody"/>
        <w:jc w:val="left"/>
      </w:pPr>
      <w:r>
        <w:rPr>
          <w:rFonts w:ascii="Times New Roman" w:hAnsi="Times New Roman" w:eastAsia="Times New Roman" w:cs="Times New Roman"/>
        </w:rPr>
        <w:t>Dina nu koy jatale ci njàngum li ci beneen mbind mi ci topp.</w:t>
      </w:r>
    </w:p>
    <w:p>
      <w:pPr>
        <w:pStyle w:val="ArticleScripture"/>
        <w:jc w:val="left"/>
      </w:pPr>
      <w:r>
        <w:rPr>
          <w:rFonts w:ascii="Times New Roman" w:hAnsi="Times New Roman" w:eastAsia="Times New Roman" w:cs="Times New Roman"/>
        </w:rPr>
        <w:t>“Boroom bi bëgg nu yéeg ca tund wa,—gëna jëm ci seen kanam. Nu ngi ñëw ci benn jafe-jafe bu màgg bu, lu gën a ëpp benn waxtu wu jiitu woon, li dale ci njàlbéenug àddina, dina laaj ngir kërëm gi yépp ak sellalug bopp gu mat ci ku nekk ku tudd turu Almasi bi.</w:t>
      </w:r>
    </w:p>
    <w:p>
      <w:pPr>
        <w:pStyle w:val="ArticleScripture"/>
        <w:jc w:val="left"/>
      </w:pPr>
      <w:r>
        <w:rPr>
          <w:rFonts w:ascii="Times New Roman" w:hAnsi="Times New Roman" w:eastAsia="Times New Roman" w:cs="Times New Roman"/>
        </w:rPr>
        <w:t>“Yeesaalug diine ju dëgg ci sunu biir moo gën a mag te moo gën a yépp a jëkk ci sunuy soxla. War na nu am ndoxalu sell bi jóge ci Yàlla, sóobug Xelam; ndaxte loolu rekk moo di jumtukaay ji am doole ci tasaaru dëgg ju sell ji. Xelu Yàlla mooy dundal kàttan yu bakkaarloo yi nekk ci ruu, ngir mu man a xam te màggal mbir yu asamaan, te muy woo xol yi jëm ci Yàlla ak dëgg gi.</w:t>
      </w:r>
    </w:p>
    <w:p>
      <w:pPr>
        <w:pStyle w:val="ArticleScripture"/>
        <w:jc w:val="left"/>
      </w:pPr>
      <w:r>
        <w:rPr>
          <w:rFonts w:ascii="Times New Roman" w:hAnsi="Times New Roman" w:eastAsia="Times New Roman" w:cs="Times New Roman"/>
        </w:rPr>
        <w:t>«Ndax nu am ay yéene gu màgg ci jàpp Yàlla ci li mu wax. Bi Yeesu nekkoon di bëgg a bàyyi ay taalibeem ngir yéeg ca asamaan, mu dénk leen ñu yóbbu xebaar bu baax bi ca xeeti nit ñépp, làkk yépp ak xeet yépp. Mu wax leen ñu toog Yerusalem ba kera muñu leen solo doole gu jóge kawe. Loolu dafa doon lu am solo lool ngir seen ndam. War na ñaawtug Xel mu Sell mi wàcc ci surga yi Yàlla. Ñépp ñi ñu xam ne dañoo mat a doon taalibey Kirist te bokk ak ndaw ya ni waareekat yu xam xebaar bu baax bi, dajale nañu ca Yerusalem. Ñu bàyyi fépp seen wuute yépp. Ñu sax ci benn xel ci ñaan ak ñaanu, ngir ñu jot matalug digeb Xel mu Sell mi; ndaxte war nañu waare xebaar bu baax bi ci wonug Xel mi ak ci kàttanu Yàlla. Moo nekkoon jamono ju amoon njàqare lu réy ci toppkat yu Kirist. Mel nañu woon ni xar yu nekk ci diggante góor-góorlu, waaye dañoo amoon fit, ndaxte Kirist dekkitoo na ca dee ba, te wonoon na leen boppam, te digoon na leen barke bu xóot bu leen di may melo ngir dem waare xebaar bu baaxam ci àddina si. Ñu doon xaar ci yaakaar matalug digebam, te doon ñaan ak naqar gu gën a tar.»</w:t>
      </w:r>
    </w:p>
    <w:p>
      <w:pPr>
        <w:pStyle w:val="ArticleScripture"/>
        <w:jc w:val="left"/>
      </w:pPr>
      <w:r>
        <w:rPr>
          <w:rFonts w:ascii="Times New Roman" w:hAnsi="Times New Roman" w:eastAsia="Times New Roman" w:cs="Times New Roman"/>
        </w:rPr>
        <w:t>“Lii mooy yoon wi war a toppu ñi di jëf ci liggéeyu yégle ñëwug Boroom bi ci niir yi asamaan; ndaxte nit ñu war a waajal ngir man a taxaw ci bés bu mag bu Yàlla. Doonte ne Kirist joxoon na ay taalibeem digeb ne dinañu jot Xel mu Sell mi, loolu dindiwul soxlay ñaan. Gën nañu woon a ñaan ak doole; ñu sax ci ñaan ak benn xel. Ñi nekk léegi ci liggéey bu tedd bii di waajal nit ñi ngir ñëwug Boroom bi, war nañu itam a sax ci ñaan. Taalibey jëkk ya nekkoon nañu benn xel. Amuñu woon i xalaat yu doy waar, walla ay teori yu yéeme yi ñuy jëfandikoo ngir wax naka la barke bi ñu dige woon di ñëwe. Benn lañu woon ci ngëm ak ci xel. Deggoon nañu.”</w:t>
      </w:r>
    </w:p>
    <w:p>
      <w:pPr>
        <w:pStyle w:val="ArticleScripture"/>
        <w:jc w:val="left"/>
      </w:pPr>
      <w:r>
        <w:rPr>
          <w:rFonts w:ascii="Times New Roman" w:hAnsi="Times New Roman" w:eastAsia="Times New Roman" w:cs="Times New Roman"/>
        </w:rPr>
        <w:t>“Waccal bépp sikki-sàkki. Dindi leen sa ragal, te jot xexperience bi Pool amoon ba mu waxee ne: ‘Dama dekkandoo ak Kirist ci bant bi; waaye moo tax may dund, waaye du man, waaye Kirist moo dund ci man: te dund gi may dund léegi ci sama yaram, ci ngëm gi ci Doomu Yàlla laa koy dunde, moom mi ma bëgg te jébbal boppam ngir man.’ [Galatians 2:20.] Jébbal lépp ci Kirist, te na sa dund bi nëbbu ak Kirist ci Yàlla. Kon dinga nekk doole bu jëm ci lu baax. Benn dina dàq junni, ñaar ñoom dinañu dawloo fukki junni.”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Tëeméer bu njëkk ak juróom-ñeent-fukk ak juróom-ñeent-benn</dc:title>
  <dc:subject>Wàññi politig ak yoon wu dëggu: Jeexital gu parti Démocratique ak Républicain ci wàllu kàdduy Yonent yi ci Biibël bi</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