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Ñaar Téeméeri Lammiñuñaar</w:t>
      </w:r>
    </w:p>
    <w:p>
      <w:pPr>
        <w:pStyle w:val="ArticleSubtitle"/>
        <w:jc w:val="left"/>
      </w:pPr>
      <w:r>
        <w:rPr>
          <w:rFonts w:ascii="Arial" w:hAnsi="Arial" w:eastAsia="Arial" w:cs="Arial"/>
        </w:rPr>
        <w:t>Yenn wàcc gu yonent yi di feeñaat: Ñaareelu dajale bi ak soloom ci eskatolojiu Adayentist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Nu ngi seet jamonoy waxu Yàlla wi ñu tegtal ni mooy ñaareelu dajale bi yonent Esayi wax, te gannaaw loolu, Rakku Jigéen White itam màggal ko.</w:t>
      </w:r>
    </w:p>
    <w:p>
      <w:pPr>
        <w:pStyle w:val="ArticleScripture"/>
        <w:jc w:val="left"/>
      </w:pPr>
      <w:r>
        <w:rPr>
          <w:rFonts w:ascii="Times New Roman" w:hAnsi="Times New Roman" w:eastAsia="Times New Roman" w:cs="Times New Roman"/>
        </w:rPr>
        <w:t>Te ca bés boobaam moom bés, kenn garab gu cosaanoo Yese dina taxaw ne melokaanu xeet yi; ay xeeti mbëkk yi dinañu ko seet, te sama noppalu yépp dina am ndam ak màggat. Te dina am ne bés boobaam, Boroom bi dina yokkati loxoom ñaareel yoon ngir jotaat ba ca desit ay nitam yi, ñi dese, nekk ci Asiri, ak ci Misra, ak ci Patros, ak ci Kus, ak ci Elam, ak ci Sinar, ak ci Hamat, ak ci dunu géej gi. Te moom dina taxawal melokaanu xeet yi, dina dajale ñi ñu génne ci Israyil, te dina booloo ñi tasaaroo ci Yuda, jële leen ca ñeenti weti suuf si. Te it kiñaanu Efrayim dina jeex, te noon yu Yuda dinañu dagg; Efrayim du kiñaan Yuda, te Yuda du sonal Efrayim. Esayi 11:10–13.</w:t>
      </w:r>
    </w:p>
    <w:p>
      <w:pPr>
        <w:pStyle w:val="ArticleBody"/>
        <w:jc w:val="left"/>
      </w:pPr>
      <w:r>
        <w:rPr>
          <w:rFonts w:ascii="Times New Roman" w:hAnsi="Times New Roman" w:eastAsia="Times New Roman" w:cs="Times New Roman"/>
        </w:rPr>
        <w:t>Bu Yàlla dajalee ñi bokk ci ay nitam yu mujj yi ñaareelu yoon, am na bennug booloo ak bennug mbooloom xel ci diggante taalibey boobu, te loolu moom la fukki fan yi jiitu Pentekot doon firndeel; te Esaay wax na ci moom ne: “Xasoo Efrayim dina jeex, te noonu Yuda dinañu ñàkk; Efrayim du sore Yuda, te Yuda it du sonal Efrayim.”</w:t>
      </w:r>
    </w:p>
    <w:p>
      <w:pPr>
        <w:pStyle w:val="ArticleScripture"/>
        <w:jc w:val="left"/>
      </w:pPr>
      <w:r>
        <w:rPr>
          <w:rFonts w:ascii="Times New Roman" w:hAnsi="Times New Roman" w:eastAsia="Times New Roman" w:cs="Times New Roman"/>
        </w:rPr>
        <w:t>“Nattu yu metti ci askanu Yàlla, te war nañu teqale ñi mel ni garab gu bon ak ñi mel ni dugub wu baax. Waaye bu Efrayim bañati sànk Yudaati, te Yudaa du sonalati Efrayim. Kàddu yu baax, yu lewet, yu fees ak yërmande dinañu génn ci xol yu sella ak ci tuñ yu sella. Lu am solo lool mooy nu bokk benn, te su fekkee ne nun ñépp di wut lewetug Kirist ak suufeelam, dinañu am xelum Kirist, te am na bennute gu aju ci xel.” Review and Herald, 19 mars 1895.</w:t>
      </w:r>
    </w:p>
    <w:p>
      <w:pPr>
        <w:pStyle w:val="ArticleBody"/>
        <w:jc w:val="left"/>
      </w:pPr>
      <w:r>
        <w:rPr>
          <w:rFonts w:ascii="Times New Roman" w:hAnsi="Times New Roman" w:eastAsia="Times New Roman" w:cs="Times New Roman"/>
        </w:rPr>
        <w:t>Benn benn mooy benn ci liggéey bi Kirist di matal su mu dajale wa téeméer ak ñeent-fukk ak ñeent-junni ña ñaareel yoon. Boppu benn boobu dañoo ko tegtaloon ci fukki fan yi jiitu Pentekot, ak ci juróomi fan ak benn yi ci ndaje dalu Exeter bi, te mën na woon a matal diggante 1856 ak 1863, su fekkee ne ñi jaaroon ci réer gu mag ga 22 Oktoobar 1844 woonuñu woon seen yoon.</w:t>
      </w:r>
    </w:p>
    <w:p>
      <w:pPr>
        <w:pStyle w:val="ArticleScripture"/>
        <w:jc w:val="left"/>
      </w:pPr>
      <w:r>
        <w:rPr>
          <w:rFonts w:ascii="Times New Roman" w:hAnsi="Times New Roman" w:eastAsia="Times New Roman" w:cs="Times New Roman"/>
        </w:rPr>
        <w:t>“Waaye ci jamono ji muccoon ci kaw sikki-sakka ak xel mu nekkul dal, te topp ca naqar ga, bari ci gëmkat yu advent bi bàyyi nañu seen ngëm. Juuyoo ak xaaju dugg nañu ci biir.... Noonu liggéey bi yéex, te àddina bi des ci lëndëm. Bu fekkee ne mbooloom Adventist bépp bennoon na ci ndigali Yàlla ak ngëm gi ci Yeesu, naka la sunu jaar-jaar di woon wuute lool!”</w:t>
      </w:r>
    </w:p>
    <w:p>
      <w:pPr>
        <w:pStyle w:val="ArticleScripture"/>
        <w:jc w:val="left"/>
      </w:pPr>
      <w:r>
        <w:rPr>
          <w:rFonts w:ascii="Times New Roman" w:hAnsi="Times New Roman" w:eastAsia="Times New Roman" w:cs="Times New Roman"/>
        </w:rPr>
        <w:t>“Dëggul woonul coobare Yàlla ne dikkug Kirist bi yàgg noonu. Yàlla bëggul woon ni ay gaayam, Israyil, réer ñent fukki at ci màndiŋ mi. Moom digoon na leen ne dina leen yóbbu jàll bu jub ci suuf sa Kanaan, te samp leen fa muy xeet bu sell, bu wér, bu bég. Waaye ñi jëkk a leen waare xibaar bi, duggulñu “ndax ngëmadi” (Hebrews 3:19). Seen xol dafa fees ak ngunugunu, fippu, ak bañ bu metti, te manula woon àggale ak ñoom kóllëreem.”</w:t>
      </w:r>
    </w:p>
    <w:p>
      <w:pPr>
        <w:pStyle w:val="ArticleScripture"/>
        <w:jc w:val="left"/>
      </w:pPr>
      <w:r>
        <w:rPr>
          <w:rFonts w:ascii="Times New Roman" w:hAnsi="Times New Roman" w:eastAsia="Times New Roman" w:cs="Times New Roman"/>
        </w:rPr>
        <w:t>“Diir-ñett at la ngëmul, xasxas ak fippu tëj na Israayil gu njëkk ci réewum Kanaŋ. Bàkkaar yooyu itam ñoo yéexal duggug Israayil gu tey ci Kanaŋ bu asamaan bi. Ci benn ci ñaar ñi, yoon yi Yàlla digoon amuñu benn njumte. Xanaa ngëmul ga, bëccëge ak àddina, ñàkk sellal bopp, ak juujute bi nekk ci biir nit ñi di wax ne ñoo bokk ci Boroom bi, moo tax nu des ba léegi ci addina sii fees ak bàkkaar ak tiis ci lu yàgg lool.” Selected Messages, téere 1, 68, 69.</w:t>
      </w:r>
    </w:p>
    <w:p>
      <w:pPr>
        <w:pStyle w:val="ArticleBody"/>
        <w:jc w:val="left"/>
      </w:pPr>
      <w:r>
        <w:rPr>
          <w:rFonts w:ascii="Times New Roman" w:hAnsi="Times New Roman" w:eastAsia="Times New Roman" w:cs="Times New Roman"/>
        </w:rPr>
        <w:t>Wàccug ñaareelu malaak bi wone na ne am na woon tasaaroo ci njëkk yàqu yaakaar ga, te loolu moo tàmbalee jamono ji xaar gi; gannaaw loolu mu yóbbu ci ab diirub juróom-benn fan ci ndaje màkkaanu Exeter, fa ñoo jëlee benn xel ci mbiirum yégle bi, lu jiitu sotti Xel mu Sell mi ci yégleb Yuuxu Diggante Guddi, ci jeexitalu ndaje ma.</w:t>
      </w:r>
    </w:p>
    <w:p>
      <w:pPr>
        <w:pStyle w:val="ArticleBody"/>
        <w:jc w:val="left"/>
      </w:pPr>
      <w:r>
        <w:rPr>
          <w:rFonts w:ascii="Times New Roman" w:hAnsi="Times New Roman" w:eastAsia="Times New Roman" w:cs="Times New Roman"/>
        </w:rPr>
        <w:t>Wàccub malaaka bu ñetteel bi ca 22 Oktoobar 1844, wone na tasaaroo gu amoon ca màndiŋ mu réy ma, te mu dugal jamono jàngale, bi dëgg yi jëm ci Barabu Bu Gëna Sell bi ubbee ci kanam askanu Yàlla. Bi 1849 jotee, Boroom bi dafa doon yiir ay loxoom ngir dajale askanam ñaareel yoon, te bi 1851 jotee, dañuy wone tablo 1850 ba. Tablo boobu moo doon yégleb yu samp kër gi ci dëgg, te moom it moo doon yégleb bi war a yékkati fa kanam àddina si mel ni bannéeru xëw-xëw.</w:t>
      </w:r>
    </w:p>
    <w:p>
      <w:pPr>
        <w:pStyle w:val="ArticleBody"/>
        <w:jc w:val="left"/>
      </w:pPr>
      <w:r>
        <w:rPr>
          <w:rFonts w:ascii="Times New Roman" w:hAnsi="Times New Roman" w:eastAsia="Times New Roman" w:cs="Times New Roman"/>
        </w:rPr>
        <w:t>Ñaareelu ñaareel bi Kirist dajale taalibeem yi tàmbalee woon ci saa si mu wàccee, te ñaareelu dajale ga ñi nekk Exeter tàmbalee woon biir jamono ji ñuy xaar. Ci jaar-jaaru móoloo 1863 ba, ñaareelu dajale ga tàmbalee woon bu yaggatul ñaar-fukki at ak juróom benn at ci yoonu njàng mi tàmbalee woon ba leeru kër-yàlla gi ubbee ci 1844. Ci 1848, Islaam doon merloo xeeti àddina yi. Ñaareelu dajale ga ñu melal ko ni liggéey bu yokkute la, bi ñuy mataleg ak ñëwug fukki fan yi jiitu Pentekot, ak itam ak juróom-benn fan yu ndaje kaŋu Exeter, te waroon na jeex ci 1856.</w:t>
      </w:r>
    </w:p>
    <w:p>
      <w:pPr>
        <w:pStyle w:val="ArticleBody"/>
        <w:jc w:val="left"/>
      </w:pPr>
      <w:r>
        <w:rPr>
          <w:rFonts w:ascii="Times New Roman" w:hAnsi="Times New Roman" w:eastAsia="Times New Roman" w:cs="Times New Roman"/>
        </w:rPr>
        <w:t>Liggéeyu dajaleen ay nitam ña ñaareel yoon bi mooy liggéey bu mujj bu malaakaat bu ñetteel bi, te loxo Kirist mo koy matale.</w:t>
      </w:r>
    </w:p>
    <w:p>
      <w:pPr>
        <w:pStyle w:val="ArticleScripture"/>
        <w:jc w:val="left"/>
      </w:pPr>
      <w:r>
        <w:rPr>
          <w:rFonts w:ascii="Times New Roman" w:hAnsi="Times New Roman" w:eastAsia="Times New Roman" w:cs="Times New Roman"/>
        </w:rPr>
        <w:t>Bi bésub Bésub bi agsee, mu tàmbalee jàngale ci jàngu Yawut ya; te ñu bare, bi ñuy dégg ko, ñu waaru, naan: “Foo nit kii jële yii mbir? Te ban xel mu xamle lañu ko jox, ba tax sax nii kéemaan yu réy yi di am ci ay loxoom?” Mark 6:2.</w:t>
      </w:r>
    </w:p>
    <w:p>
      <w:pPr>
        <w:pStyle w:val="ArticleBody"/>
        <w:jc w:val="left"/>
      </w:pPr>
      <w:r>
        <w:rPr>
          <w:rFonts w:ascii="Times New Roman" w:hAnsi="Times New Roman" w:eastAsia="Times New Roman" w:cs="Times New Roman"/>
        </w:rPr>
        <w:t>Tasaaroo gi xewxew bi di am su melokaanu Yàlla wàccee, dafay tàmbali benn jéego ngir seetaan, buy mujj a feeñal ñaari xeetu màggkat, te ci loolu mooy sellal kër Yàlla gi.</w:t>
      </w:r>
    </w:p>
    <w:p>
      <w:pPr>
        <w:pStyle w:val="ArticleScripture"/>
        <w:jc w:val="left"/>
      </w:pPr>
      <w:r>
        <w:rPr>
          <w:rFonts w:ascii="Times New Roman" w:hAnsi="Times New Roman" w:eastAsia="Times New Roman" w:cs="Times New Roman"/>
        </w:rPr>
        <w:t>Abam ngelawam mi ngi ci sa loxo, te dina setal béppam bu baax, te dajale dugubam ci sañ-sañ bi; waaye dina lakk mbëx mi ak safara su dul fey mukk. Mata 3:12.</w:t>
      </w:r>
    </w:p>
    <w:p>
      <w:pPr>
        <w:pStyle w:val="ArticleBody"/>
        <w:jc w:val="left"/>
      </w:pPr>
      <w:r>
        <w:rPr>
          <w:rFonts w:ascii="Times New Roman" w:hAnsi="Times New Roman" w:eastAsia="Times New Roman" w:cs="Times New Roman"/>
        </w:rPr>
        <w:t>Ci jamono, nitu Yàlla yi war nañu jël ndawsi bi ci loxou malaaka mi te lekk ko.</w:t>
      </w:r>
    </w:p>
    <w:p>
      <w:pPr>
        <w:pStyle w:val="ArticleScripture"/>
        <w:jc w:val="left"/>
      </w:pPr>
      <w:r>
        <w:rPr>
          <w:rFonts w:ascii="Times New Roman" w:hAnsi="Times New Roman" w:eastAsia="Times New Roman" w:cs="Times New Roman"/>
        </w:rPr>
        <w:t>Te gis gis ma naan benn malaaka bu am doole gu réy di wàcce ci asamaan, soloo ngir: te arco-en-ciel nekk ci kaw boppam, te kanamam mel ni jant bi, te ay tànkam mel ni ay ndànk-ndànku safara: Te moo yoroon ci loxoom téere bu ndaw bu ubbeeku: te mu samp tànkam bu ndeyjoor ci géej gi, ak tànkam bu càmmoñ ci suuf si. Pexe 10:1, 2.</w:t>
      </w:r>
    </w:p>
    <w:p>
      <w:pPr>
        <w:pStyle w:val="ArticleBody"/>
        <w:jc w:val="left"/>
      </w:pPr>
      <w:r>
        <w:rPr>
          <w:rFonts w:ascii="Times New Roman" w:hAnsi="Times New Roman" w:eastAsia="Times New Roman" w:cs="Times New Roman"/>
        </w:rPr>
        <w:t>Bi ñëwóowub malaakam ñaareel bi ci 19 Awril 1844, askanu Yàlla tasaaroo woon na. Ñoom dafañu leen dajale woon ca njëlbéenu yégleb Kàddu gu nekk ci Peeñu ga, saar 9, aaya 15, ci 11 Ut 1840, waaye Boroom bi moo daan aar ay njuumte yu amoon ci waññiinu yenn ci lim yi nekk ci taabal baa.</w:t>
      </w:r>
    </w:p>
    <w:p>
      <w:pPr>
        <w:pStyle w:val="ArticleScripture"/>
        <w:jc w:val="left"/>
      </w:pPr>
      <w:r>
        <w:rPr>
          <w:rFonts w:ascii="Times New Roman" w:hAnsi="Times New Roman" w:eastAsia="Times New Roman" w:cs="Times New Roman"/>
        </w:rPr>
        <w:t>“Gis naa ne, tabloosu 1843 bi, loxob Boroom bi moo ko jiite woon, te waru ko soppi; ay lim ya nekkoon ci biiram, noonu la ko bëggé woon; te loxobam dafa nekkoon ci kawam, ba nëbb ab njuumte ci yenn lim yi, ngir kenn man a ko gisul, ba keraak ba mu teggi loxobam.” Early Writings, 74.</w:t>
      </w:r>
    </w:p>
    <w:p>
      <w:pPr>
        <w:pStyle w:val="ArticleBody"/>
        <w:jc w:val="left"/>
      </w:pPr>
      <w:r>
        <w:rPr>
          <w:rFonts w:ascii="Times New Roman" w:hAnsi="Times New Roman" w:eastAsia="Times New Roman" w:cs="Times New Roman"/>
        </w:rPr>
        <w:t>Ñàkkam loxoom moo may Samuel Snow mu xam bés bu jub bi ngir gis-gis ga yàgg ba ñëw.</w:t>
      </w:r>
    </w:p>
    <w:p>
      <w:pPr>
        <w:pStyle w:val="ArticleScripture"/>
        <w:jc w:val="left"/>
      </w:pPr>
      <w:r>
        <w:rPr>
          <w:rFonts w:ascii="Times New Roman" w:hAnsi="Times New Roman" w:eastAsia="Times New Roman" w:cs="Times New Roman"/>
        </w:rPr>
        <w:t>«Ñi ñooñu takku te gëm, te ñu tiis, yu mëna xamuma woon lu tax seen Boroom ñëwul, kenn bàyyiwul leen ci lëndëm. Yeneen yoon, ñu indi leen ci seen Biibël yi ngir seetaat waxtuyi waxi yonent yi. Loxo Boroom bi jëlees na ci kaw nataal yi, te njuumte ga leeral na. Ñu gis ne waxtuyi waxi yonent yi dafa àgg ba ci 1844, te dalil yooyu ñu jëfandikoo woon ngir won ne waxtuyi waxi yonent yi jeex nañu ci 1843, mooy itam firndeel ne dinañu yam ci 1844.» Early Writings, 237.</w:t>
      </w:r>
    </w:p>
    <w:p>
      <w:pPr>
        <w:pStyle w:val="ArticleBody"/>
        <w:jc w:val="left"/>
      </w:pPr>
      <w:r>
        <w:rPr>
          <w:rFonts w:ascii="Times New Roman" w:hAnsi="Times New Roman" w:eastAsia="Times New Roman" w:cs="Times New Roman"/>
        </w:rPr>
        <w:t>Jaar-jaari malaaka bu njëkk ak ñaareel bi dafay ëmb sàrti waymark yu ci loxo Kirist bokk. Bi Mu wàccee 11 Awril 1840 ak 19 Awril 1844, am na woon ndawtal ci ay loxoom. Moo doon ay loxoom yu jiite woon def ak siiwal tablóo 1843 ba ci Mee 1842. Moo doon ay loxoom yu tëjje woon njuumte bu nekk ci lim yi nekk ci tablóo bi. Gannaaw tasaaru jëfandikoo bu njëkk boobu, Yeremiya toog na ci moom rekk ndax loxo Kirist. Noonu Mu dindi loxoom, ba tax Mu ubbiwaat ndawtalu Yuuxu Digg-Guddi gi. Jëf ju Mu yóbbée loxoom ngir dajale ay nitam ña ñaareel yoon, am na woon li dale ci jéxital bu njëkk ba ci ndaje kaŋ Exeteer, ni taalibey bi mujjee dajaleesoo Yerusalem diirub fukki fan laata tuur Xel mu Sell mi. Bi malaaka bu ñetteel bi agsee 22 Oktoobar 1844, Boroom bi yékkati na loxoom.</w:t>
      </w:r>
    </w:p>
    <w:p>
      <w:pPr>
        <w:pStyle w:val="ArticleScripture"/>
        <w:jc w:val="left"/>
      </w:pPr>
      <w:r>
        <w:rPr>
          <w:rFonts w:ascii="Times New Roman" w:hAnsi="Times New Roman" w:eastAsia="Times New Roman" w:cs="Times New Roman"/>
        </w:rPr>
        <w:t>Te malaaka ma ma gisoon taxaw ci kaw géej gi ak ci kaw suuf si, yékkati na loxoom jëm asamaan, ba noppi waat ci Kooku dund ba fàww te ba fàww, Mi bind asamaan ak li nekk ci biiram, ak suuf si ak li nekk ci biiram, ak géej gi ak li nekk ci biiram, ne waxtu du yàggatul. Peeñu Yowaana 10:5, 6.</w:t>
      </w:r>
    </w:p>
    <w:p>
      <w:pPr>
        <w:pStyle w:val="ArticleBody"/>
        <w:jc w:val="left"/>
      </w:pPr>
      <w:r>
        <w:rPr>
          <w:rFonts w:ascii="Times New Roman" w:hAnsi="Times New Roman" w:eastAsia="Times New Roman" w:cs="Times New Roman"/>
        </w:rPr>
        <w:t>Li dale bu njëkk ci 11 Ut 1840 ba 22 Oktoobar 1844, jaar-jaaru ñaareel malaaka ak njëkk malaaka bi fees na ci loxob Kirist. Ci 22 Oktoobar 1844, ñetteel malaaka bi wàcc na, te ndaw juróom ñaari nit ñi di topp Miller ñi tasaaroo nañu ndax Njaaxle gu Mag gi. Ca bés boobu, Kirist yékkati na sa loxoom jëm asamaan te giñ ne waxtu du amati.</w:t>
      </w:r>
    </w:p>
    <w:p>
      <w:pPr>
        <w:pStyle w:val="ArticleBody"/>
        <w:jc w:val="left"/>
      </w:pPr>
      <w:r>
        <w:rPr>
          <w:rFonts w:ascii="Times New Roman" w:hAnsi="Times New Roman" w:eastAsia="Times New Roman" w:cs="Times New Roman"/>
        </w:rPr>
        <w:t>Ñaareel ñaareelu dajale bi ci jaar-jaaru atum 1844 ba 1863, tambalee na ak Kirist mi yëkkati ay loxoom, te boole ko ak yégle bu mu yor ci loxoom ngir lekk ko. Gannaaw loolu, ci 1849, mu yóbbalu loxoom ñaareel yoon ngir dajale ay nitam yi tasaaroo woon. Nit ñooñu dañu leen dajale woon ci yégleb Buuxum Guddi ga, te dañu tasaaroo ba beneen ndawt li ñu waxoon ne dina xew, xewul. Ca ndaje màbbaayu Exeter ga, Kirist dajale na gëstuugam te boole leen benn ci kaw yégle bi, ni mu ko defee woon ci fukki fan yi jiitu Pentekot. Millerit yu Filadelfi yi génn nañu ca ndaje màbbaayu Exeter ga te dellu jëfe Pentekot. Ci 1856, Kirist nekkoon na biti yoonu ndeyu bi soppeekoon Laodise, ndaxte Kirist taxaw na biti xolub nit ku Laodise di tàkk, di seet bunt ngir dugg.</w:t>
      </w:r>
    </w:p>
    <w:p>
      <w:pPr>
        <w:pStyle w:val="ArticleScripture"/>
        <w:jc w:val="left"/>
      </w:pPr>
      <w:r>
        <w:rPr>
          <w:rFonts w:ascii="Times New Roman" w:hAnsi="Times New Roman" w:eastAsia="Times New Roman" w:cs="Times New Roman"/>
        </w:rPr>
        <w:t>Xooluleen, maa ngi taxaw ca bunt ba, di bës: bu kenn déggee sama baat, te ubbi bunt bi, dinaa dugg ci moom, te lekk ak moom, moom itam ak man. Révélation 3:20.</w:t>
      </w:r>
    </w:p>
    <w:p>
      <w:pPr>
        <w:pStyle w:val="ArticleBody"/>
        <w:jc w:val="left"/>
      </w:pPr>
      <w:r>
        <w:rPr>
          <w:rFonts w:ascii="Times New Roman" w:hAnsi="Times New Roman" w:eastAsia="Times New Roman" w:cs="Times New Roman"/>
        </w:rPr>
        <w:t>Ci atum 1856, loxo Kirist doon di fëkk ci yëngu-yëngu Millerite bu Laodise, waaye amul njariñ. Ci atum 1849, juróom-ñaari at lu jiitu boobu, Moo tàmbalee dajaleaat ay nitam ñaareel yoon, waaye sikki-sàkka ak wërante taxawloo yëngu-yëngu Filadelfi.</w:t>
      </w:r>
    </w:p>
    <w:p>
      <w:pPr>
        <w:pStyle w:val="ArticleScripture"/>
        <w:jc w:val="left"/>
      </w:pPr>
      <w:r>
        <w:rPr>
          <w:rFonts w:ascii="Times New Roman" w:hAnsi="Times New Roman" w:eastAsia="Times New Roman" w:cs="Times New Roman"/>
        </w:rPr>
        <w:t>«Soo fekkee Adbantis yi, ganna gëntu gu mag ga ci atum 1844, saxoon nañu ci seen ngëm te topp ci benn xel yépp yoonu yëgle bu ubbikoo Yàlla, nangu ndigalub ñetteelu malaaka ma te ci dooley Xel Mu Sell mi wax ko àddina si, dinañu gis musalug Yàlla; Boroom bi dina liggéey ak seen jéego ak kàttan gu réy; liggéey bi dina mat, te Kirist dina ñëw ba noppi ngir jël ay nitam ngir seen pey. Waaye ci jamonoy sikki-sakka ak xel mu wóorul mi toppoon gëntu ga, ñu bare ci ñi gëm woon ñëwug Boroom bi bàyyi nañu seen ngëm.... Noonu lañu teree liggéey bi, te àddina bi des ci lëndëm. Bu fekkee yépp mbooloom Adbantis bi boolooon ci ndigali Yàlla ak ngëmu Yeesu, naka la sunu jaar-jaar di doon lu wuute lool!» Evangelism, 695.</w:t>
      </w:r>
    </w:p>
    <w:p>
      <w:pPr>
        <w:pStyle w:val="ArticleBody"/>
        <w:jc w:val="left"/>
      </w:pPr>
      <w:r>
        <w:rPr>
          <w:rFonts w:ascii="Times New Roman" w:hAnsi="Times New Roman" w:eastAsia="Times New Roman" w:cs="Times New Roman"/>
        </w:rPr>
        <w:t>Bés bu 11 fanweeri 2001, Kirist dajaloo nitam ñi ci bés yu mujj yi, te gannaaw loolu ñu tasaaroo ci 18 fanweeri sulet 2020. Bés bu 11 fanweeri 2001, ñi dajale woon jël nañu téere bi nëbb ci loxob Kirist, te lekk ko. Ci 18 fanweeri sulet 2020, dañu bañ ndigël li ñu teewaloon ci loxoom buy yekkati, mi won ne « waxtu du amati ».</w:t>
      </w:r>
    </w:p>
    <w:p>
      <w:pPr>
        <w:pStyle w:val="ArticleBody"/>
        <w:jc w:val="left"/>
      </w:pPr>
      <w:r>
        <w:rPr>
          <w:rFonts w:ascii="Times New Roman" w:hAnsi="Times New Roman" w:eastAsia="Times New Roman" w:cs="Times New Roman"/>
        </w:rPr>
        <w:t>Millerit yu Filadelfi yi feeñul woon benn ñaawteef ci seen wax ju dul dëgg bu 1843, ndaxte dañoo jëfandikoo lépp leer gi Boroom bi wone woon; waaye ca 18 Sulet 2020, Laodise yi ci yëngu-yëngu malaaka bi ñetteel daan nañu ci leer gi ci ndigal loxoam. Gannaaw 1844, yëngu-yëngu Filadelfi bu malaaka bi jëkk, “ci jamono ji amee sikki-sakka ak xel mu wéragul,” “wacc nañu seen ngëm,” te nekk Laodise.</w:t>
      </w:r>
    </w:p>
    <w:p>
      <w:pPr>
        <w:pStyle w:val="ArticleBody"/>
        <w:jc w:val="left"/>
      </w:pPr>
      <w:r>
        <w:rPr>
          <w:rFonts w:ascii="Times New Roman" w:hAnsi="Times New Roman" w:eastAsia="Times New Roman" w:cs="Times New Roman"/>
        </w:rPr>
        <w:t>1856 tegu na bés boobu ci jëfandikooku, di misaalal benn xëtu soppi ngir askanu Yàlla ci jamonoy mujj yi.</w:t>
      </w:r>
    </w:p>
    <w:p>
      <w:pPr>
        <w:pStyle w:val="ArticleBody"/>
        <w:jc w:val="left"/>
      </w:pPr>
      <w:r>
        <w:rPr>
          <w:rFonts w:ascii="Times New Roman" w:hAnsi="Times New Roman" w:eastAsia="Times New Roman" w:cs="Times New Roman"/>
        </w:rPr>
        <w:t>Ci diggante ci biir juróom-ñaar ak juróom benn at yi diggante 1849 ak 1856, yëngu-yëngu Millerite bu Filadelfi bañ na loxob Boroom bi miy tàllal ngir dajale ay nitam ña ñaareel yoon; te digé ba mooyoon ne dina def ci jamono jooju lu gën a bare li Mu defoon ci jamono yu weesu yi.</w:t>
      </w:r>
    </w:p>
    <w:p>
      <w:pPr>
        <w:pStyle w:val="ArticleScripture"/>
        <w:jc w:val="left"/>
      </w:pPr>
      <w:r>
        <w:rPr>
          <w:rFonts w:ascii="Times New Roman" w:hAnsi="Times New Roman" w:eastAsia="Times New Roman" w:cs="Times New Roman"/>
        </w:rPr>
        <w:t>«23 Sulet, Boroom bi won na ma ne mujj bës moo yaatalaat loxoom ngir delloo ñi des ci ay nitam, te war nañu yokk gëstu yi ñaari yoon ci jamono jële bii. Ci jamono tasaaroo, ñu dóoroon Israayil te dagg ko; waaye léegi ci jamono jële bii, Yàlla dina faj nitam te takk seen ay gaañu. Ci tasaaroo ga, coono yi ñu defoon ngir siiwal dëgg gi amoon nañu doole bu néew lool, te amale woon lu néew walla dara; waaye ci jële gi, bi Yàlla tegée loxoom ngir dajale nitam, coono yi ñuy def ngir siiwal dëgg gi dinañu jot seen njariñ li ñu war a am. Ñépp war nañu booloo te farlu ci liggéey bi. Gis naa ne, lu rus a metti la ci ku nekk aay ci misaal yi jóg ci jamono tasaaroo ngir ñu yilifal ko sunu doxalin léegi ci jamono jële gi; ndax bu Yàlla defalul nu léegi lu gën a bare li mu defoon booba, Israayil du mookk a dajale. Dëgg gi soxla na ñu siiwal ko ci ab xët bu ñuy bind, ni ñuy waare ko ci wax.» Review and Herald, 1 Nowàmbar, 1850.</w:t>
      </w:r>
    </w:p>
    <w:p>
      <w:pPr>
        <w:pStyle w:val="ArticleBody"/>
        <w:jc w:val="left"/>
      </w:pPr>
      <w:r>
        <w:rPr>
          <w:rFonts w:ascii="Times New Roman" w:hAnsi="Times New Roman" w:eastAsia="Times New Roman" w:cs="Times New Roman"/>
        </w:rPr>
        <w:t>Lu Leeroono jéemoon na yéggale liggéeyam ci benn xol, waaye leer na ne booloo bi dafa tasoon, te “ci jamonoy ñàkk kóllëre ak njàqare ga toppoon gàcce gi, ñu bare ci ñi gëm woon advent bàyyi nañu seen ngëm.” The Present Truth (gannaaw ga mu nekk Review and Herald) tàmbali nañu koo siiwal ci atum 1849, te ci 1851, kart 1850 bi nekkoon na ci yoon, waaye ci 1856, yégleb “juróom-ñaari waxtu” yi ci Leviticus ñaar-fukk ak juroom-benn bàyyikoo nañu ko te matagul. Yégleb bi ñu ubbi woon mu génn ci October 22, 1844 am na bi kàddu yonent yi ci ñaari junni ak ñetti téeméeri at ak ñaari junni ak juróom-ñaar-fukk at yi aggee seen jeexital.</w:t>
      </w:r>
    </w:p>
    <w:p>
      <w:pPr>
        <w:pStyle w:val="ArticleBody"/>
        <w:jc w:val="left"/>
      </w:pPr>
      <w:r>
        <w:rPr>
          <w:rFonts w:ascii="Times New Roman" w:hAnsi="Times New Roman" w:eastAsia="Times New Roman" w:cs="Times New Roman"/>
        </w:rPr>
        <w:t>Noflaay bi moo leer jiitu yeneen njàngale yi ci jamono jooju, te diirub fukk ak ñaar at, yoonu nattu bi dafa dem ba keroog nattu bu mujj ga agsi ci 1856. Nattu boobu moo doon ci noflaayu Noflaay bi ngir suuf si, te moo tàmpe woon jeexital yoonu nattu bi mi tambalee ak noflaayu Noflaay bi ngir nit ñi. Diiru nattu boobu dafa yóbb sañsebu Alfa ak Omega. Atum 1856 itam dafa teguwoon yokkug xam-xam ci dëgg gu njëkk gu Miller gis woon te nekk taxawaayu ndëkkël, ba tax mu yore itam sañsebu Alfa ak Omega ci boobu wetu itam. Dëggu Noflaay bi, mi nekk màndargay nit ñi Yàlla sellal, dañu ko feeñal ni liitug juróomeel bi, ba keroog kumpag Almasi ci gëmkat bi, mooy yaakaaru ndam, mat. “Juróom-ñaar yoon” bi dañu ko feeñal ni liitu Jubile bi war a liit ci Bésub Yookkute.</w:t>
      </w:r>
    </w:p>
    <w:p>
      <w:pPr>
        <w:pStyle w:val="ArticleBody"/>
        <w:jc w:val="left"/>
      </w:pPr>
      <w:r>
        <w:rPr>
          <w:rFonts w:ascii="Times New Roman" w:hAnsi="Times New Roman" w:eastAsia="Times New Roman" w:cs="Times New Roman"/>
        </w:rPr>
        <w:t>Juróom-ñaari at yi dale ci 1856 ba 1863 dafa doon mel ni fukki fan yi ca Yerusalem ngir taalibé yi, ak juróom-benni fan yi ca ndaje kaŋu Exeter ngir Millerit yu Filadelfi, waaye, metti na, jamono jooju nekk na misaalu ñi di bañ a topp Boroom bi naka mu leen di jiite ci jamonoy jëleef ga. Jaar-jaaru malaaka bu njëkk ak bu ñaareel, bi di jamonoy taarixu juróom-ñaari dëgg-dëgg yi, feeñal na ne Boroom bi di yoor loxoom ngir dajale ay nitam ñaareelu yoon dale ko ci 19 Awril 1844, te mu melal tontu déggal gu ñuy topp Kirist ci Kër Gu Gëna Sell gi.</w:t>
      </w:r>
    </w:p>
    <w:p>
      <w:pPr>
        <w:pStyle w:val="ArticleBody"/>
        <w:jc w:val="left"/>
      </w:pPr>
      <w:r>
        <w:rPr>
          <w:rFonts w:ascii="Times New Roman" w:hAnsi="Times New Roman" w:eastAsia="Times New Roman" w:cs="Times New Roman"/>
        </w:rPr>
        <w:t>Jàlluwaay Kàdes bu njëkk bi, mooy jàlluwaay malaaka bu ñetteel bi từmb 1844 ba 1863, day wone ne Boroom bi dellu na jox ay loxoam ngir dajale ay nitam ñaareelu yoon; waaye ci jàlluwaay boobu, moytu gi feeñ na. Léegi nag, ñetteelu yoon bi, li dale woon depuis fanweeri sulet 2023, Boroom bi dellu na jox loxoam ngir dajale ay nitam ñaareelu yoon, te ñoom dinañu matal Kàdes bu ñaareel bi ni Filadelfiyaan yu déggal, ndaxte màndargay dëgg bi day wone ne ñetti yoon yi, njàlbéen ak mujjam, dañuy tegtal Filadelfiyaan yu déggal, te misaal mi ci digg bi mooy Lawodise ya déggadi.</w:t>
      </w:r>
    </w:p>
    <w:p>
      <w:pPr>
        <w:pStyle w:val="ArticleBody"/>
        <w:jc w:val="left"/>
      </w:pPr>
      <w:r>
        <w:rPr>
          <w:rFonts w:ascii="Times New Roman" w:hAnsi="Times New Roman" w:eastAsia="Times New Roman" w:cs="Times New Roman"/>
        </w:rPr>
        <w:t>Dina taxawal ci njàngum bii ci maqaal bu ci topp.</w:t>
      </w:r>
    </w:p>
    <w:p>
      <w:pPr>
        <w:pStyle w:val="ArticleScripture"/>
        <w:jc w:val="left"/>
      </w:pPr>
      <w:r>
        <w:rPr>
          <w:rFonts w:ascii="Times New Roman" w:hAnsi="Times New Roman" w:eastAsia="Times New Roman" w:cs="Times New Roman"/>
        </w:rPr>
        <w:t>“Ndax mboolooy kërce yi dinañu dégg ndigal bu Laodise? Ndax dinañu tuub se déedet, te fekk yégleb dëgg gi gën a màgg, mooy ndigtal ñetteelu malaaka bi, yéglees na ko àddina si, dinañu sax ci bàkkaar? Lii mooy bees bi mujj bu yërmande, artu bu mujj bi ci suuf su daanu. Bu kërceg Yàlla seddée, dootu taxawati ci ngërëmug Yàlla, ni noonu itam kërce yi ñu teg nataal ne daanu nañu te nekk dëkkub rab yi, ak saxuwaayu bépp ruu bu bon, ak kër ga ñu téye bépp picc bu sellul te sib. Ñi amoon fursat yu ñuy dégg ak a nangu dëgg gi, te boole seen bopp ak kërceg Adventiste bu fanweeri bis ba, di wooye seen bopp ne ñoom mooy askanu Yàlla buy sàmm ndigali Yàlla, waaye te amuñu gën dooleel xol ak sellalug seen bopp ci Yàlla lu ëpp li kërce yu tudd rekk am, ñooñu dinañu jot ci musibaay Yàlla ni mu wóorée ni kërce yi di bañ yoonug Yàlla. Ñi ñu sellal rek ci dëgg gi ñoo di def njaboot gu buur gi ci kër yu kawe yi Kirist dem waajal ñi ko bëgg te di sàmm ay ndigalam.”</w:t>
      </w:r>
    </w:p>
    <w:p>
      <w:pPr>
        <w:pStyle w:val="ArticleScripture"/>
        <w:jc w:val="left"/>
      </w:pPr>
      <w:r>
        <w:rPr>
          <w:rFonts w:ascii="Times New Roman" w:hAnsi="Times New Roman" w:eastAsia="Times New Roman" w:cs="Times New Roman"/>
        </w:rPr>
        <w:t>“ ‘Ki wax ne, Maa ngi ko xam, te du sàmm ay ndigalam, mooy fenkat, te dëgg bi nekkul ci moom’ [1 John 2:4]. Loolu dafa jàpp ñépp ñi claim ne am nañu xam-xam ci Yàlla, te di sàmm ay ndigalam, waaye duñu wone loolu ci jëf yu baax. Dinañu jot li séen jëf waral. ‘Képp ku sax ci Moom du bàkkaar; képp kuy bàkkaar gisul ko, te xamul ko itam’ [1 John 3:6]. Kàddu gii ñeel na ñépp ñi bokk ci kërceen gi, boole ci mbooloomi Seventh-day Adventist churches. ‘Yéen samay doom yu ndaw, buleen bàyyi kenn na leen nax: ki di def njub mooy ku jub, ni Moom itam jubee. Ki di def bàkkaar, ci Seytaane la bokk; ndaxte Seytaane di bàkkaar li dale ca njàlbéen ga. Lii moo tax Doomu Yàlla feeñ, ngir mu yàq jëfi Seytaane yi. Képp ku juddoo ci Yàlla du def bàkkaar; ndaxte askanam sax na ci moom; te mënul bàkkaar, ndaxte juddoo na ci Yàlla. Ci lii la ñiy doomi Yàlla ak ñiy doomi Seytaane feeñee: képp ku dul def njub bokkul ci Yàlla, noonu itam ki bëggul mbokkam’ [1 John 3:7–10].”</w:t>
      </w:r>
    </w:p>
    <w:p>
      <w:pPr>
        <w:pStyle w:val="ArticleScripture"/>
        <w:jc w:val="left"/>
      </w:pPr>
      <w:r>
        <w:rPr>
          <w:rFonts w:ascii="Times New Roman" w:hAnsi="Times New Roman" w:eastAsia="Times New Roman" w:cs="Times New Roman"/>
        </w:rPr>
        <w:t>«Ñépp ñi bëgg a wax ne ñoom ay Adventist yu di sàmm bésub Noflaay, teewul di sax ci bàkkaar, ay fenkat lañu ci kanam Yàlla. Seen yoonu bàkkaar miy wàññi liggéeyu Yàlla. Ñoo ngi yóbbu ñeneen ñi ci bàkkaar. Kàddu gi joge na ci Yàlla ngir bépp cér bu nekk ci sunuy mbooloom gëmkat yi: “Te seddalleen yoon yu jub ngir seeni tànk, ngir baña tax li lafañ ñàkk yoon, waaye na faj. Toppleen jàmm ak ñépp, ak sellal, te ku ko amul du gis Boroom bi; di wottu bu baax ngir bañ kenn a ñàkk yiwu Yàlla, ngir bañ genn rootu wextan a sax, di jàqale leen, ba tax ñu bare di sobiku; ngir bañ kenn nekk njaaloo walla nit ku xasaw ni Esawu, mi jaay sa ndono ngir benn peppum lekk. Ndax xam ngeen ne gannaaw gi, bi mu bëggee jot barke bi, dañu ko bañ; ndaxte gisul fu mu mana réccoo, doonte sàkku na ko ak rangooñ” [Hebrews 12:13–17].»</w:t>
      </w:r>
    </w:p>
    <w:p>
      <w:pPr>
        <w:pStyle w:val="ArticleScripture"/>
        <w:jc w:val="left"/>
      </w:pPr>
      <w:r>
        <w:rPr>
          <w:rFonts w:ascii="Times New Roman" w:hAnsi="Times New Roman" w:eastAsia="Times New Roman" w:cs="Times New Roman"/>
        </w:rPr>
        <w:t>“Lii jëm ci ñu bari ñiy wax ne gëm nañu dëgg gi. Fàww ñu bàyyi seen yëf yu bëgg-bakan, waaye dañuy jéem a dox ci benn yoon wu jubul ci njàngum yoonu njàngale, ci biir réy-réyu naxari Seytaane. Bàkkaar deesuko xam ne ab bàkkaar la. Seen xel mu di seede sax, sobax na; seen xol yàqu na, ba sax seen xalaat yi di yàqu saa su ne. Seytaane di leen jëfandikoo mel ni ay réere ngir nax bakkan yi, yóbbu leen ci yëf yu sobax, yu di tilimal lépp lu nekk ci nit ki. ‘Ku xeeboon yoonu Musaa [mi doon yoonu Yàlla] dee na ci lu amul yërmande, ci seede ñaar walla ñett: kon naka la mbugal mu gëna metti di tollu ci ki ngeen di foog ne yeyoow na ko, moom mi ëppoon Doomu Yàlla, te jàppe deretu kóllëre ga, gi ñu ko sellaalee, ne lu sobaxul la, te toroxal Xelum yiw wi? Ndaxte xam nanu Ki waxoon ne, “Maa moom peyu fey, Maa koy delloo,” kàddu Boroom bi. Teaat, “Boroom bi dina àtte Ay nitam.” Lu tiit la a daanu ci loxo Yàlla ju dund ji’ [Hebrews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Ñaar Téeméeri Lammiñuñaar</dc:title>
  <dc:subject>Yenn wàcc gu yonent yi di feeñaat: Ñaareelu dajale bi ak soloom ci eskatolojiu Adayentist yi</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