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Daniyel — Ñaar-fukk ak Ñaar</w:t>
      </w:r>
    </w:p>
    <w:p>
      <w:pPr>
        <w:pStyle w:val="ArticleSubtitle"/>
        <w:jc w:val="left"/>
      </w:pPr>
      <w:r>
        <w:rPr>
          <w:rFonts w:ascii="Arial" w:hAnsi="Arial" w:eastAsia="Arial" w:cs="Arial"/>
        </w:rPr>
        <w:t>Ubbi njàngum waxu yonent yi: pexe gu Tawfex gu Mujj ak Jafe-jafe bu Mujj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2023-12-17</w:t>
      </w:r>
    </w:p>
    <w:p>
      <w:pPr>
        <w:pStyle w:val="ArticleBody"/>
        <w:jc w:val="left"/>
      </w:pPr>
      <w:r>
        <w:rPr>
          <w:rFonts w:ascii="Times New Roman" w:hAnsi="Times New Roman" w:eastAsia="Times New Roman" w:cs="Times New Roman"/>
        </w:rPr>
        <w:t>Yoonu yoonu yi Yàlla mayal mooñu ko wax bu leer ci Esayi sarax yi ñaar-fukk ak juróom-ñett ak ñaar-fukk ak juróom-ñeent, fa yoonu yoon wi tegtal nañu ko nekk “rëdd ci kaw rëdd.” Ci 11 Sàttumbar 2001, malaaka bu mag bi ci Peeñu 18 wàcc na, te ci loolu mu dellusiwul lu dul wàcc ga mu defoon 11 Ut 1840. Ci ñaari mbir yii, gannaaw wàccam, Babilon feeñ na ne dafa daanu, te ñu woo, te léegi it dinañu dellu di woo, ñi des ci mbooloom ngir ñu génn ci moom. Ci ñaari mbir yii itam, xew-xew bi matal yonent gi am na jëfandikoo bu àddina si yépp, ndax ni yégleb malaaka bu njëkk bi yegale woon ba ci “bépp posta misyoon ci àddina si” ci 1840, noonu itam àddina si yépp la xew-xew bu 11 Sàttumbar 2001 daldi laal te xam ko. Yonent bi mataloon ci 11 Ut 1840, yonent la woon buy xamle ne ñu teg nañu téy ci Islaam bu ñaareelu musiba ba, te bu gaaw gannaaw 11 Sàttumbar 2001, ñu teg nañu téy ci Islaam bu ñetteelu Musiba ba.</w:t>
      </w:r>
    </w:p>
    <w:p>
      <w:pPr>
        <w:pStyle w:val="ArticleBody"/>
        <w:jc w:val="left"/>
      </w:pPr>
      <w:r>
        <w:rPr>
          <w:rFonts w:ascii="Times New Roman" w:hAnsi="Times New Roman" w:eastAsia="Times New Roman" w:cs="Times New Roman"/>
        </w:rPr>
        <w:t>11 Ut 1840 moo ngi tektal doole bu yégle bi ñu ubbiwoon ci waxtu mujj ga ca 1798, te 11 Sàttumbar 2001 moo ngi tektal doole bu yégle bi ñu ubbiwoon ci waxtu mujj ga ca 1989. Sàrtu njëkk bi gëna am solo ci yëngu-yëngu malaaka bu njëkk bi, ñu dëggal ko 11 Ut 1840, te sàrt boobu mooy njàngatelu benn bés ngir at. Sàrtu njëkk bi gëna am solo ci yëngu-yëngu malaaka bu ñetteel bi, ñu dëggal ko 11 Sàttumbar 2001. Sàrt boobu mooy ne dëgg ñuy taxawal ko ci teg “rëdd ci kaw rëdd,” di wone ne njàlbéen gaa ngi melal mujj, te jaar-jaar di dellusiwaat. Xew-xewu yonent bi ci 11 Sàttumbar 2001, du saxalwanteek wax yu jub yu Sister White rekk, waaye li gëna am solo mooy ne xew-xew ya dafa ñoo yam te méngoo bu baax ak benn màndarga-yoon boobu ci jaar-jaaru Millerite. Li ñu xammee ak xew-xewu 11 Ut 1840, du woon matug waxi yonent bi rekk, waaye ci lu gëna am solo, mooy ndigalu yoonu liggéey bi Miller ak ñi mu àndaloon ak ñoom jëfandikoo woon.</w:t>
      </w:r>
    </w:p>
    <w:p>
      <w:pPr>
        <w:pStyle w:val="ArticleScripture"/>
        <w:jc w:val="left"/>
      </w:pPr>
      <w:r>
        <w:rPr>
          <w:rFonts w:ascii="Times New Roman" w:hAnsi="Times New Roman" w:eastAsia="Times New Roman" w:cs="Times New Roman"/>
        </w:rPr>
        <w:t>“Li xew xamlewoon na bu baat bi ci kanam. Bi loolu siiwée, mbooloo yu bare gëm nañu ne yoonu tekki waxi yonent yi, yi Miller ak ñi bokk ak moom jëfandikoo, jub na; te loolu may na yëngu-yëngu ñëwug Almasi bi doole ju yéeme. Góor yu am xam-xam ak màkkaanu booloo ak Miller, ci waare ak ci bindee ay xalaatam, te dale ko ci atum 1840 ba 1844 liggéey bi law na lool te yaatu gaaw.” The Great Controversy, 335.</w:t>
      </w:r>
    </w:p>
    <w:p>
      <w:pPr>
        <w:pStyle w:val="ArticleBody"/>
        <w:jc w:val="left"/>
      </w:pPr>
      <w:r>
        <w:rPr>
          <w:rFonts w:ascii="Times New Roman" w:hAnsi="Times New Roman" w:eastAsia="Times New Roman" w:cs="Times New Roman"/>
        </w:rPr>
        <w:t>Ca 11i Septambar 2001, bi taw wuute gu mujj gi tàmbaleeñ na ko natt, “werante” wi moo nekkoon te ba tey mooy ci mbirum yoonu tegteg waxi yonent yi, dëgg mbaa fen. Waxi yonent yi ci yëngu-yëngu Millerite bi, dañu leen wax ci ñaari tablo yi, bu 1843 ak bu 1850, yi Sister White dëggal ne Boroom bi moo leen bindal, te itam ne ñoo matal Kàddug Habakuk saar 2. Yégleb Millerite yi, bi jóge ci “kosaan yi ci firi waxi yonent yi Miller ak ay bokkam jëfe,” te gannaaw loolu mu jur “doole gu yéeme” gi tax bataaxal Buurug Guddi gi am kàttan, dañu ko woonal woon ci ñaari tablo yu sell ya. Waxi yonent yi ñu wone ci ñaari tablo yu sell yooyu, Miller a leen tënk ak samp ci ay sàrtam yu yonent. Tablo ya nekkoon nañu matal ndigal li nekk ci Habakuk, ngir wone ci gis-gis waxi yonent yi ñu sampoon jaarale ko ci yoonu Miller ci kaw “tablo yi,” ci jamono ju bare. Habakuk saar 2 mooy jàngale te moom lañu jappale bu baax ci “werante” wi nekk ci Esayi saar 27.</w:t>
      </w:r>
    </w:p>
    <w:p>
      <w:pPr>
        <w:pStyle w:val="ArticleScripture"/>
        <w:jc w:val="left"/>
      </w:pPr>
      <w:r>
        <w:rPr>
          <w:rFonts w:ascii="Times New Roman" w:hAnsi="Times New Roman" w:eastAsia="Times New Roman" w:cs="Times New Roman"/>
        </w:rPr>
        <w:t>Dinaa taxaw ci sama wottu, te di teg sama bopp ci kaw kër gu kawe gi, te dinaa xool ngir gis li mu may wax, ak li ma war a tontu bu ma yeddalee. Habakkuk 2:1.</w:t>
      </w:r>
    </w:p>
    <w:p>
      <w:pPr>
        <w:pStyle w:val="ArticleBody"/>
        <w:jc w:val="left"/>
      </w:pPr>
      <w:r>
        <w:rPr>
          <w:rFonts w:ascii="Times New Roman" w:hAnsi="Times New Roman" w:eastAsia="Times New Roman" w:cs="Times New Roman"/>
        </w:rPr>
        <w:t>Kàddu bi ñuy wax ne “reproved” ci ayet bi dafay tekki ne “jòote ak” walla “werante ak.” Habakkuk, mi di doxandéem ñiiy wottu ci yëngu-yëngu malaaka bi njëkk ak bi ñetteel, dañoo koy jòote ak moom, te mu bëggoon xam li muy tontu bu werante bi tàmbalee. Tontu bi ci jaar-jaaru malaaka bi njëkk mooy indi ñaari tàble yu sell yi, te tontu bi ci jaar-jaaru yëngu-yëngu malaaka bi ñetteel mooy indi séri bu yonent bi ñuy tudd, Ñaari Tàble yi ci Habakkuk. Tàble yi ak séri bi, dañoo leen tabax ci metodoloji bi ñu teguwoon ci benn ku nekk ci taarix yooyu. Ci Habakkuk, metodoloji bi dafay tegtal li ñiy wottu di jëfandikoo ngir taxawale yégle bi, te itam dafay rëddal mbir mi ñuy “weranteel,” te loolu moo jur ñaari xeetu ñuy jaamu.</w:t>
      </w:r>
    </w:p>
    <w:p>
      <w:pPr>
        <w:pStyle w:val="ArticleScripture"/>
        <w:jc w:val="left"/>
      </w:pPr>
      <w:r>
        <w:rPr>
          <w:rFonts w:ascii="Times New Roman" w:hAnsi="Times New Roman" w:eastAsia="Times New Roman" w:cs="Times New Roman"/>
        </w:rPr>
        <w:t>Dinaa taxaw ci sama wottu, te taxaw ci kaw torre bi, di xool ngir gis li muy wax ma, ak li ma war a tontu bu ma yeddalee. Noonu Boroom bi tontu ma ne: Bind peeñ mi, te leerale ko ci bant yi, ngir ku ko jàng man a daw ak moom. Ndaxte peeñ moomu am na jamono ju ñu ko dogal, waaye ci mujj ga moo di wax te du fen; bu yàgg ba tàyyi, xaaral ko, ndaxte dina ñëw dëgg-dëgg, du yàgg. Xoolil, ki ruuham réy-réylu, jubul ci moom; waaye aji jub ji dina dund jaarale ko ci ngëmam. Habakkuk 2:1–4.</w:t>
      </w:r>
    </w:p>
    <w:p>
      <w:pPr>
        <w:pStyle w:val="ArticleBody"/>
        <w:jc w:val="left"/>
      </w:pPr>
      <w:r>
        <w:rPr>
          <w:rFonts w:ascii="Times New Roman" w:hAnsi="Times New Roman" w:eastAsia="Times New Roman" w:cs="Times New Roman"/>
        </w:rPr>
        <w:t>Benn wàllu moom ñu àtte leen ni jub ci ngëm, te beneen wàllu moom ñu kaweel seen bakan, ni ko waa Farisen ak Juutkat bi tegtalee. Waa Farisen ya dafañu wéeru woon ci ab yoonu liggéey bu sukkandiku ci aadat ak cosaan, te itam Farisen bi dafa doon melokaanu ab sistemu diine buy saxal jaar-jaaram ci kaw mbooloom, jaarale ko ci ab sistemu yéeg-yéeg buy nekk ci suufu ñi wax ne ñoom ñoo tànnéef Yàlla, ak aarukat dëgg, waaye ci mujj ñu bokk ci daajub Dëgg gi ci bant bi. “Wérante” yeneen-jàngat bu Esayi saar ñaar-fukk ak juróom-ñar, dafa aju ci dëgg ak fen ci yoonu liggéeyu Biibël. Ñi di xeexante ci “wérante” boobu mooy ñi topp yoonu liggéeyu Eliya booba, ak sistem bu yàgg a taxaw bu aadaak jiitu yu xam-xamu teoloji, bi Sanedreen biy melal ci jamonoy Kirist.</w:t>
      </w:r>
    </w:p>
    <w:p>
      <w:pPr>
        <w:pStyle w:val="ArticleBody"/>
        <w:jc w:val="left"/>
      </w:pPr>
      <w:r>
        <w:rPr>
          <w:rFonts w:ascii="Times New Roman" w:hAnsi="Times New Roman" w:eastAsia="Times New Roman" w:cs="Times New Roman"/>
        </w:rPr>
        <w:t>Saar ñaar-fukk ak juróom-ñett bi fésal na ne “werante bi” tambalee bu mu “taxawee,” walla bu Yàlla teree “ngëlëem lu tar,” ci “bésu ngëlëem penku.” “Ci natt, bu mu génnee sax, dinga werante ak moom: mu taxawal ngëlëem lu tar ci bésu ngëlëem penku. Moo tax nag njubadi Yàqub dinañu ko jéggi.” Kàddu gi ñuy wax ne “jéggi” tekki na ne deglu ko ngir baal ko, te muy firndeel farba bàkkaar ci àtteb seetkat bi. Yoonu liggéey bi ñuy werante ci kawam, mooy nattu bi war a romb, su fekkee ne bàkkaar yi nit ñi Yàlla bokk di nañu leen far. Yoonu Ilyaas, ni muy nattu, dañu ko firndeel ci taariixu Almasi bi, fa nu jëlee artu ne ci waxtu woowu, ñi bañee ndëggalu Yaxya miy Sóobkat bi (ki Almasi waxoon ne mooy Ilyaas), duñu man a jariñoo njàngale yi Yeesu.</w:t>
      </w:r>
    </w:p>
    <w:p>
      <w:pPr>
        <w:pStyle w:val="ArticleBody"/>
        <w:jc w:val="left"/>
      </w:pPr>
      <w:r>
        <w:rPr>
          <w:rFonts w:ascii="Times New Roman" w:hAnsi="Times New Roman" w:eastAsia="Times New Roman" w:cs="Times New Roman"/>
        </w:rPr>
        <w:t>Bataaxalu ndox mujj gu mujj mi ngi ñu koy tektal ni ndigali Yeesu, ndax Moom mooy Kàddug Yàlla, te lu gën a tollu ci loolu, ndox mujj gu mujj mi ngi ñu koy tektal itam ni “mbegteel gi”, te loolu ñu firndeel ko ne mooy “teewug Boroom bi”.</w:t>
      </w:r>
    </w:p>
    <w:p>
      <w:pPr>
        <w:pStyle w:val="ArticleScripture"/>
        <w:jc w:val="left"/>
      </w:pPr>
      <w:r>
        <w:rPr>
          <w:rFonts w:ascii="Times New Roman" w:hAnsi="Times New Roman" w:eastAsia="Times New Roman" w:cs="Times New Roman"/>
        </w:rPr>
        <w:t>Kon nag, tuubleen seet, te dellu ci Yàlla, ngir seen bàkkaarà yi far, ba fan yi ñuy yeesal xel ak doole di ñëw jóge ci kanamu Boroom bi; te dina yónni Yeesu Kirist, mi ñu jëkk a yégle woon ci yéen. Jëf ya 3:19, 20.</w:t>
      </w:r>
    </w:p>
    <w:p>
      <w:pPr>
        <w:pStyle w:val="ArticleBody"/>
        <w:jc w:val="left"/>
      </w:pPr>
      <w:r>
        <w:rPr>
          <w:rFonts w:ascii="Times New Roman" w:hAnsi="Times New Roman" w:eastAsia="Times New Roman" w:cs="Times New Roman"/>
        </w:rPr>
        <w:t>Ndekk bu jigéen White dafa wone ne malaaka bi wàcc ci Apocalipse saar fukk, ci 11 ut 1840, “du kenn ku yéesul dara lu moy Yeesu Kirist ci boppam.” Kon malaaka bi wàcc ci 11 sàttumbar 2001 itam, dina doon “du kenn ku yéesul dara lu moy Yeesu Kirist ci boppam.” Wàccam ci benn-benn jaar-jaar yu nekk ci taarix mi mooy màndarga tàmbaliwaayu “werante” gu yonent bi ci mbirum yoonu xalaat gu dëgg walla gu dul dëgg, ndaxte tere bi nekk ci loxoom moo ko tegtal ne askanu Yàlla santa nañu leen ñu lekk ko. Bi mu nekkee Galile, Yeesu jàngaloon taalibe yi ne war nañu lekk yaramam te naan deretam, ndaxte fa la waxee ne moom mooy mburu mi jóge asamaan, wàcc. Fa la ñàkkalee taalibe yu bari gën a bari fu mu mana ñàkke woon ci liggéeyam bépp, te ñi demoon, délluñu woon mukk. Ñi demoon, dem nañu ndaxte tànn nañu woon settu njàngaleem ak yoonu xalaat wu dul dëgg, ci jàpp ay waxam ci seen tekkiin gu yaram, te du ci njariñ yoon wu jub wi di tekki leen ci seen tekkiin gu ruu. “Werante” gu Esayi ñaar-fukk ak juróom-ñaari, mooy màndarga yonent bu am ay seede yu bari ngir dëgëral ne dafay tegtal ab sistem bu taxaw ba noppi, buy wax ne moom la gëm, ci wet gu settu Mbind mi, di jëfe ak noon yoonu xalaat bi yonnenta Elija di tegtal.</w:t>
      </w:r>
    </w:p>
    <w:p>
      <w:pPr>
        <w:pStyle w:val="ArticleBody"/>
        <w:jc w:val="left"/>
      </w:pPr>
      <w:r>
        <w:rPr>
          <w:rFonts w:ascii="Times New Roman" w:hAnsi="Times New Roman" w:eastAsia="Times New Roman" w:cs="Times New Roman"/>
        </w:rPr>
        <w:t>Moo di màndarga benn tomb bu wóor ci biir jóge-bu-yàgg bi ngir jële kóllëreg gu njëkk ga ak askanu Yàlla bu ñu tànn, te mooy it tambali diggante kóllëreg ak ñi “ci jamono yu weesu, nekkuñu woon askanu Yàlla.” “Werante” wi, li gën a am solo mooy ne, muy tambali jamono ji di mujje ak yoonu Dibéer bu agsi léegi. Alfa ak Omega daa tegtal saa su ne muj gi ak tambali gi; te ci loolu, sax “werante” wi nekk na misaal buy màndarga benn ci bàkkaar yi sunuy baay defoon, te war nañu ko nangu te confes ko, ngir matal ñaanu Léwítik ñaar-fukk ak juróom-benn.</w:t>
      </w:r>
    </w:p>
    <w:p>
      <w:pPr>
        <w:pStyle w:val="ArticleBody"/>
        <w:jc w:val="left"/>
      </w:pPr>
      <w:r>
        <w:rPr>
          <w:rFonts w:ascii="Times New Roman" w:hAnsi="Times New Roman" w:eastAsia="Times New Roman" w:cs="Times New Roman"/>
        </w:rPr>
        <w:t>Ñaanu Daniel ci saar ba juróom-ñeent bi mo mel ni ñaan ga war a ñaan ci njeexital fan yu ñett ak genn-wàll gi ci Apokalipsi fukk ak benn. Jànt bu waxtu woowu, Esayi ñaar-fukk ak juróom-ñaar da ko tekki ni mooy jamono ji “dëkk bi ñu tataar bi dina neen, te kër gi dees na ko bàyyi, te bàyyi ko ni màndiŋ; fa la nag nag di lekk, te fa lay tëdd, ba alag garab ya. Bu cari garab yi wowee, dees leen dagg; jigéen ñi dinañu ñëw, taal leen ak safara: ndaxte mooy xeet wu amul xam-xam; moo tax ki leen bind du leen yërëm, te ki leen sosul won leen benn ngëneel.”</w:t>
      </w:r>
    </w:p>
    <w:p>
      <w:pPr>
        <w:pStyle w:val="ArticleBody"/>
        <w:jc w:val="left"/>
      </w:pPr>
      <w:r>
        <w:rPr>
          <w:rFonts w:ascii="Times New Roman" w:hAnsi="Times New Roman" w:eastAsia="Times New Roman" w:cs="Times New Roman"/>
        </w:rPr>
        <w:t>Ñaari seede yi dañ leen wone ne amuñu “yiw”, ndaxte ñoom yégle woon ab waxu yonent bu dul dëgg, mi ubbi jamonoju “àll” ji di ñetti fan ak genn-wàll. Gannaaw loolu ñoom nekk “nit ñu amul xam-xam”, doonte bu jëkk daan nañu doon “dëkk bu ñu tataar”. Noonu dëkk boobu nekk “des” ak ab “këru dëkk” bu “ñu bàyyi”. Mu nekk yax yu wow te dee, ne ci mbedd mi ci dëkk bu Sodom ak Misra. Suñu wootee ndeyjoor yi ne ñu jóg, kon ñu nattu leen ci bàkkaaru seen baay, te loolu boole na “werante” wa ca njàlbéenu jamono ja, ji tàmbalee ci jox kàttanu njëkk bataaxal ba, ba àgg ci agsiñu ñetteel bataaxal ba. Werante wa mooy ndax dafa war a nangu walla bañ yoonu liggéey bi ñu teg niki Eliya ci seen jaar-jaar. Ci atum 1863, baayi Adventism dañoo bañ bataaxalu “juróom-ñaari yoon” yu Moyis, yi Eliya indiloon.</w:t>
      </w:r>
    </w:p>
    <w:p>
      <w:pPr>
        <w:pStyle w:val="ArticleBody"/>
        <w:jc w:val="left"/>
      </w:pPr>
      <w:r>
        <w:rPr>
          <w:rFonts w:ascii="Times New Roman" w:hAnsi="Times New Roman" w:eastAsia="Times New Roman" w:cs="Times New Roman"/>
        </w:rPr>
        <w:t>Tambalee ci weeru sulet 2023, cari garab yi wowu Yàlla waxoon ci Esayi 27 dañuy war a tànn ndax dañuy dellu def bàkkaar yi mbooloom gëmkat yi ci Galilee ak jaar-jaaru atum 1863, te itam jaar-jaaru 11 Sàttumbar 2001. Ba xeeb yoonu liggéey bi ñu tegtal ci Habakuk saar 2, ak Esayi 27, te itam ci Eli, Yaxya mi di Sóobkat bi, ak William Miller, mooy dellu def bàkkaaru sunuy baay, te du ñu jariñoo ci misaal yu sell yi ñu bindoon ngir ñi mujjug àddina wi dikkal.</w:t>
      </w:r>
    </w:p>
    <w:p>
      <w:pPr>
        <w:pStyle w:val="ArticleScripture"/>
        <w:jc w:val="left"/>
      </w:pPr>
      <w:r>
        <w:rPr>
          <w:rFonts w:ascii="Times New Roman" w:hAnsi="Times New Roman" w:eastAsia="Times New Roman" w:cs="Times New Roman"/>
        </w:rPr>
        <w:t>Léegi yépp am nañu ci ñoom ngir nekk misaal; te bind nañu leen ngir sunu artu, ñoom miy nit ñi jeexital àddina ji aksi ci seen kaw. Moo tax, ku foog ne taxaw nga, na moytu ngir bañ a daanu. Nattu gu leen jàppul ludul li nit ñi mën a daje ak moom; waaye Yàlla ku mat sëkk la, du bàyyi ngeen nattuwaat ba weesu li ngeen man a regg; waaye ak natt bi dina def itam pexeem mucc, ngir ngeen man koo regg. Moo tax, samay soppe yu jëkk, dawleen màggal yeneen yàlla. Maa ngi wax ak yeen ni ak ñu am xel; seetalleen li ma wax. 1 Corinthians 10:11–15.</w:t>
      </w:r>
    </w:p>
    <w:p>
      <w:pPr>
        <w:pStyle w:val="ArticleBody"/>
        <w:jc w:val="left"/>
      </w:pPr>
      <w:r>
        <w:rPr>
          <w:rFonts w:ascii="Times New Roman" w:hAnsi="Times New Roman" w:eastAsia="Times New Roman" w:cs="Times New Roman"/>
        </w:rPr>
        <w:t>Yoonu bu sell bi taxawal na yëgleb Waaxtu Guddi bi, muy yëgleb taw gu mujj ga. Yëgleb googu, bu ñu ko lekk ci xel mu sell, di jur diiru dund gu dëppook ko, ni ko Daniel ak ñetti nit ña ñu teddaloon ci seen nguru mboq, ba mu jur kanam gu gën a rafet te gën a dëgër. Waaye ci Habakuk saar ñaareel, lu tax ñi bañ joxeb jub ci ngëm di tëb, mooy réy-réylu, miy tere leen ñu topp ba xam Boroom bi. Su fekkee am na jamono ju nit yu Yàlla mënul yéexal liggéeyu nangu yoonu dëgg bi, ak lekk yëgleb gi ci loxob malaaka bi, kon mooy léegi!</w:t>
      </w:r>
    </w:p>
    <w:p>
      <w:pPr>
        <w:pStyle w:val="ArticleScripture"/>
        <w:jc w:val="left"/>
      </w:pPr>
      <w:r>
        <w:rPr>
          <w:rFonts w:ascii="Times New Roman" w:hAnsi="Times New Roman" w:eastAsia="Times New Roman" w:cs="Times New Roman"/>
        </w:rPr>
        <w:t>“Warunu nu xaar ndox mu mujj mi. Mu ngi ñëw ci kaw ñépp ñi dinañu xam te jëfandikoo xob wi ak taw yi yu yiw, yiy dal ci sunu kaw. Su nu dajalee dog yi des ci leer, su nu faral di waardi yërmandey Yàlla yu wóor yi, moom miy bëgg nu wéeru ko, kon bépp digeb dina mat. ‘Ndaxte ni suuf di saxal gàncaxam, ak ni tool di saxal li ñu ci ji, noonu la Boroom bi Yàlla di saxal njub ak cant kanam xeet yépp.’ Esayi 61:11. Suuf sépp war na fees ak ndamalu Yàlla.” The Seventh-day Adventist Bible Commentary, volume 7, 984.</w:t>
      </w:r>
    </w:p>
    <w:p>
      <w:pPr>
        <w:pStyle w:val="ArticleBody"/>
        <w:jc w:val="left"/>
      </w:pPr>
      <w:r>
        <w:rPr>
          <w:rFonts w:ascii="Times New Roman" w:hAnsi="Times New Roman" w:eastAsia="Times New Roman" w:cs="Times New Roman"/>
        </w:rPr>
        <w:t>Kàddu Yàlla gu yonent bi fësal na ne bi kër yu mag yi nekk New York City daanuwee, malaakam Kàddu Yàlla mi nekk ci Révélation fukki juróom ñaari benn ak juróom ñaari juróom benni ñaari bi dina wàcc, te “Révélation fukki juróom ñaari benn ba ñett dina am mat.” Esayi ñaar-fukk ak juróom ñaar fësal na waxtu woowu ni mooy “bësu ngelaw lu jóge penku,” te mooy waxtu wi ñuy téye “ngelaw lu tar bi.” “Ci natt, bu mu génnee, dinga wax ak moom: mooy taxawal ngelawam lu tar bi ci bësu ngelaw lu jóge penku.” Sœur White itam fësal na waxtu wii ginnaaw rekk.</w:t>
      </w:r>
    </w:p>
    <w:p>
      <w:pPr>
        <w:pStyle w:val="ArticleScripture"/>
        <w:jc w:val="left"/>
      </w:pPr>
      <w:r>
        <w:rPr>
          <w:rFonts w:ascii="Times New Roman" w:hAnsi="Times New Roman" w:eastAsia="Times New Roman" w:cs="Times New Roman"/>
        </w:rPr>
        <w:t>“Ci waxtu woowu, bi liggéeyu musiba di jeex, tiis dina ñëw ci kaw suuf, te xeeti àddina dinañu mer; waaye dees na leen téye ba baña tere liggéeyu ñetteelu malaaka bi. Ci waxtu woowu, ‘taw bu mujj bi,’ walla yeesal gu jóge ci kanamu Boroom bi, dina ñëw ngir jox doole baat bu xumb bu ñetteelu malaaka bi, te waajal gaayi Yàlla yi ngir ñu man a taxaw ci jamono ji juróom-ñaari musiba yu mujj ya di tuur.” Early Writings, 85.</w:t>
      </w:r>
    </w:p>
    <w:p>
      <w:pPr>
        <w:pStyle w:val="ArticleBody"/>
        <w:jc w:val="left"/>
      </w:pPr>
      <w:r>
        <w:rPr>
          <w:rFonts w:ascii="Times New Roman" w:hAnsi="Times New Roman" w:eastAsia="Times New Roman" w:cs="Times New Roman"/>
        </w:rPr>
        <w:t>Kàttan ga mer xeeti àddina yi dikk na baat bu mujj bi tàmbalee wàcc. Waaye bu ba paree, saa si kàttan googu merloo xeeti àddina yi, ñu téye ko ngir mu bañ a jóg, ndax Esayi bind na ne mooy “taxawal ngelawam gu tar gi.” Ngelaw gu tar gi, mooy ngelaw gu penku, te ngelaw googu ñu koy téye bi baat bu mujj bi tàmbalee taw ndànk, te liggéeyu mucc gi doyadi. Liggéeyu mucc gu doyadi gi mooy jamonoy màndarga. “Rëdd ci rëdd” ngelaw gu tar gi, walla ngelaw gu penku gi ñuy téye diirub màndargay téeméeri junni ak ñeent fukk ak ñeent yi, mooy ñeenti ngelaw yi ci Peeñu Yàlla saar 7.</w:t>
      </w:r>
    </w:p>
    <w:p>
      <w:pPr>
        <w:pStyle w:val="ArticleScripture"/>
        <w:jc w:val="left"/>
      </w:pPr>
      <w:r>
        <w:rPr>
          <w:rFonts w:ascii="Times New Roman" w:hAnsi="Times New Roman" w:eastAsia="Times New Roman" w:cs="Times New Roman"/>
        </w:rPr>
        <w:t>Gannaaw loolu maa gis ñeenti malaaka yu taxaw ci ñeenti xëtu suuf si, di téye ñeenti ngelawi suuf si, ngir ngelaw bañ a wól ci suuf si, mbaa ci géej gi, mbaa ci benn garab. Te maa gis beneen malaaka mu jógé ca penku, yor màndarga Yàlla ju dund ji; mu wax caat ak baat bu réy ak ñeenti malaaka ya, ñi ñu mayoon saaga suuf si ak géej gi, naan: “Buleen lor suuf si, mbaa géej gi, mbaa garab yi, ba kera nu tëjé jaamu Yàlla sunu Boroom ci seen jë.” Peeñu 7:1–3.</w:t>
      </w:r>
    </w:p>
    <w:p>
      <w:pPr>
        <w:pStyle w:val="ArticleBody"/>
        <w:jc w:val="left"/>
      </w:pPr>
      <w:r>
        <w:rPr>
          <w:rFonts w:ascii="Times New Roman" w:hAnsi="Times New Roman" w:eastAsia="Times New Roman" w:cs="Times New Roman"/>
        </w:rPr>
        <w:t>Màndargu junni téeméeri ak ñeent-fukk ak ñeent-junni nit ña, feeñaloon na ko ci dugg gu ndamug Almasi ci Yerusalem. Foofa Almasi, benn yoon rekk ci dundam, waroon na ci mbam (tey muy màndarga Islaam), te Lasaar jiitewoon na taxawaayu mbooloo ma ba dugg ci Yerusalem. Sœur White wax na ne Lasaar mooy màndarga màndargu ga ci jaar-jaar boobu.</w:t>
      </w:r>
    </w:p>
    <w:p>
      <w:pPr>
        <w:pStyle w:val="ArticleScripture"/>
        <w:jc w:val="left"/>
      </w:pPr>
      <w:r>
        <w:rPr>
          <w:rFonts w:ascii="Times New Roman" w:hAnsi="Times New Roman" w:eastAsia="Times New Roman" w:cs="Times New Roman"/>
        </w:rPr>
        <w:t>«Ci jégee ngir ñëw ci Lasaar, Kirist amoon na fa mébétug yërmande ci kaw ñi ko jotul woon. Mu toogaat, ngir ba ci dekkal Lasaar ci néew ya, mu man a jox ay nitam yu dëgër te gëmul woonaat benn seede bu bees ne moom mooy “ndekkite, ak dund gi.” Bëggul woon a bàyyi bépp yaakaar ci nit ñi, xar yu néew yi te réer ci kër Israyil. Xolam di daj ndax seen bañ a tuub. Ci yërmandeem, mu dogal a jox leen benn seede bu mujj ne moom mooy Ki delloo, Ki kenn du mel ni moom ci man a feeñal dund ak ag deeñu ba fàww. Loolu dafa war a nekk seede bu saraxalekat ya mënuloon a jubbanti walla tënk ci lu wuute. Looloo taxoon mu yéex a dem Betani. Kéemaan gu mag gii, dekkalug Lasaar, dafa waroon a nekk màndargay Yàlla ci liggéeyam ak ci mbiram ne am na ciy melook Yàlla.» The Desire of Ages, 528, 529.</w:t>
      </w:r>
    </w:p>
    <w:p>
      <w:pPr>
        <w:pStyle w:val="ArticleBody"/>
        <w:jc w:val="left"/>
      </w:pPr>
      <w:r>
        <w:rPr>
          <w:rFonts w:ascii="Times New Roman" w:hAnsi="Times New Roman" w:eastAsia="Times New Roman" w:cs="Times New Roman"/>
        </w:rPr>
        <w:t>Waxtu yeb bi tambalee 18 Sulet 2020 mi ngiñ ko tektal ci yeb bi Almasi yiixe woon bala Mu dekkal Lasaar. Waxtu yeb bi ci Peeñu Yàlla sarax 11, jeex na ci mujjug ñetti fan ak genn xaaj. Ci fan yooyu, ñaari seede yi daanu woon dee ci mbedd mi. Te ni Lasaar waroon a dekkat gannaaw waxtu yeb, noonu itam ñaari seede Yowaana. Bu ñu dekkatee, ñoo jiite xareb dugg bi jëm Yerusalem, di tektale “safara Yàlla,” ak “kéemaan gu kawe gi” guy seede ci yàllay Almasi. Dekkat gi mooy wone jeexital tëj gi ci téeméeri fanweer ak ñeent-fukk ak ñeent ñaar, bi di xew bi ñeenti ngelaw yi, ngelaw penku gi, ngelaw gu metti gi, gi aksi 11 Septàmbar 2001, diñu koy téye.</w:t>
      </w:r>
    </w:p>
    <w:p>
      <w:pPr>
        <w:pStyle w:val="ArticleBody"/>
        <w:jc w:val="left"/>
      </w:pPr>
      <w:r>
        <w:rPr>
          <w:rFonts w:ascii="Times New Roman" w:hAnsi="Times New Roman" w:eastAsia="Times New Roman" w:cs="Times New Roman"/>
        </w:rPr>
        <w:t>Ci waxtu wu di yoonu Dibéer bi, ngelaw yooyu dañuy bàyyiku ngir indil àtte gu fey ci kaw rabu suuf bi ci Njàlbéen gi fukki ñett. Léegi sax dañuy rëcc ci baaraami ñaari malaaka yaa ngiy téy leen diir bu xeex bi. Benn ci njëfekaay yi gën a xóot ci Xel mu Yeesal mi, te jëm ci bésub ngelaw gu penku, am na ci Testimonies, téereb juróom-ñeent. Téere boobu tàmbalee waxi wax ju waxee ci xët wu fukk ak benn, ba tax muy tàmbali ci melokaan ci “juróom-ñeent-fukk ak benn”. Turu pàcc bi mooy, “Jafe-jafe bu Mujj bi”, waaye itam mooy pàcc bu njëkk ci wàll wu tudd, “Ngir Ñëwug Buur bi”.</w:t>
      </w:r>
    </w:p>
    <w:p>
      <w:pPr>
        <w:pStyle w:val="ArticleBody"/>
        <w:jc w:val="left"/>
      </w:pPr>
      <w:r>
        <w:rPr>
          <w:rFonts w:ascii="Times New Roman" w:hAnsi="Times New Roman" w:eastAsia="Times New Roman" w:cs="Times New Roman"/>
        </w:rPr>
        <w:t>Amul firnde wuññi ne xaaj bi ak boppu saar bi, ñi dajale téeré bi soppi nañu ko walla def ko ci mbir mu jubadi; waaye ñëwug Buur bi, man nañu koo xàmme bu baax ne mooy ñëwug jëkër ji, te ci léebu fukki janq ya, loolu am na ak jafe-jafe bu guddi digg ba, bi ñu jur ci janq ya ndax amug diw ci seen njaqeer yi walla ñàkkam. Jafe-jafe bu guddi digg baa ngi léegi ñëw, te noonu la bopp bi ko tegtalee—mooy jafe-jafe bu mujj bi ci fukki janq ya. Ci jafe-jafe boobu lañuy won ndax am nañu diw bi, walla amuñu ko. Diw bi du rekk Xel Mu Sell mi; waaye ñu ko faral di tekki bu leer ne mooy Xel Mu Sell mi, te itam mooy yégle bu jub bi, te itam mooy jikko ju jub ji.</w:t>
      </w:r>
    </w:p>
    <w:p>
      <w:pPr>
        <w:pStyle w:val="ArticleBody"/>
        <w:jc w:val="left"/>
      </w:pPr>
      <w:r>
        <w:rPr>
          <w:rFonts w:ascii="Times New Roman" w:hAnsi="Times New Roman" w:eastAsia="Times New Roman" w:cs="Times New Roman"/>
        </w:rPr>
        <w:t>Yoonu yëngu yoon wi moo tax ndigalu waxtu bu guddi bi di jub, te ndigal lu mel noonu, bu ñu ko nangu te jëfe ko, dina jur jikko ju jub. Jikko jooju ci jafe-jafe bu mujj bi mooy jikko ji di jot màndarga Yàlla. Yoonu màndargaal askanu Yàlla tambalee na ba bésub ngelawlu penku bi agsi, ci 11 Septambar 2001. Ndaxte ndigal waxtu woowu waroon nañu ko lekk. Léegi, whether ñu lekk walla ñu bañ lekk, Isaaya dafa ko teg ci “werante” ba, te itam ci laajub Habakuk bu jàmmkat yi war a tontu ci werante bi. Waxtu bi ñuy xaar, ci Macë 25 ak Habakuk, mujj na ci melokaanu ñaari xeetu way-jaamu. Waxtu xaar woowu, mi Revelaasiyoŋ saar 11 di ko teyel ci ñetti fan ak genn-genn ci diggante, mungi jagleel jeex.</w:t>
      </w:r>
    </w:p>
    <w:p>
      <w:pPr>
        <w:pStyle w:val="ArticleBody"/>
        <w:jc w:val="left"/>
      </w:pPr>
      <w:r>
        <w:rPr>
          <w:rFonts w:ascii="Times New Roman" w:hAnsi="Times New Roman" w:eastAsia="Times New Roman" w:cs="Times New Roman"/>
        </w:rPr>
        <w:t>Waxtu yéex boobu itam feeñ na ci njàlbéen gi ci téeré bu juróom-ñent, ak benn xët bu jóge ci Héber ya, fu Pawulo waxaat ay baat yu mel ni aaya bu ñeenteel ci Habakuk saar ñaareel. Li Pawulo jëfandikoo boobu di jëme Habakuk ñaar ci yëngu-yëngu malaaka bu ñetteel bi, ndaxte ci taarix boobu la Kirist duggé ca Bérab bu Gëna Sell ba, te ci taarix boobu la leeru liggéeyam gu saraxalekat bu kawe bi feeñ; te ci téeréb Héber ya la Pawulo di wone xam-xamu liggéeyu saraxalekat bu kawe bu Kirist gu gëna leer ci Kàddu Yàlla.</w:t>
      </w:r>
    </w:p>
    <w:p>
      <w:pPr>
        <w:pStyle w:val="ArticleBody"/>
        <w:jc w:val="left"/>
      </w:pPr>
      <w:r>
        <w:rPr>
          <w:rFonts w:ascii="Times New Roman" w:hAnsi="Times New Roman" w:eastAsia="Times New Roman" w:cs="Times New Roman"/>
        </w:rPr>
        <w:t>Abakuk ñaar ci yëngu-yëngu malaaka bu jëkk ba xamaguñu woon yëngu-yëngu Kirist dugg ci Bu Sell Bi Gën a Sell, ndaxte loolu xewul woon ba keroog mujjug yégleb Woote gu Diggëndi Guddi. Waxtu bi yonnee woon te Pól wax ci moom, mooy waxtu bi yonnee te Abakuk ak Macë wax ci moom, waaye mooy waxtu bi yonnee di tàmbali ci 18 Sulet 2020. Aaya bu mujj bi ci Abakuk ñaar dafay tegtal mujju Woote gu Diggëndi Guddi ci jaar-jaaru Millerit yi, ak ñëwug malaaka bu ñetteel bi:</w:t>
      </w:r>
    </w:p>
    <w:p>
      <w:pPr>
        <w:pStyle w:val="ArticleScripture"/>
        <w:jc w:val="left"/>
      </w:pPr>
      <w:r>
        <w:rPr>
          <w:rFonts w:ascii="Times New Roman" w:hAnsi="Times New Roman" w:eastAsia="Times New Roman" w:cs="Times New Roman"/>
        </w:rPr>
        <w:t>Waaye Boroom bi nekk na ci këram gu sell ga: suuf si yépp na noppi ci kanamam. Habakuk 2:20.</w:t>
      </w:r>
    </w:p>
    <w:p>
      <w:pPr>
        <w:pStyle w:val="ArticleBody"/>
        <w:jc w:val="left"/>
      </w:pPr>
      <w:r>
        <w:rPr>
          <w:rFonts w:ascii="Times New Roman" w:hAnsi="Times New Roman" w:eastAsia="Times New Roman" w:cs="Times New Roman"/>
        </w:rPr>
        <w:t>Seedey, téere juróom-ñeent yi, dafa boole ci xët wa fukk ak benn (9/11), léebub fukki janq yi, waxtu yi yees taxaw, ak seen lëkkaloo ak Habakuk ak Macë, ak fitna bu mujj bi ak 11 Septambar 2001, ba waxtaanu waxu yonent bi agsi.</w:t>
      </w:r>
    </w:p>
    <w:p>
      <w:pPr>
        <w:pStyle w:val="ArticleScripture"/>
        <w:jc w:val="left"/>
      </w:pPr>
      <w:r>
        <w:rPr>
          <w:rFonts w:ascii="Times New Roman" w:hAnsi="Times New Roman" w:eastAsia="Times New Roman" w:cs="Times New Roman"/>
        </w:rPr>
        <w:t>“Xaaj wi 1—Ngir Ñëwug Buur bi”</w:t>
      </w:r>
    </w:p>
    <w:p>
      <w:pPr>
        <w:pStyle w:val="ArticleScripture"/>
        <w:jc w:val="left"/>
      </w:pPr>
      <w:r>
        <w:rPr>
          <w:rFonts w:ascii="Times New Roman" w:hAnsi="Times New Roman" w:eastAsia="Times New Roman" w:cs="Times New Roman"/>
        </w:rPr>
        <w:t>“‘Ndaw tuuti rekk, te Ki war a ñëw dina ñëw, te du yàgg.’ Hébreux 10:37.”</w:t>
      </w:r>
    </w:p>
    <w:p>
      <w:pPr>
        <w:pStyle w:val="ArticleScripture"/>
        <w:jc w:val="left"/>
      </w:pPr>
      <w:r>
        <w:rPr>
          <w:rFonts w:ascii="Times New Roman" w:hAnsi="Times New Roman" w:eastAsia="Times New Roman" w:cs="Times New Roman"/>
        </w:rPr>
        <w:t>“Kriis bu Mujj”</w:t>
      </w:r>
    </w:p>
    <w:p>
      <w:pPr>
        <w:pStyle w:val="ArticleScripture"/>
        <w:jc w:val="left"/>
      </w:pPr>
      <w:r>
        <w:rPr>
          <w:rFonts w:ascii="Times New Roman" w:hAnsi="Times New Roman" w:eastAsia="Times New Roman" w:cs="Times New Roman"/>
        </w:rPr>
        <w:t>“Nungi dund ci jamono mujj gi. Mànkoo yi di gaaw a am te di matal seen bopp, dañuy yégle ne ñëwug Kirist jege na lool. Bés yi nuy dund ci ñoom am nañu solo te tar nañu. Xelu Yàlla mi ngi ndànk-ndànk waaye ak wóor di jëleesoo suuf si. Musiba ak àttey mbugal yi tàmbali nañu a wàcc ci kaw ñi xeeb ngëneelu Yàlla. Mboolem musiba yi ci suuf ak ci géej, ak xaalisug askan wi yéem, ak tiit yi bokk ci xare, ay màndarga lañu yu am solo. Ñuy xamle lu jiitu ci xew-xew yu mag lool yi ngiy ñëw.”</w:t>
      </w:r>
    </w:p>
    <w:p>
      <w:pPr>
        <w:pStyle w:val="ArticleScripture"/>
        <w:jc w:val="left"/>
      </w:pPr>
      <w:r>
        <w:rPr>
          <w:rFonts w:ascii="Times New Roman" w:hAnsi="Times New Roman" w:eastAsia="Times New Roman" w:cs="Times New Roman"/>
        </w:rPr>
        <w:t>“Mboolo yu bon yi dañuy boole seen kàttan te di gën a booloo. Ñu ngi gën a doole ngir jafe-jafe bu mag bi ci mujj. Yeesal yu mag yaa ngi bëgg a xew lu yàggul ci sunu àddina, te yëngu-yëngu yu mujj yi dinañu gaaw.”</w:t>
      </w:r>
    </w:p>
    <w:p>
      <w:pPr>
        <w:pStyle w:val="ArticleScripture"/>
        <w:jc w:val="left"/>
      </w:pPr>
      <w:r>
        <w:rPr>
          <w:rFonts w:ascii="Times New Roman" w:hAnsi="Times New Roman" w:eastAsia="Times New Roman" w:cs="Times New Roman"/>
        </w:rPr>
        <w:t>“Nekkin li nekk ci àddina wi di won ne jamono yu metti yaa ngi ci sunu kanam ba noppi. Xibaar yu bés-bés yi fees nañu ak ay tektal yu di wone ne ci kanam gu gàtt dina am njàqare ju tar. Sàcc yu ñeme te am doole dañuy xew ci yoon wu bari. Ay taxawaay yu ñuy bañ liggéey nag, muy lu miin. Sàcc ak bóomkat ñoo ngi xew fu nekk. Nit ñi rab jàpp di nañu reyi nit ña, jigéen ña, ak xale yu ndaw ya. Nit ñi dañoo bëgg bàkkaar ba ñàkk xel ci moom, te bépp xeetu lu bon moo law ci bépp fànn.”</w:t>
      </w:r>
    </w:p>
    <w:p>
      <w:pPr>
        <w:pStyle w:val="ArticleScripture"/>
        <w:jc w:val="left"/>
      </w:pPr>
      <w:r>
        <w:rPr>
          <w:rFonts w:ascii="Times New Roman" w:hAnsi="Times New Roman" w:eastAsia="Times New Roman" w:cs="Times New Roman"/>
        </w:rPr>
        <w:t>“Noon bi am na ci njub te feesal xolu nit ñi ak bëgg-boppu njariñ.”</w:t>
      </w:r>
    </w:p>
    <w:p>
      <w:pPr>
        <w:pStyle w:val="ArticleScripture"/>
        <w:jc w:val="left"/>
      </w:pPr>
      <w:r>
        <w:rPr>
          <w:rFonts w:ascii="Times New Roman" w:hAnsi="Times New Roman" w:eastAsia="Times New Roman" w:cs="Times New Roman"/>
        </w:rPr>
        <w:t>«“Yoon taxaw na fu sore: ndax dëgg dafa daanu ci mbedd mi, te njubte mënu fa dugg.” Esayi 59:14. Ci dëkk yu mag yi am na ay mbooloo yu bare yu dund ci ñàkk ak tiis, ba casi amul lu ñuy lekk, fu ñuy dal, ak lu ñuy sol; waaye ci noonu sax am na ñeneen yu am lu xol mën a bëgg rekk, yu dund ci noflaay, di jëfandikoo seen xaalis ci kër yu fees ak alal yu rafet, ci taaru bopp, walla, lu gën a bon, ci doyloo bëgg-bopp yu yaram, ci naan yu metti, tabaa, ak yeneen mbir yu yàq dooley bopp, di yëngal xel mi, tey suufeel ruu mi. Yuuxi nit ñi di xiif di yéeg jëm ci kanam Yàlla, fekk ci bépp xeetu not ak rébb nit ñi di dajale alal yu réy lool.»</w:t>
      </w:r>
    </w:p>
    <w:p>
      <w:pPr>
        <w:pStyle w:val="ArticleScripture"/>
        <w:jc w:val="left"/>
      </w:pPr>
      <w:r>
        <w:rPr>
          <w:rFonts w:ascii="Times New Roman" w:hAnsi="Times New Roman" w:eastAsia="Times New Roman" w:cs="Times New Roman"/>
        </w:rPr>
        <w:t>“Benn yenn ci waxtu yi, bi ma nekkee New York City, ci guddi am na ku ma woo ma gis tabax yu di yéeg dajale-tabax ba jëm asamaan. Waxoon nañu ne tabax yooyu dañuy tere safara bu baax, te tabaxoon nañu leen ngir màggal seen boroom ak seen tabaxkat. Gannaaw gannaaw tabax yooyu di yéeg, te ci seen biir jëfandikoo nañu li ëpp a jafe-jafe ci jumtukaay yi. Ñi moom tabax yooyu da ñu doonul laaj seen bopp ne: ‘Naka lañu man a gëna màggale Yàlla?’ Boroom bi nekkul woon ci seen xel.”</w:t>
      </w:r>
    </w:p>
    <w:p>
      <w:pPr>
        <w:pStyle w:val="ArticleScripture"/>
        <w:jc w:val="left"/>
      </w:pPr>
      <w:r>
        <w:rPr>
          <w:rFonts w:ascii="Times New Roman" w:hAnsi="Times New Roman" w:eastAsia="Times New Roman" w:cs="Times New Roman"/>
        </w:rPr>
        <w:t>“Ma xalaat ne: ‘Aa, su ñi di fexe sañ-sañam noonu manoon nañu gis seen yoon ni Yàlla koy gis! Da ñuy dajale tabax yu màgg te rafet, waaye seen pexe ak seen nattal, ci gis-gisu Boroom àddina si, lu doy waar la. Duñu jàngat ak bépp dooleb xol ak xel ngir xam ni ñuy man a màggal Yàlla. Ñoom dafañu fàtte lii, mooy kàddug waajib bu njëkk bu nit.’”</w:t>
      </w:r>
    </w:p>
    <w:p>
      <w:pPr>
        <w:pStyle w:val="ArticleScripture"/>
        <w:jc w:val="left"/>
      </w:pPr>
      <w:r>
        <w:rPr>
          <w:rFonts w:ascii="Times New Roman" w:hAnsi="Times New Roman" w:eastAsia="Times New Roman" w:cs="Times New Roman"/>
        </w:rPr>
        <w:t>“Bi ñu doon yëkkati tabax yu mag yu kawe yii, boroom yi daal di bég ak réy-réylu gu ñu bëgg a kawe, ndaxte am nañu xaalis bu ñuy jëfandikoo ngir nelaw seen bopp te di yóbbu xaste sañ-sañi seen dëkkandoo yi. Lu bare ci xaalis bi ñu noonu jëfandikoo, jëlewoon nañu ko ci teg gu doyadi, ci sonnal ba ñu tas ñi néew doole. Fàtte nañu ne ci asamaan dañuy bind xayma wu nekk ci mboolem jëfandikoo yu njëg; jaaykat gu jubadi gu nekk, jëf ju naaféq wu nekk, bindees na fa. Waxtu wi ngi ñëw bi nit ñi ci seen naaféq ak seen réyréylu di agsi ci bérab bu Boroom bi du leen maye mu weesu; te dinañu xam ne muñug Yàlla am na kem-kàttan.”</w:t>
      </w:r>
    </w:p>
    <w:p>
      <w:pPr>
        <w:pStyle w:val="ArticleScripture"/>
        <w:jc w:val="left"/>
      </w:pPr>
      <w:r>
        <w:rPr>
          <w:rFonts w:ascii="Times New Roman" w:hAnsi="Times New Roman" w:eastAsia="Times New Roman" w:cs="Times New Roman"/>
        </w:rPr>
        <w:t>“Li ma xewoon ci sama kanam ci topp moo doon ab jooyndu safara. Nit ñi xool ay kër yu kawe, te ñu yaakaar ne duñu lakk, naan: ‘Ñoom dal ñu wóor bu baax.’ Waaye kër yooyu dafa leen lakk ba noppi mel ni dañu leen defee daq. Masiin yi ñuy feyee safara mënuñu woon dara ngir tax mbindeef mi taxaw. Ñi di feykat yu safara yi mënuñu woon doxal masiin yi.” Testimonies, volume 9, 11–13.</w:t>
      </w:r>
    </w:p>
    <w:p>
      <w:pPr>
        <w:pStyle w:val="ArticleBody"/>
        <w:jc w:val="left"/>
      </w:pPr>
      <w:r>
        <w:rPr>
          <w:rFonts w:ascii="Times New Roman" w:hAnsi="Times New Roman" w:eastAsia="Times New Roman" w:cs="Times New Roman"/>
        </w:rPr>
        <w:t>“Werante” wi amuloon ci mbirum yoonu liggéey ci ndoorte jamono ji Daniel saar 1 di wone; te itam jiir ci Daniel saar yi 1 ba 3 di ko wone; te itam jiir ci taarix bi tàmbalee 11 Ut 1840 di ko wone; te itam jiir ci taarixu Yowaana saar 6, ca jafe-jafe ba ca Galile, di ko wone; te itam jiir ci taarixu 11 Sàttumbar 2001 (ba 18 Sulet 2020) di ko wone, léegi dañuy ko delloo, waaye du ci biir Adventism bépp, xanaa ci yax yu wow te wow yu dee, yi ay taxawaloo ci seen néeg neel ndax “baat” buy woo ca màndiŋ ma.</w:t>
      </w:r>
    </w:p>
    <w:p>
      <w:pPr>
        <w:pStyle w:val="ArticleBody"/>
        <w:jc w:val="left"/>
      </w:pPr>
      <w:r>
        <w:rPr>
          <w:rFonts w:ascii="Times New Roman" w:hAnsi="Times New Roman" w:eastAsia="Times New Roman" w:cs="Times New Roman"/>
        </w:rPr>
        <w:t>Ci sunu jàngat ci sunu bindu bu ci topp bi mbirum yoonu liggéey bi, mi doon taw bu mujj bi ni ko Isaaya tere yi ñaar-fukk ak juróom-ñett ak ñaar-fukk ak juróom-ñent teewal.</w:t>
      </w:r>
    </w:p>
    <w:p>
      <w:pPr>
        <w:pStyle w:val="ArticleScripture"/>
        <w:jc w:val="left"/>
      </w:pPr>
      <w:r>
        <w:rPr>
          <w:rFonts w:ascii="Times New Roman" w:hAnsi="Times New Roman" w:eastAsia="Times New Roman" w:cs="Times New Roman"/>
        </w:rPr>
        <w:t>Te itam ma dégg baatub Boroom bi di wax ne: “Kan laay yónni, te kan moo nuwaral demal nu?” Noonu ma ne: “Maa ngi fii; yónni ma.” Mu ne ma: “Demal wax xeet wii ne: Dégg ngeen dégg, waaye buleen xam dara; gis ngeen gis, waaye buleen seetlu dara. Dëgëral xol yi xeet wii, diisloo seeni nopp, te tëj seeni bët, ngir bañ a gis ak seeni bët, bañ a dégg ak seeni nopp, bañ a xam ak seeni xol, ba noppiñu te fajees leen.” Noonu ma ne: “Sang bi, ba kaña?” Mu tontu ne: “Ba keroog dëkk yi neenoo ba amul ku ci dëkk, kër yi neenoo ba amul nit ci, te suuf si sànku lool ba neen; te ba Boroom bi jële nit ñi yóbbu leen fu sore, te réer gu mag nekk ci diggu réew mi. Waaye sax ci biiram dina des fukk ci téeméeri wàll, te dina dellu, te dinañu ko lekk; ni garab teil walla ni garabu oak, yi seen cér di des ci ñoom bu ñu wàcce seeni xob. Noonu itam askanu sell si mooy céram.” Esayi 6:8–13.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Daniyel — Ñaar-fukk ak Ñaar</dc:title>
  <dc:subject>Ubbi njàngum waxu yonent yi: pexe gu Tawfex gu Mujj ak Jafe-jafe bu Mujj bi</dc:subject>
  <dc:creator>Jeff Pippenger</dc:creator>
  <cp:keywords/>
  <dc:description>Generated by ArticleDigger from daniel\22_daniel.json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